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A1A7" w14:textId="77777777" w:rsidR="0087429D" w:rsidRPr="00B83DBB" w:rsidRDefault="00B83DBB" w:rsidP="00B83DBB">
      <w:pPr>
        <w:pStyle w:val="Titre1"/>
        <w:jc w:val="center"/>
        <w:rPr>
          <w:sz w:val="32"/>
          <w:szCs w:val="32"/>
          <w:lang w:val="fr-FR"/>
        </w:rPr>
      </w:pPr>
      <w:r w:rsidRPr="00B83DBB">
        <w:rPr>
          <w:sz w:val="32"/>
          <w:szCs w:val="32"/>
        </w:rPr>
        <w:t>📌</w:t>
      </w:r>
      <w:r w:rsidRPr="00B83DBB">
        <w:rPr>
          <w:sz w:val="32"/>
          <w:szCs w:val="32"/>
          <w:lang w:val="fr-FR"/>
        </w:rPr>
        <w:t xml:space="preserve"> Où Trouver Tes Premiers Clients ?</w:t>
      </w:r>
    </w:p>
    <w:p w14:paraId="620A7721" w14:textId="02E2E1D6" w:rsidR="0087429D" w:rsidRPr="00B83DBB" w:rsidRDefault="00B83DBB">
      <w:pPr>
        <w:rPr>
          <w:lang w:val="fr-FR"/>
        </w:rPr>
      </w:pPr>
      <w:r w:rsidRPr="00B83DBB">
        <w:rPr>
          <w:lang w:val="fr-FR"/>
        </w:rPr>
        <w:br/>
      </w:r>
    </w:p>
    <w:p w14:paraId="468929BE" w14:textId="77777777" w:rsidR="0087429D" w:rsidRPr="00B83DBB" w:rsidRDefault="00B83DBB">
      <w:pPr>
        <w:pStyle w:val="Titre2"/>
        <w:rPr>
          <w:lang w:val="fr-FR"/>
        </w:rPr>
      </w:pPr>
      <w:r w:rsidRPr="00B83DBB">
        <w:rPr>
          <w:lang w:val="fr-FR"/>
        </w:rPr>
        <w:t>1</w:t>
      </w:r>
      <w:r>
        <w:t>️</w:t>
      </w:r>
      <w:r w:rsidRPr="00B83DBB">
        <w:rPr>
          <w:lang w:val="fr-FR"/>
        </w:rPr>
        <w:t>⃣</w:t>
      </w:r>
      <w:r w:rsidRPr="00B83DBB">
        <w:rPr>
          <w:lang w:val="fr-FR"/>
        </w:rPr>
        <w:t xml:space="preserve"> Utiliser les Réseaux Sociaux pour Attirer des Clients</w:t>
      </w:r>
    </w:p>
    <w:p w14:paraId="1713486D" w14:textId="77777777" w:rsidR="0087429D" w:rsidRDefault="00B83DBB">
      <w:pPr>
        <w:pStyle w:val="Titre3"/>
      </w:pPr>
      <w:r>
        <w:t>Facebook</w:t>
      </w:r>
    </w:p>
    <w:p w14:paraId="59CE2E60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Rejoins des groupes de voyageurs et propose des </w:t>
      </w:r>
      <w:r w:rsidRPr="00B83DBB">
        <w:rPr>
          <w:lang w:val="fr-FR"/>
        </w:rPr>
        <w:t>conseils gratuits.</w:t>
      </w:r>
    </w:p>
    <w:p w14:paraId="55D5FC3B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Crée une page professionnelle et partage des témoignages clients.</w:t>
      </w:r>
    </w:p>
    <w:p w14:paraId="0D3A37BB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Organise des live Q&amp;A pour interagir avec ton audience et répondre à leurs questions.</w:t>
      </w:r>
    </w:p>
    <w:p w14:paraId="0D78C1AD" w14:textId="77777777" w:rsidR="0087429D" w:rsidRDefault="00B83DBB">
      <w:pPr>
        <w:pStyle w:val="Titre3"/>
      </w:pPr>
      <w:r>
        <w:t>Instagram</w:t>
      </w:r>
    </w:p>
    <w:p w14:paraId="6CAABAEC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Publie des contenus inspirants avec des photos et vidéos de destinati</w:t>
      </w:r>
      <w:r w:rsidRPr="00B83DBB">
        <w:rPr>
          <w:lang w:val="fr-FR"/>
        </w:rPr>
        <w:t>ons.</w:t>
      </w:r>
    </w:p>
    <w:p w14:paraId="6CD1EEF6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Utilise les stories et </w:t>
      </w:r>
      <w:proofErr w:type="spellStart"/>
      <w:r w:rsidRPr="00B83DBB">
        <w:rPr>
          <w:lang w:val="fr-FR"/>
        </w:rPr>
        <w:t>reels</w:t>
      </w:r>
      <w:proofErr w:type="spellEnd"/>
      <w:r w:rsidRPr="00B83DBB">
        <w:rPr>
          <w:lang w:val="fr-FR"/>
        </w:rPr>
        <w:t xml:space="preserve"> pour partager ton quotidien et tes conseils.</w:t>
      </w:r>
    </w:p>
    <w:p w14:paraId="4CC93DB1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Collabore avec des influenceurs voyage pour élargir ton audience.</w:t>
      </w:r>
    </w:p>
    <w:p w14:paraId="5F507F8C" w14:textId="77777777" w:rsidR="0087429D" w:rsidRDefault="00B83DBB">
      <w:pPr>
        <w:pStyle w:val="Titre3"/>
      </w:pPr>
      <w:r>
        <w:t>LinkedIn</w:t>
      </w:r>
    </w:p>
    <w:p w14:paraId="2E3A0C4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Positionne-toi en expert du voyage en publiant des articles et conseils.</w:t>
      </w:r>
    </w:p>
    <w:p w14:paraId="03F6DC23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Connecte-toi avec des</w:t>
      </w:r>
      <w:r w:rsidRPr="00B83DBB">
        <w:rPr>
          <w:lang w:val="fr-FR"/>
        </w:rPr>
        <w:t xml:space="preserve"> professionnels et entreprises ayant besoin de voyages sur-mesure.</w:t>
      </w:r>
    </w:p>
    <w:p w14:paraId="3067EF5A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Rejoins des groupes spécialisés en tourisme et entrepreneuriat.</w:t>
      </w:r>
    </w:p>
    <w:p w14:paraId="1E5611DC" w14:textId="77777777" w:rsidR="0087429D" w:rsidRDefault="00B83DBB">
      <w:pPr>
        <w:pStyle w:val="Titre3"/>
      </w:pPr>
      <w:proofErr w:type="spellStart"/>
      <w:r>
        <w:t>TikTok</w:t>
      </w:r>
      <w:proofErr w:type="spellEnd"/>
      <w:r>
        <w:t xml:space="preserve"> &amp; YouTube</w:t>
      </w:r>
    </w:p>
    <w:p w14:paraId="66F7E74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Crée des vidéos captivantes sur les destinations tendances et conseils voyage.</w:t>
      </w:r>
    </w:p>
    <w:p w14:paraId="4F7198FD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Partage des témoignages</w:t>
      </w:r>
      <w:r w:rsidRPr="00B83DBB">
        <w:rPr>
          <w:lang w:val="fr-FR"/>
        </w:rPr>
        <w:t xml:space="preserve"> clients et des expériences vécues.</w:t>
      </w:r>
    </w:p>
    <w:p w14:paraId="54071333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Publie des tutoriels sur la planification de voyage.</w:t>
      </w:r>
    </w:p>
    <w:p w14:paraId="2E787DF2" w14:textId="77777777" w:rsidR="0087429D" w:rsidRPr="00B83DBB" w:rsidRDefault="00B83DBB">
      <w:pPr>
        <w:pStyle w:val="Titre2"/>
        <w:rPr>
          <w:lang w:val="fr-FR"/>
        </w:rPr>
      </w:pPr>
      <w:r w:rsidRPr="00B83DBB">
        <w:rPr>
          <w:lang w:val="fr-FR"/>
        </w:rPr>
        <w:t>2</w:t>
      </w:r>
      <w:r>
        <w:t>️</w:t>
      </w:r>
      <w:r w:rsidRPr="00B83DBB">
        <w:rPr>
          <w:lang w:val="fr-FR"/>
        </w:rPr>
        <w:t>⃣</w:t>
      </w:r>
      <w:r w:rsidRPr="00B83DBB">
        <w:rPr>
          <w:lang w:val="fr-FR"/>
        </w:rPr>
        <w:t xml:space="preserve"> Activer le Bouche-à-Oreille et Réseauter</w:t>
      </w:r>
    </w:p>
    <w:p w14:paraId="5F846E66" w14:textId="77777777" w:rsidR="0087429D" w:rsidRDefault="00B83DBB">
      <w:pPr>
        <w:pStyle w:val="Titre3"/>
      </w:pPr>
      <w:proofErr w:type="spellStart"/>
      <w:r>
        <w:t>Famille</w:t>
      </w:r>
      <w:proofErr w:type="spellEnd"/>
      <w:r>
        <w:t xml:space="preserve"> et Amis</w:t>
      </w:r>
    </w:p>
    <w:p w14:paraId="768C35D0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Demande-leur de parler de ton activité et de partager tes publications.</w:t>
      </w:r>
    </w:p>
    <w:p w14:paraId="7BF968F1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Offre un code promo pour les</w:t>
      </w:r>
      <w:r w:rsidRPr="00B83DBB">
        <w:rPr>
          <w:lang w:val="fr-FR"/>
        </w:rPr>
        <w:t xml:space="preserve"> recommandations.</w:t>
      </w:r>
    </w:p>
    <w:p w14:paraId="2A3BD379" w14:textId="77777777" w:rsidR="0087429D" w:rsidRDefault="00B83DBB">
      <w:pPr>
        <w:pStyle w:val="Titre3"/>
      </w:pPr>
      <w:proofErr w:type="spellStart"/>
      <w:r>
        <w:t>Événements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 et </w:t>
      </w:r>
      <w:proofErr w:type="spellStart"/>
      <w:r>
        <w:t>Professionnels</w:t>
      </w:r>
      <w:proofErr w:type="spellEnd"/>
    </w:p>
    <w:p w14:paraId="542C8E6A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Participe à des salons du tourisme, foires et événements entrepreneuriaux.</w:t>
      </w:r>
    </w:p>
    <w:p w14:paraId="4C6060F5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Assiste à des réunions de networking (BNI, </w:t>
      </w:r>
      <w:proofErr w:type="spellStart"/>
      <w:r w:rsidRPr="00B83DBB">
        <w:rPr>
          <w:lang w:val="fr-FR"/>
        </w:rPr>
        <w:t>Meetups</w:t>
      </w:r>
      <w:proofErr w:type="spellEnd"/>
      <w:r w:rsidRPr="00B83DBB">
        <w:rPr>
          <w:lang w:val="fr-FR"/>
        </w:rPr>
        <w:t>, Chambres de commerce).</w:t>
      </w:r>
    </w:p>
    <w:p w14:paraId="287478C9" w14:textId="77777777" w:rsidR="0087429D" w:rsidRDefault="00B83DBB">
      <w:pPr>
        <w:pStyle w:val="Titre3"/>
      </w:pPr>
      <w:proofErr w:type="spellStart"/>
      <w:r>
        <w:t>Anciens</w:t>
      </w:r>
      <w:proofErr w:type="spellEnd"/>
      <w:r>
        <w:t xml:space="preserve"> Clients et </w:t>
      </w:r>
      <w:proofErr w:type="spellStart"/>
      <w:r>
        <w:t>Témoignages</w:t>
      </w:r>
      <w:proofErr w:type="spellEnd"/>
    </w:p>
    <w:p w14:paraId="174A926F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Demande des avi</w:t>
      </w:r>
      <w:r w:rsidRPr="00B83DBB">
        <w:rPr>
          <w:lang w:val="fr-FR"/>
        </w:rPr>
        <w:t>s clients et partage-les sur ton site et réseaux sociaux.</w:t>
      </w:r>
    </w:p>
    <w:p w14:paraId="22E076E1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Mets en place un programme de parrainage pour inciter aux recommandations.</w:t>
      </w:r>
    </w:p>
    <w:p w14:paraId="183D6551" w14:textId="77777777" w:rsidR="0087429D" w:rsidRDefault="00B83DBB">
      <w:pPr>
        <w:pStyle w:val="Titre2"/>
      </w:pPr>
      <w:r>
        <w:lastRenderedPageBreak/>
        <w:t>3</w:t>
      </w:r>
      <w:r>
        <w:t>️</w:t>
      </w:r>
      <w:r>
        <w:t>⃣</w:t>
      </w:r>
      <w:r>
        <w:t xml:space="preserve"> </w:t>
      </w:r>
      <w:proofErr w:type="spellStart"/>
      <w:r>
        <w:t>Nouer</w:t>
      </w:r>
      <w:proofErr w:type="spellEnd"/>
      <w:r>
        <w:t xml:space="preserve"> des </w:t>
      </w:r>
      <w:proofErr w:type="spellStart"/>
      <w:r>
        <w:t>Partenariats</w:t>
      </w:r>
      <w:proofErr w:type="spellEnd"/>
      <w:r>
        <w:t xml:space="preserve"> Stratégiques</w:t>
      </w:r>
    </w:p>
    <w:p w14:paraId="06648429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Avec des agences de voyage traditionnelles : Propose des </w:t>
      </w:r>
      <w:r w:rsidRPr="00B83DBB">
        <w:rPr>
          <w:lang w:val="fr-FR"/>
        </w:rPr>
        <w:t>collaborations en tant que freelance pour compléter leur offre.</w:t>
      </w:r>
    </w:p>
    <w:p w14:paraId="592EC10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Avec des blogueurs et influenceurs voyage : Offre une expérience gratuite en échange d’une visibilité sur leur réseau.</w:t>
      </w:r>
    </w:p>
    <w:p w14:paraId="71B11DB6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Avec des hôtels, restaurants, guides locaux : Crée des offres groupée</w:t>
      </w:r>
      <w:r w:rsidRPr="00B83DBB">
        <w:rPr>
          <w:lang w:val="fr-FR"/>
        </w:rPr>
        <w:t>s attractives et des packages exclusifs.</w:t>
      </w:r>
    </w:p>
    <w:p w14:paraId="32CDB0FA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Avec des entreprises : Développe des services de </w:t>
      </w:r>
      <w:proofErr w:type="spellStart"/>
      <w:r w:rsidRPr="00B83DBB">
        <w:rPr>
          <w:lang w:val="fr-FR"/>
        </w:rPr>
        <w:t>travel</w:t>
      </w:r>
      <w:proofErr w:type="spellEnd"/>
      <w:r w:rsidRPr="00B83DBB">
        <w:rPr>
          <w:lang w:val="fr-FR"/>
        </w:rPr>
        <w:t xml:space="preserve"> planning pour les déplacements professionnels.</w:t>
      </w:r>
    </w:p>
    <w:p w14:paraId="180B22F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Propose des voyages </w:t>
      </w:r>
      <w:proofErr w:type="spellStart"/>
      <w:r w:rsidRPr="00B83DBB">
        <w:rPr>
          <w:lang w:val="fr-FR"/>
        </w:rPr>
        <w:t>incentive</w:t>
      </w:r>
      <w:proofErr w:type="spellEnd"/>
      <w:r w:rsidRPr="00B83DBB">
        <w:rPr>
          <w:lang w:val="fr-FR"/>
        </w:rPr>
        <w:t xml:space="preserve"> pour les équipes et collaborateurs.</w:t>
      </w:r>
    </w:p>
    <w:p w14:paraId="7E4A1847" w14:textId="77777777" w:rsidR="0087429D" w:rsidRPr="00B83DBB" w:rsidRDefault="00B83DBB">
      <w:pPr>
        <w:pStyle w:val="Titre2"/>
        <w:rPr>
          <w:lang w:val="fr-FR"/>
        </w:rPr>
      </w:pPr>
      <w:r w:rsidRPr="00B83DBB">
        <w:rPr>
          <w:lang w:val="fr-FR"/>
        </w:rPr>
        <w:t>4</w:t>
      </w:r>
      <w:r>
        <w:t>️</w:t>
      </w:r>
      <w:r w:rsidRPr="00B83DBB">
        <w:rPr>
          <w:lang w:val="fr-FR"/>
        </w:rPr>
        <w:t>⃣</w:t>
      </w:r>
      <w:r w:rsidRPr="00B83DBB">
        <w:rPr>
          <w:lang w:val="fr-FR"/>
        </w:rPr>
        <w:t xml:space="preserve"> Créer du Contenu de Valeur pour Attire</w:t>
      </w:r>
      <w:r w:rsidRPr="00B83DBB">
        <w:rPr>
          <w:lang w:val="fr-FR"/>
        </w:rPr>
        <w:t>r des Clients</w:t>
      </w:r>
    </w:p>
    <w:p w14:paraId="7B9249DC" w14:textId="77777777" w:rsidR="0087429D" w:rsidRDefault="00B83DBB">
      <w:pPr>
        <w:pStyle w:val="Titre3"/>
      </w:pPr>
      <w:r>
        <w:t>Blog &amp; Site Web</w:t>
      </w:r>
    </w:p>
    <w:p w14:paraId="362876A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Rédige des articles sur des destinations tendances et conseils voyage.</w:t>
      </w:r>
    </w:p>
    <w:p w14:paraId="495DD17E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Optimise ton site pour le référencement (SEO) afin d’attirer du trafic organique.</w:t>
      </w:r>
    </w:p>
    <w:p w14:paraId="2F3AB846" w14:textId="77777777" w:rsidR="0087429D" w:rsidRDefault="00B83DBB">
      <w:pPr>
        <w:pStyle w:val="Titre3"/>
      </w:pPr>
      <w:r>
        <w:t>Newsletters</w:t>
      </w:r>
    </w:p>
    <w:p w14:paraId="7ABC25AD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Envoie des emails réguliers avec des bons plans et cons</w:t>
      </w:r>
      <w:r w:rsidRPr="00B83DBB">
        <w:rPr>
          <w:lang w:val="fr-FR"/>
        </w:rPr>
        <w:t>eils voyage.</w:t>
      </w:r>
    </w:p>
    <w:p w14:paraId="1EFE4C4B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Fidélise ton audience en partageant du contenu exclusif et des offres spéciales.</w:t>
      </w:r>
    </w:p>
    <w:p w14:paraId="1CC1A932" w14:textId="77777777" w:rsidR="0087429D" w:rsidRDefault="00B83DBB">
      <w:pPr>
        <w:pStyle w:val="Titre3"/>
      </w:pPr>
      <w:proofErr w:type="spellStart"/>
      <w:r>
        <w:t>Webinaires</w:t>
      </w:r>
      <w:proofErr w:type="spellEnd"/>
      <w:r>
        <w:t xml:space="preserve"> et Masterclass</w:t>
      </w:r>
    </w:p>
    <w:p w14:paraId="4C84B5BC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Organise des sessions gratuites pour démontrer ton expertise et capter des prospects.</w:t>
      </w:r>
    </w:p>
    <w:p w14:paraId="1A3CCD95" w14:textId="77777777" w:rsidR="0087429D" w:rsidRPr="00B83DBB" w:rsidRDefault="00B83DBB">
      <w:pPr>
        <w:pStyle w:val="Listepuces"/>
        <w:rPr>
          <w:lang w:val="fr-FR"/>
        </w:rPr>
      </w:pPr>
      <w:r w:rsidRPr="00B83DBB">
        <w:rPr>
          <w:lang w:val="fr-FR"/>
        </w:rPr>
        <w:t>✅</w:t>
      </w:r>
      <w:r w:rsidRPr="00B83DBB">
        <w:rPr>
          <w:lang w:val="fr-FR"/>
        </w:rPr>
        <w:t xml:space="preserve"> Capture des leads avec une offre spéciale à </w:t>
      </w:r>
      <w:r w:rsidRPr="00B83DBB">
        <w:rPr>
          <w:lang w:val="fr-FR"/>
        </w:rPr>
        <w:t>la fin de la session.</w:t>
      </w:r>
    </w:p>
    <w:p w14:paraId="29A79044" w14:textId="77777777" w:rsidR="0087429D" w:rsidRPr="00B83DBB" w:rsidRDefault="00B83DBB">
      <w:pPr>
        <w:pStyle w:val="Titre2"/>
        <w:rPr>
          <w:lang w:val="fr-FR"/>
        </w:rPr>
      </w:pPr>
      <w:r>
        <w:t>📌</w:t>
      </w:r>
      <w:r w:rsidRPr="00B83DBB">
        <w:rPr>
          <w:lang w:val="fr-FR"/>
        </w:rPr>
        <w:t xml:space="preserve"> Action Immédiate : Ton Plan en 5 Étapes</w:t>
      </w:r>
    </w:p>
    <w:p w14:paraId="1C5650F4" w14:textId="77777777" w:rsidR="0087429D" w:rsidRPr="00B83DBB" w:rsidRDefault="00B83DBB">
      <w:pPr>
        <w:pStyle w:val="Listepuces"/>
        <w:rPr>
          <w:lang w:val="fr-FR"/>
        </w:rPr>
      </w:pPr>
      <w:r>
        <w:t>🎯</w:t>
      </w:r>
      <w:r w:rsidRPr="00B83DBB">
        <w:rPr>
          <w:lang w:val="fr-FR"/>
        </w:rPr>
        <w:t xml:space="preserve"> Optimise tes profils sur les réseaux sociaux et ton site web.</w:t>
      </w:r>
    </w:p>
    <w:p w14:paraId="366C68B9" w14:textId="77777777" w:rsidR="0087429D" w:rsidRPr="00B83DBB" w:rsidRDefault="00B83DBB">
      <w:pPr>
        <w:pStyle w:val="Listepuces"/>
        <w:rPr>
          <w:lang w:val="fr-FR"/>
        </w:rPr>
      </w:pPr>
      <w:r>
        <w:t>🎯</w:t>
      </w:r>
      <w:r w:rsidRPr="00B83DBB">
        <w:rPr>
          <w:lang w:val="fr-FR"/>
        </w:rPr>
        <w:t xml:space="preserve"> Rejoins et interagis activement dans 3 groupes de voyageurs sur Facebook et LinkedIn.</w:t>
      </w:r>
    </w:p>
    <w:p w14:paraId="77FA5101" w14:textId="77777777" w:rsidR="0087429D" w:rsidRPr="00B83DBB" w:rsidRDefault="00B83DBB">
      <w:pPr>
        <w:pStyle w:val="Listepuces"/>
        <w:rPr>
          <w:lang w:val="fr-FR"/>
        </w:rPr>
      </w:pPr>
      <w:r>
        <w:t>🎯</w:t>
      </w:r>
      <w:r w:rsidRPr="00B83DBB">
        <w:rPr>
          <w:lang w:val="fr-FR"/>
        </w:rPr>
        <w:t xml:space="preserve"> Contacte 5 partenaires potentiels </w:t>
      </w:r>
      <w:r w:rsidRPr="00B83DBB">
        <w:rPr>
          <w:lang w:val="fr-FR"/>
        </w:rPr>
        <w:t>et propose une collaboration.</w:t>
      </w:r>
    </w:p>
    <w:p w14:paraId="59027E5C" w14:textId="77777777" w:rsidR="0087429D" w:rsidRPr="00B83DBB" w:rsidRDefault="00B83DBB">
      <w:pPr>
        <w:pStyle w:val="Listepuces"/>
        <w:rPr>
          <w:lang w:val="fr-FR"/>
        </w:rPr>
      </w:pPr>
      <w:r>
        <w:t>🎯</w:t>
      </w:r>
      <w:r w:rsidRPr="00B83DBB">
        <w:rPr>
          <w:lang w:val="fr-FR"/>
        </w:rPr>
        <w:t xml:space="preserve"> Demande un avis client et partage-le sur tes réseaux sociaux.</w:t>
      </w:r>
    </w:p>
    <w:p w14:paraId="4FB677F2" w14:textId="77777777" w:rsidR="0087429D" w:rsidRPr="00B83DBB" w:rsidRDefault="00B83DBB">
      <w:pPr>
        <w:pStyle w:val="Listepuces"/>
        <w:rPr>
          <w:lang w:val="fr-FR"/>
        </w:rPr>
      </w:pPr>
      <w:r>
        <w:t>🎯</w:t>
      </w:r>
      <w:r w:rsidRPr="00B83DBB">
        <w:rPr>
          <w:lang w:val="fr-FR"/>
        </w:rPr>
        <w:t xml:space="preserve"> Organise une session live ou un webinaire pour présenter ton expertise.</w:t>
      </w:r>
    </w:p>
    <w:sectPr w:rsidR="0087429D" w:rsidRPr="00B83D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7429D"/>
    <w:rsid w:val="00AA1D8D"/>
    <w:rsid w:val="00B47730"/>
    <w:rsid w:val="00B83D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9BC0C"/>
  <w14:defaultImageDpi w14:val="300"/>
  <w15:docId w15:val="{FA97372C-4B06-4B75-BDB8-38CC8860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Courtier Voyages Mélina</cp:lastModifiedBy>
  <cp:revision>2</cp:revision>
  <dcterms:created xsi:type="dcterms:W3CDTF">2013-12-23T23:15:00Z</dcterms:created>
  <dcterms:modified xsi:type="dcterms:W3CDTF">2025-02-24T15:47:00Z</dcterms:modified>
  <cp:category/>
</cp:coreProperties>
</file>