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D51B" w14:textId="77777777" w:rsidR="007655B6" w:rsidRPr="00E96626" w:rsidRDefault="00E96626">
      <w:pPr>
        <w:pStyle w:val="Titre1"/>
        <w:rPr>
          <w:lang w:val="fr-FR"/>
        </w:rPr>
      </w:pPr>
      <w:r>
        <w:t>🎤</w:t>
      </w:r>
      <w:r w:rsidRPr="00E96626">
        <w:rPr>
          <w:lang w:val="fr-FR"/>
        </w:rPr>
        <w:t xml:space="preserve"> Le Pitch Parfait : Savoir Vendre Tes Services en 30 Secondes</w:t>
      </w:r>
    </w:p>
    <w:p w14:paraId="564FFB02" w14:textId="77777777" w:rsidR="00E96626" w:rsidRDefault="00E96626">
      <w:pPr>
        <w:rPr>
          <w:lang w:val="fr-FR"/>
        </w:rPr>
      </w:pPr>
    </w:p>
    <w:p w14:paraId="3548655A" w14:textId="6E3DDCE4" w:rsidR="007655B6" w:rsidRPr="00E96626" w:rsidRDefault="00E96626">
      <w:pPr>
        <w:rPr>
          <w:lang w:val="fr-FR"/>
        </w:rPr>
      </w:pPr>
      <w:r w:rsidRPr="00E96626">
        <w:rPr>
          <w:lang w:val="fr-FR"/>
        </w:rPr>
        <w:t>✅</w:t>
      </w:r>
      <w:r w:rsidRPr="00E96626">
        <w:rPr>
          <w:lang w:val="fr-FR"/>
        </w:rPr>
        <w:t xml:space="preserve"> Un bon pitch doit être court, </w:t>
      </w:r>
      <w:r w:rsidRPr="00E96626">
        <w:rPr>
          <w:lang w:val="fr-FR"/>
        </w:rPr>
        <w:t xml:space="preserve">impactant et adapté à ton interlocuteur. Voici les étapes essentielles pour structurer un pitch efficace et captiver ton audience en 30 secondes ! </w:t>
      </w:r>
      <w:r>
        <w:t>🚀</w:t>
      </w:r>
    </w:p>
    <w:p w14:paraId="356508CF" w14:textId="77777777" w:rsidR="007655B6" w:rsidRPr="00E96626" w:rsidRDefault="00E96626">
      <w:pPr>
        <w:pStyle w:val="Titre2"/>
        <w:rPr>
          <w:lang w:val="fr-FR"/>
        </w:rPr>
      </w:pPr>
      <w:r>
        <w:t>📍</w:t>
      </w:r>
      <w:r w:rsidRPr="00E96626">
        <w:rPr>
          <w:lang w:val="fr-FR"/>
        </w:rPr>
        <w:t xml:space="preserve"> Structure du Pitch en 4 Étapes</w:t>
      </w:r>
    </w:p>
    <w:p w14:paraId="000FC23F" w14:textId="77777777" w:rsidR="007655B6" w:rsidRPr="00E96626" w:rsidRDefault="00E96626">
      <w:pPr>
        <w:pStyle w:val="Titre2"/>
        <w:rPr>
          <w:lang w:val="fr-FR"/>
        </w:rPr>
      </w:pPr>
      <w:r w:rsidRPr="00E96626">
        <w:rPr>
          <w:lang w:val="fr-FR"/>
        </w:rPr>
        <w:t>1</w:t>
      </w:r>
      <w:r>
        <w:t>️</w:t>
      </w:r>
      <w:r w:rsidRPr="00E96626">
        <w:rPr>
          <w:lang w:val="fr-FR"/>
        </w:rPr>
        <w:t>⃣</w:t>
      </w:r>
      <w:r w:rsidRPr="00E96626">
        <w:rPr>
          <w:lang w:val="fr-FR"/>
        </w:rPr>
        <w:t xml:space="preserve"> L’Accroche (5 sec) – Captiver dès la première phrase !</w:t>
      </w:r>
    </w:p>
    <w:p w14:paraId="779BA494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Pose une q</w:t>
      </w:r>
      <w:r w:rsidRPr="00E96626">
        <w:rPr>
          <w:lang w:val="fr-FR"/>
        </w:rPr>
        <w:t>uestion intrigante : "Avez-vous déjà perdu des heures à organiser un voyage sans être sûr du résultat ?"</w:t>
      </w:r>
    </w:p>
    <w:p w14:paraId="2905BCBA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Utilise une statistique marquante : "70% des voyageurs disent manquer de temps pour bien organiser leur séjour."</w:t>
      </w:r>
    </w:p>
    <w:p w14:paraId="5C25EF87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Partage une anecdote percutante </w:t>
      </w:r>
      <w:r w:rsidRPr="00E96626">
        <w:rPr>
          <w:lang w:val="fr-FR"/>
        </w:rPr>
        <w:t>: "Un client est venu me voir après un voyage chaotique qu'il avait organisé seul…"</w:t>
      </w:r>
    </w:p>
    <w:p w14:paraId="36630495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Utilise une phrase-choc : "Un voyage réussi, c’est bien plus qu’un simple billet d’avion !"</w:t>
      </w:r>
    </w:p>
    <w:p w14:paraId="0FB3893F" w14:textId="77777777" w:rsidR="007655B6" w:rsidRPr="00E96626" w:rsidRDefault="00E96626">
      <w:pPr>
        <w:pStyle w:val="Titre2"/>
        <w:rPr>
          <w:lang w:val="fr-FR"/>
        </w:rPr>
      </w:pPr>
      <w:r w:rsidRPr="00E96626">
        <w:rPr>
          <w:lang w:val="fr-FR"/>
        </w:rPr>
        <w:t>2</w:t>
      </w:r>
      <w:r>
        <w:t>️</w:t>
      </w:r>
      <w:r w:rsidRPr="00E96626">
        <w:rPr>
          <w:lang w:val="fr-FR"/>
        </w:rPr>
        <w:t>⃣</w:t>
      </w:r>
      <w:r w:rsidRPr="00E96626">
        <w:rPr>
          <w:lang w:val="fr-FR"/>
        </w:rPr>
        <w:t xml:space="preserve"> La Présentation (5-10 sec) – Qui es-tu et que fais-tu ?</w:t>
      </w:r>
    </w:p>
    <w:p w14:paraId="75A4E371" w14:textId="555D5005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Je suis [ton p</w:t>
      </w:r>
      <w:r w:rsidRPr="00E96626">
        <w:rPr>
          <w:lang w:val="fr-FR"/>
        </w:rPr>
        <w:t>rénom], expert</w:t>
      </w:r>
      <w:r>
        <w:rPr>
          <w:lang w:val="fr-FR"/>
        </w:rPr>
        <w:t>e</w:t>
      </w:r>
      <w:r w:rsidRPr="00E96626">
        <w:rPr>
          <w:lang w:val="fr-FR"/>
        </w:rPr>
        <w:t xml:space="preserve"> en création de voyages sur-mesure. J'aide les voyageurs à vivre des expériences uniques, sans stress et avec un service personnalisé.</w:t>
      </w:r>
    </w:p>
    <w:p w14:paraId="51B650AC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En tant que travel planner, je transforme vos idées de voyage en une réalité fluide et sans contraintes.</w:t>
      </w:r>
    </w:p>
    <w:p w14:paraId="5A41C29B" w14:textId="77777777" w:rsidR="007655B6" w:rsidRPr="00E96626" w:rsidRDefault="00E96626">
      <w:pPr>
        <w:pStyle w:val="Titre2"/>
        <w:rPr>
          <w:lang w:val="fr-FR"/>
        </w:rPr>
      </w:pPr>
      <w:r w:rsidRPr="00E96626">
        <w:rPr>
          <w:lang w:val="fr-FR"/>
        </w:rPr>
        <w:t>3</w:t>
      </w:r>
      <w:r>
        <w:t>️</w:t>
      </w:r>
      <w:r w:rsidRPr="00E96626">
        <w:rPr>
          <w:lang w:val="fr-FR"/>
        </w:rPr>
        <w:t>⃣</w:t>
      </w:r>
      <w:r w:rsidRPr="00E96626">
        <w:rPr>
          <w:lang w:val="fr-FR"/>
        </w:rPr>
        <w:t xml:space="preserve"> La Valeur Ajoutée (10-15 sec) – Pourquoi toi et pas un autre ?</w:t>
      </w:r>
    </w:p>
    <w:p w14:paraId="27D39245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Mets en avant ton expertise : "Avec mon réseau de partenaires et mon expérience, je propose des séjours parfaitement adaptés à vos attentes."</w:t>
      </w:r>
    </w:p>
    <w:p w14:paraId="7A9F325C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Insiste sur le bénéfice client : "Fini l</w:t>
      </w:r>
      <w:r w:rsidRPr="00E96626">
        <w:rPr>
          <w:lang w:val="fr-FR"/>
        </w:rPr>
        <w:t>es heures de recherche, je fais tout pour vous, en optimisant votre budget et votre temps !"</w:t>
      </w:r>
    </w:p>
    <w:p w14:paraId="485BF6B2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Ajoute une preuve de crédibilité : "Plus de 100 clients satisfaits en 2024 !"</w:t>
      </w:r>
    </w:p>
    <w:p w14:paraId="0B13ED7F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Exprime une promesse forte : "Vous profitez du voyage, je m’occupe du reste !"</w:t>
      </w:r>
    </w:p>
    <w:p w14:paraId="168AEB05" w14:textId="77777777" w:rsidR="007655B6" w:rsidRPr="00E96626" w:rsidRDefault="00E96626">
      <w:pPr>
        <w:pStyle w:val="Titre2"/>
        <w:rPr>
          <w:lang w:val="fr-FR"/>
        </w:rPr>
      </w:pPr>
      <w:r w:rsidRPr="00E96626">
        <w:rPr>
          <w:lang w:val="fr-FR"/>
        </w:rPr>
        <w:t>4</w:t>
      </w:r>
      <w:r>
        <w:t>️</w:t>
      </w:r>
      <w:r w:rsidRPr="00E96626">
        <w:rPr>
          <w:lang w:val="fr-FR"/>
        </w:rPr>
        <w:t>⃣</w:t>
      </w:r>
      <w:r w:rsidRPr="00E96626">
        <w:rPr>
          <w:lang w:val="fr-FR"/>
        </w:rPr>
        <w:t xml:space="preserve"> L’Appel à l’Action (5 sec) – Ce que tu veux que ton interlocuteur fasse.</w:t>
      </w:r>
    </w:p>
    <w:p w14:paraId="6A66D609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Si vous voulez voyager sans stress, parlons-en ! Une consultation gratuite pour en discuter ?</w:t>
      </w:r>
    </w:p>
    <w:p w14:paraId="062E1275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Ajoutons-nous sur LinkedIn et je vous enverrai des idées d’itinéraires personna</w:t>
      </w:r>
      <w:r w:rsidRPr="00E96626">
        <w:rPr>
          <w:lang w:val="fr-FR"/>
        </w:rPr>
        <w:t>lisés.</w:t>
      </w:r>
    </w:p>
    <w:p w14:paraId="3086B74C" w14:textId="77777777" w:rsidR="007655B6" w:rsidRPr="00E96626" w:rsidRDefault="00E96626">
      <w:pPr>
        <w:pStyle w:val="Listepuces"/>
        <w:rPr>
          <w:lang w:val="fr-FR"/>
        </w:rPr>
      </w:pPr>
      <w:r>
        <w:t>👉</w:t>
      </w:r>
      <w:r w:rsidRPr="00E96626">
        <w:rPr>
          <w:lang w:val="fr-FR"/>
        </w:rPr>
        <w:t xml:space="preserve"> Je peux vous envoyer une proposition adaptée à vos envies, ça vous intéresse ?</w:t>
      </w:r>
    </w:p>
    <w:p w14:paraId="3B329934" w14:textId="77777777" w:rsidR="007655B6" w:rsidRPr="00E96626" w:rsidRDefault="00E96626">
      <w:pPr>
        <w:pStyle w:val="Titre2"/>
        <w:rPr>
          <w:lang w:val="fr-FR"/>
        </w:rPr>
      </w:pPr>
      <w:r>
        <w:lastRenderedPageBreak/>
        <w:t>📌</w:t>
      </w:r>
      <w:r w:rsidRPr="00E96626">
        <w:rPr>
          <w:lang w:val="fr-FR"/>
        </w:rPr>
        <w:t xml:space="preserve"> Exemples de Pitchs Personnalisés</w:t>
      </w:r>
    </w:p>
    <w:p w14:paraId="1F2C3B61" w14:textId="77777777" w:rsidR="007655B6" w:rsidRPr="00E96626" w:rsidRDefault="00E96626">
      <w:pPr>
        <w:pStyle w:val="Titre3"/>
        <w:rPr>
          <w:lang w:val="fr-FR"/>
        </w:rPr>
      </w:pPr>
      <w:r w:rsidRPr="00E96626">
        <w:rPr>
          <w:lang w:val="fr-FR"/>
        </w:rPr>
        <w:t>Pitch pour un voyage sur-mesure</w:t>
      </w:r>
    </w:p>
    <w:p w14:paraId="7EEEC9C2" w14:textId="77777777" w:rsidR="007655B6" w:rsidRPr="00E96626" w:rsidRDefault="00E96626">
      <w:pPr>
        <w:rPr>
          <w:lang w:val="fr-FR"/>
        </w:rPr>
      </w:pPr>
      <w:r>
        <w:t>👉</w:t>
      </w:r>
      <w:r w:rsidRPr="00E96626">
        <w:rPr>
          <w:lang w:val="fr-FR"/>
        </w:rPr>
        <w:t xml:space="preserve"> Vous rêvez d’un voyage unique, mais manquez de temps pour l’organiser ? Je suis [ton prénom], ex</w:t>
      </w:r>
      <w:r w:rsidRPr="00E96626">
        <w:rPr>
          <w:lang w:val="fr-FR"/>
        </w:rPr>
        <w:t>pert en voyages sur-mesure. Grâce à mon réseau et mon savoir-faire, je crée pour vous un itinéraire parfaitement adapté, optimisé et sans stress. Vous profitez, je m’occupe du reste ! Un appel rapide pour en discuter ?</w:t>
      </w:r>
    </w:p>
    <w:p w14:paraId="29BF094B" w14:textId="77777777" w:rsidR="007655B6" w:rsidRPr="00E96626" w:rsidRDefault="00E96626">
      <w:pPr>
        <w:pStyle w:val="Titre3"/>
        <w:rPr>
          <w:lang w:val="fr-FR"/>
        </w:rPr>
      </w:pPr>
      <w:r w:rsidRPr="00E96626">
        <w:rPr>
          <w:lang w:val="fr-FR"/>
        </w:rPr>
        <w:t>Pitch pour un coaching voyage</w:t>
      </w:r>
    </w:p>
    <w:p w14:paraId="20D458CA" w14:textId="77777777" w:rsidR="007655B6" w:rsidRPr="00E96626" w:rsidRDefault="00E96626">
      <w:pPr>
        <w:rPr>
          <w:lang w:val="fr-FR"/>
        </w:rPr>
      </w:pPr>
      <w:r>
        <w:t>👉</w:t>
      </w:r>
      <w:r w:rsidRPr="00E96626">
        <w:rPr>
          <w:lang w:val="fr-FR"/>
        </w:rPr>
        <w:t xml:space="preserve"> Orga</w:t>
      </w:r>
      <w:r w:rsidRPr="00E96626">
        <w:rPr>
          <w:lang w:val="fr-FR"/>
        </w:rPr>
        <w:t>niser un voyage peut être un casse-tête, surtout avec toutes les offres en ligne. Je vous guide pas à pas pour concevoir un itinéraire qui correspond à vos envies et votre budget, tout en évitant les pièges. Vous voulez des conseils personnalisés ? Parlez-</w:t>
      </w:r>
      <w:r w:rsidRPr="00E96626">
        <w:rPr>
          <w:lang w:val="fr-FR"/>
        </w:rPr>
        <w:t>moi de votre projet !</w:t>
      </w:r>
    </w:p>
    <w:p w14:paraId="0D5F0F5C" w14:textId="77777777" w:rsidR="007655B6" w:rsidRPr="00E96626" w:rsidRDefault="00E96626">
      <w:pPr>
        <w:pStyle w:val="Titre3"/>
        <w:rPr>
          <w:lang w:val="fr-FR"/>
        </w:rPr>
      </w:pPr>
      <w:r w:rsidRPr="00E96626">
        <w:rPr>
          <w:lang w:val="fr-FR"/>
        </w:rPr>
        <w:t>Pitch pour un voyage éthique et responsable</w:t>
      </w:r>
    </w:p>
    <w:p w14:paraId="12DCE4F6" w14:textId="77777777" w:rsidR="007655B6" w:rsidRPr="00E96626" w:rsidRDefault="00E96626">
      <w:pPr>
        <w:rPr>
          <w:lang w:val="fr-FR"/>
        </w:rPr>
      </w:pPr>
      <w:r>
        <w:t>👉</w:t>
      </w:r>
      <w:r w:rsidRPr="00E96626">
        <w:rPr>
          <w:lang w:val="fr-FR"/>
        </w:rPr>
        <w:t xml:space="preserve"> Voyager autrement, ça vous parle ? Je propose des séjours immersifs et responsables, qui soutiennent les communautés locales tout en respectant l’environnement. Une façon unique de découv</w:t>
      </w:r>
      <w:r w:rsidRPr="00E96626">
        <w:rPr>
          <w:lang w:val="fr-FR"/>
        </w:rPr>
        <w:t>rir le monde tout en ayant un impact positif. Vous aimeriez en savoir plus ?</w:t>
      </w:r>
    </w:p>
    <w:p w14:paraId="3F486F1C" w14:textId="77777777" w:rsidR="007655B6" w:rsidRPr="00E96626" w:rsidRDefault="00E96626">
      <w:pPr>
        <w:pStyle w:val="Titre3"/>
        <w:rPr>
          <w:lang w:val="fr-FR"/>
        </w:rPr>
      </w:pPr>
      <w:r w:rsidRPr="00E96626">
        <w:rPr>
          <w:lang w:val="fr-FR"/>
        </w:rPr>
        <w:t>Pitch ultra-court (10 sec)</w:t>
      </w:r>
    </w:p>
    <w:p w14:paraId="58DB526C" w14:textId="77777777" w:rsidR="007655B6" w:rsidRPr="00E96626" w:rsidRDefault="00E96626">
      <w:pPr>
        <w:rPr>
          <w:lang w:val="fr-FR"/>
        </w:rPr>
      </w:pPr>
      <w:r>
        <w:t>👉</w:t>
      </w:r>
      <w:r w:rsidRPr="00E96626">
        <w:rPr>
          <w:lang w:val="fr-FR"/>
        </w:rPr>
        <w:t xml:space="preserve"> J’aide les voyageurs à transformer leurs rêves en voyages inoubliables, sans stress ni perte de temps. Un échange rapide pour voir comment je </w:t>
      </w:r>
      <w:r w:rsidRPr="00E96626">
        <w:rPr>
          <w:lang w:val="fr-FR"/>
        </w:rPr>
        <w:t>peux vous aider ?</w:t>
      </w:r>
    </w:p>
    <w:p w14:paraId="70F5DD7C" w14:textId="77777777" w:rsidR="007655B6" w:rsidRPr="00E96626" w:rsidRDefault="00E96626">
      <w:pPr>
        <w:pStyle w:val="Titre2"/>
        <w:rPr>
          <w:lang w:val="fr-FR"/>
        </w:rPr>
      </w:pPr>
      <w:r>
        <w:t>📌</w:t>
      </w:r>
      <w:r w:rsidRPr="00E96626">
        <w:rPr>
          <w:lang w:val="fr-FR"/>
        </w:rPr>
        <w:t xml:space="preserve"> Exercices Pratiques pour Maîtriser Ton Pitch</w:t>
      </w:r>
    </w:p>
    <w:p w14:paraId="233EDF9A" w14:textId="77777777" w:rsidR="007655B6" w:rsidRPr="00E96626" w:rsidRDefault="00E96626">
      <w:pPr>
        <w:rPr>
          <w:lang w:val="fr-FR"/>
        </w:rPr>
      </w:pPr>
      <w:r w:rsidRPr="00E96626">
        <w:rPr>
          <w:lang w:val="fr-FR"/>
        </w:rPr>
        <w:t>✅</w:t>
      </w:r>
      <w:r w:rsidRPr="00E96626">
        <w:rPr>
          <w:lang w:val="fr-FR"/>
        </w:rPr>
        <w:t xml:space="preserve"> Écris ton pitch en suivant la structure ci-dessus.</w:t>
      </w:r>
    </w:p>
    <w:p w14:paraId="3E14CCAB" w14:textId="77777777" w:rsidR="007655B6" w:rsidRPr="00E96626" w:rsidRDefault="00E96626">
      <w:pPr>
        <w:rPr>
          <w:lang w:val="fr-FR"/>
        </w:rPr>
      </w:pPr>
      <w:r w:rsidRPr="00E96626">
        <w:rPr>
          <w:lang w:val="fr-FR"/>
        </w:rPr>
        <w:t>✅</w:t>
      </w:r>
      <w:r w:rsidRPr="00E96626">
        <w:rPr>
          <w:lang w:val="fr-FR"/>
        </w:rPr>
        <w:t xml:space="preserve"> Entraîne-toi devant un miroir ou enregistre-toi pour améliorer ta diction.</w:t>
      </w:r>
    </w:p>
    <w:p w14:paraId="3EFC9F07" w14:textId="77777777" w:rsidR="007655B6" w:rsidRPr="00E96626" w:rsidRDefault="00E96626">
      <w:pPr>
        <w:rPr>
          <w:lang w:val="fr-FR"/>
        </w:rPr>
      </w:pPr>
      <w:r w:rsidRPr="00E96626">
        <w:rPr>
          <w:lang w:val="fr-FR"/>
        </w:rPr>
        <w:t>✅</w:t>
      </w:r>
      <w:r w:rsidRPr="00E96626">
        <w:rPr>
          <w:lang w:val="fr-FR"/>
        </w:rPr>
        <w:t xml:space="preserve"> Adapte ton pitch en fonction de ton audience (client, inve</w:t>
      </w:r>
      <w:r w:rsidRPr="00E96626">
        <w:rPr>
          <w:lang w:val="fr-FR"/>
        </w:rPr>
        <w:t>stisseur, partenaire, etc.).</w:t>
      </w:r>
    </w:p>
    <w:p w14:paraId="7C6DA063" w14:textId="77777777" w:rsidR="007655B6" w:rsidRPr="00E96626" w:rsidRDefault="00E96626">
      <w:pPr>
        <w:rPr>
          <w:lang w:val="fr-FR"/>
        </w:rPr>
      </w:pPr>
      <w:r w:rsidRPr="00E96626">
        <w:rPr>
          <w:lang w:val="fr-FR"/>
        </w:rPr>
        <w:t>✅</w:t>
      </w:r>
      <w:r w:rsidRPr="00E96626">
        <w:rPr>
          <w:lang w:val="fr-FR"/>
        </w:rPr>
        <w:t xml:space="preserve"> Teste ton pitch en situation réelle et ajuste-le en fonction des réactions.</w:t>
      </w:r>
    </w:p>
    <w:p w14:paraId="14AEF5CC" w14:textId="77777777" w:rsidR="007655B6" w:rsidRDefault="00E96626">
      <w:r>
        <w:t>🎯</w:t>
      </w:r>
      <w:r w:rsidRPr="00E96626">
        <w:rPr>
          <w:lang w:val="fr-FR"/>
        </w:rPr>
        <w:t xml:space="preserve"> Un bon pitch se travaille et s’adapte ! Entraîne-toi et teste-le dès aujourd’hui ! </w:t>
      </w:r>
      <w:r>
        <w:t>🚀</w:t>
      </w:r>
    </w:p>
    <w:sectPr w:rsidR="007655B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55B6"/>
    <w:rsid w:val="00AA1D8D"/>
    <w:rsid w:val="00B47730"/>
    <w:rsid w:val="00CB0664"/>
    <w:rsid w:val="00E966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C41ED"/>
  <w14:defaultImageDpi w14:val="300"/>
  <w15:docId w15:val="{DD10E18E-A8E8-4AE5-B21C-1A5D77D3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Courtier Voyages Mélina</cp:lastModifiedBy>
  <cp:revision>2</cp:revision>
  <dcterms:created xsi:type="dcterms:W3CDTF">2013-12-23T23:15:00Z</dcterms:created>
  <dcterms:modified xsi:type="dcterms:W3CDTF">2025-02-24T15:36:00Z</dcterms:modified>
  <cp:category/>
</cp:coreProperties>
</file>