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Heading1"/>
      </w:pPr>
      <w:r>
        <w:t>Demande d’Allocation de Soutien Familial (ASF)</w:t>
      </w:r>
    </w:p>
    <w:p>
      <w:r>
        <w:t>[Prénom NOM]</w:t>
      </w:r>
    </w:p>
    <w:p>
      <w:r>
        <w:t>[Adresse complète]</w:t>
      </w:r>
    </w:p>
    <w:p>
      <w:r>
        <w:t>[Code postal – Ville]</w:t>
      </w:r>
    </w:p>
    <w:p>
      <w:r>
        <w:t>[Numéro allocataire CAF]</w:t>
      </w:r>
    </w:p>
    <w:p>
      <w:r>
        <w:t>[Téléphone]</w:t>
      </w:r>
    </w:p>
    <w:p>
      <w:r>
        <w:t>[Email]</w:t>
      </w:r>
    </w:p>
    <w:p/>
    <w:p>
      <w:r>
        <w:t>À</w:t>
      </w:r>
    </w:p>
    <w:p>
      <w:r>
        <w:t>Caisse d’Allocations Familiales de [votre département]</w:t>
      </w:r>
    </w:p>
    <w:p>
      <w:r>
        <w:t>[Adresse de la CAF locale]</w:t>
      </w:r>
    </w:p>
    <w:p/>
    <w:p>
      <w:r>
        <w:t>[Ville], le [Date]</w:t>
      </w:r>
    </w:p>
    <w:p/>
    <w:p>
      <w:r>
        <w:t>Objet : Demande d’Allocation de Soutien Familial (ASF)</w:t>
      </w:r>
    </w:p>
    <w:p/>
    <w:p>
      <w:r>
        <w:t>Madame, Monsieur,</w:t>
      </w:r>
    </w:p>
    <w:p/>
    <w:p>
      <w:r>
        <w:t>Je me permets de vous adresser cette demande afin de bénéficier de l’Allocation de Soutien Familial (ASF), en tant que parent isolé assumant la charge effective et permanente de mon (mes) enfant(s).</w:t>
      </w:r>
    </w:p>
    <w:p/>
    <w:p>
      <w:r>
        <w:t>Je suis actuellement [précisez : séparé(e) / divorcé(e) / parent isolé(e)], et l’autre parent ne verse pas de pension alimentaire, ou verse une pension inférieure au montant de référence fixé par la CAF.</w:t>
      </w:r>
    </w:p>
    <w:p/>
    <w:p>
      <w:r>
        <w:t>Voici les informations concernant mon enfant :</w:t>
      </w:r>
    </w:p>
    <w:p>
      <w:r>
        <w:t>- Nom et prénom de l’enfant : [Indiquez le nom]</w:t>
      </w:r>
    </w:p>
    <w:p>
      <w:r>
        <w:t>- Date de naissance : [JJ/MM/AAAA]</w:t>
      </w:r>
    </w:p>
    <w:p>
      <w:r>
        <w:t>- Lieu de résidence : à mon domicile</w:t>
      </w:r>
    </w:p>
    <w:p/>
    <w:p>
      <w:r>
        <w:t>Je joins à ce courrier les documents suivants :</w:t>
      </w:r>
    </w:p>
    <w:p>
      <w:r>
        <w:t>- Copie de mon livret de famille</w:t>
      </w:r>
    </w:p>
    <w:p>
      <w:r>
        <w:t>- Justificatif de non-versement ou versement partiel de pension alimentaire</w:t>
      </w:r>
    </w:p>
    <w:p>
      <w:r>
        <w:t>- Jugement de séparation ou attestation sur l’honneur</w:t>
      </w:r>
    </w:p>
    <w:p>
      <w:r>
        <w:t>- Justificatif de domicile</w:t>
      </w:r>
    </w:p>
    <w:p>
      <w:r>
        <w:t>- RIB</w:t>
      </w:r>
    </w:p>
    <w:p/>
    <w:p>
      <w:r>
        <w:t>Je vous remercie de bien vouloir étudier ma demande et me tenir informé(e) des suites données à ce dossier. Je reste à votre disposition pour tout renseignement complémentaire.</w:t>
      </w:r>
    </w:p>
    <w:p/>
    <w:p>
      <w:r>
        <w:t>Veuillez agréer, Madame, Monsieur, l’expression de mes salutations distinguées.</w:t>
      </w:r>
    </w:p>
    <w:p/>
    <w:p>
      <w:r>
        <w:t>[Signature]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