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1F44" w:rsidRPr="006505C9" w:rsidRDefault="00616B8D" w:rsidP="006505C9">
      <w:pPr>
        <w:pStyle w:val="Titre1"/>
        <w:ind w:left="-567" w:right="-858"/>
        <w:jc w:val="center"/>
        <w:rPr>
          <w:sz w:val="40"/>
          <w:szCs w:val="40"/>
          <w:lang w:val="fr-FR"/>
        </w:rPr>
      </w:pPr>
      <w:r w:rsidRPr="006505C9">
        <w:rPr>
          <w:sz w:val="40"/>
          <w:szCs w:val="40"/>
          <w:lang w:val="fr-FR"/>
        </w:rPr>
        <w:t xml:space="preserve">Modèle de lettre </w:t>
      </w:r>
      <w:r w:rsidR="0008545B">
        <w:rPr>
          <w:sz w:val="40"/>
          <w:szCs w:val="40"/>
          <w:lang w:val="fr-FR"/>
        </w:rPr>
        <w:t>d’exposé d’une situation financière pour un(e) assistant social(e).</w:t>
      </w:r>
    </w:p>
    <w:p w:rsidR="006505C9" w:rsidRPr="006505C9" w:rsidRDefault="006505C9" w:rsidP="006505C9">
      <w:pPr>
        <w:rPr>
          <w:lang w:val="fr-FR"/>
        </w:rPr>
      </w:pPr>
    </w:p>
    <w:p w:rsidR="003A319D" w:rsidRPr="006505C9" w:rsidRDefault="003A319D" w:rsidP="003A319D">
      <w:pPr>
        <w:pStyle w:val="Titre1"/>
        <w:ind w:left="-567" w:right="-858"/>
        <w:jc w:val="center"/>
        <w:rPr>
          <w:sz w:val="40"/>
          <w:szCs w:val="40"/>
          <w:lang w:val="fr-FR"/>
        </w:rPr>
      </w:pPr>
      <w:r w:rsidRPr="006505C9">
        <w:rPr>
          <w:sz w:val="40"/>
          <w:szCs w:val="40"/>
          <w:lang w:val="fr-FR"/>
        </w:rPr>
        <w:t xml:space="preserve">Modèle de lettre </w:t>
      </w:r>
      <w:r>
        <w:rPr>
          <w:sz w:val="40"/>
          <w:szCs w:val="40"/>
          <w:lang w:val="fr-FR"/>
        </w:rPr>
        <w:t>d’exposé d’une situation financière pour un(e) assistant social(e).</w:t>
      </w:r>
    </w:p>
    <w:p w:rsidR="003A319D" w:rsidRPr="006505C9" w:rsidRDefault="003A319D" w:rsidP="003A319D">
      <w:pPr>
        <w:rPr>
          <w:lang w:val="fr-FR"/>
        </w:rPr>
      </w:pPr>
    </w:p>
    <w:p w:rsidR="003A319D" w:rsidRPr="003A319D" w:rsidRDefault="003A319D" w:rsidP="003A319D">
      <w:pPr>
        <w:rPr>
          <w:lang w:val="fr-FR"/>
        </w:rPr>
      </w:pPr>
    </w:p>
    <w:p w:rsidR="003A319D" w:rsidRDefault="003A319D" w:rsidP="003A319D">
      <w:pPr>
        <w:pStyle w:val="NormalWeb"/>
        <w:shd w:val="clear" w:color="auto" w:fill="FFFFFF"/>
        <w:jc w:val="right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[Votre Prénom NOM]</w:t>
      </w:r>
    </w:p>
    <w:p w:rsidR="003A319D" w:rsidRDefault="003A319D" w:rsidP="003A319D">
      <w:pPr>
        <w:pStyle w:val="NormalWeb"/>
        <w:shd w:val="clear" w:color="auto" w:fill="FFFFFF"/>
        <w:jc w:val="right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[Votre Adresse complète]</w:t>
      </w:r>
    </w:p>
    <w:p w:rsidR="003A319D" w:rsidRDefault="003A319D" w:rsidP="003A319D">
      <w:pPr>
        <w:pStyle w:val="NormalWeb"/>
        <w:shd w:val="clear" w:color="auto" w:fill="FFFFFF"/>
        <w:jc w:val="right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[Code postal + Ville]</w:t>
      </w:r>
    </w:p>
    <w:p w:rsidR="003A319D" w:rsidRDefault="003A319D" w:rsidP="003A319D">
      <w:pPr>
        <w:pStyle w:val="NormalWeb"/>
        <w:shd w:val="clear" w:color="auto" w:fill="FFFFFF"/>
        <w:jc w:val="right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Tél. : [Votre numéro de téléphone]</w:t>
      </w:r>
    </w:p>
    <w:p w:rsidR="003A319D" w:rsidRDefault="003A319D" w:rsidP="003A319D">
      <w:pPr>
        <w:pStyle w:val="NormalWeb"/>
        <w:shd w:val="clear" w:color="auto" w:fill="FFFFFF"/>
        <w:jc w:val="right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Email : [Votre adresse email]</w:t>
      </w:r>
    </w:p>
    <w:p w:rsidR="003A319D" w:rsidRDefault="003A319D" w:rsidP="003A319D">
      <w:pPr>
        <w:pStyle w:val="NormalWeb"/>
        <w:shd w:val="clear" w:color="auto" w:fill="FFFFFF"/>
        <w:jc w:val="right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N° étudiant : [Votre numéro si existant]</w:t>
      </w:r>
    </w:p>
    <w:p w:rsidR="003A319D" w:rsidRDefault="003A319D" w:rsidP="003A319D">
      <w:pPr>
        <w:pStyle w:val="NormalWeb"/>
        <w:shd w:val="clear" w:color="auto" w:fill="FFFFFF"/>
        <w:jc w:val="right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[Lieu], le [Date]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À l'attention de l'assistant(e) social(e)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Service Social du [CROUS/Université/Établissement]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[Adresse du service social]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[Code postal + Ville]</w:t>
      </w:r>
    </w:p>
    <w:p w:rsidR="003A319D" w:rsidRPr="00971F0D" w:rsidRDefault="003A319D" w:rsidP="003A319D">
      <w:pPr>
        <w:shd w:val="clear" w:color="auto" w:fill="FFFFFF"/>
        <w:rPr>
          <w:rFonts w:ascii="Segoe UI" w:hAnsi="Segoe UI" w:cs="Segoe UI"/>
          <w:b/>
          <w:bCs/>
          <w:color w:val="333333"/>
          <w:sz w:val="27"/>
          <w:szCs w:val="27"/>
          <w:u w:val="single"/>
          <w:lang w:val="fr-FR"/>
        </w:rPr>
      </w:pPr>
      <w:r w:rsidRPr="00971F0D">
        <w:rPr>
          <w:rFonts w:ascii="Segoe UI" w:hAnsi="Segoe UI" w:cs="Segoe UI"/>
          <w:b/>
          <w:bCs/>
          <w:color w:val="333333"/>
          <w:sz w:val="27"/>
          <w:szCs w:val="27"/>
          <w:u w:val="single"/>
          <w:lang w:val="fr-FR"/>
        </w:rPr>
        <w:t>Objet : Exposé de situation financière - Demande d'aide financière exceptionnelle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Madame, Monsieur,</w:t>
      </w:r>
    </w:p>
    <w:p w:rsidR="003A319D" w:rsidRDefault="003A319D" w:rsidP="003A319D">
      <w:pPr>
        <w:pStyle w:val="section-title"/>
        <w:shd w:val="clear" w:color="auto" w:fill="FFFFFF"/>
        <w:spacing w:before="225" w:beforeAutospacing="0" w:after="150" w:afterAutospacing="0"/>
        <w:jc w:val="both"/>
        <w:rPr>
          <w:rFonts w:ascii="Segoe UI" w:hAnsi="Segoe UI" w:cs="Segoe UI"/>
          <w:b/>
          <w:bCs/>
          <w:color w:val="2C3E50"/>
          <w:sz w:val="27"/>
          <w:szCs w:val="27"/>
        </w:rPr>
      </w:pPr>
      <w:r>
        <w:rPr>
          <w:rFonts w:ascii="Segoe UI" w:hAnsi="Segoe UI" w:cs="Segoe UI"/>
          <w:b/>
          <w:bCs/>
          <w:color w:val="2C3E50"/>
          <w:sz w:val="27"/>
          <w:szCs w:val="27"/>
        </w:rPr>
        <w:lastRenderedPageBreak/>
        <w:t>1. Situation académique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Étudiant(e) en [année d'études] de [formation/filière] à [établissement], je poursuis ce cursus avec assiduité et détermination, comme en témoignent [mentionner vos résultats, votre implication dans les études, projets académiques, etc.].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Non éligible aux bourses sur critères sociaux en raison de [expliquer : revenus parentaux légèrement supérieurs au plafond / statut spécifique / autre raison de non-éligibilité], je me trouve dans l'impossibilité de subvenir à l'ensemble de mes besoins avec les seules ressources dont je dispose actuellement.</w:t>
      </w:r>
    </w:p>
    <w:p w:rsidR="003A319D" w:rsidRDefault="003A319D" w:rsidP="003A319D">
      <w:pPr>
        <w:pStyle w:val="section-title"/>
        <w:shd w:val="clear" w:color="auto" w:fill="FFFFFF"/>
        <w:spacing w:before="225" w:beforeAutospacing="0" w:after="150" w:afterAutospacing="0"/>
        <w:jc w:val="both"/>
        <w:rPr>
          <w:rFonts w:ascii="Segoe UI" w:hAnsi="Segoe UI" w:cs="Segoe UI"/>
          <w:b/>
          <w:bCs/>
          <w:color w:val="2C3E50"/>
          <w:sz w:val="27"/>
          <w:szCs w:val="27"/>
        </w:rPr>
      </w:pPr>
      <w:r>
        <w:rPr>
          <w:rFonts w:ascii="Segoe UI" w:hAnsi="Segoe UI" w:cs="Segoe UI"/>
          <w:b/>
          <w:bCs/>
          <w:color w:val="2C3E50"/>
          <w:sz w:val="27"/>
          <w:szCs w:val="27"/>
        </w:rPr>
        <w:t>2. Situation financière détaillée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Style w:val="lev"/>
          <w:rFonts w:ascii="Segoe UI" w:hAnsi="Segoe UI" w:cs="Segoe UI"/>
          <w:color w:val="333333"/>
          <w:sz w:val="27"/>
          <w:szCs w:val="27"/>
        </w:rPr>
        <w:t>Ressources mensuelles :</w:t>
      </w:r>
    </w:p>
    <w:p w:rsidR="003A319D" w:rsidRPr="00971F0D" w:rsidRDefault="003A319D" w:rsidP="003A319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Aide familiale : </w:t>
      </w:r>
      <w:r w:rsidRPr="00971F0D"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  <w:lang w:val="fr-FR"/>
        </w:rPr>
        <w:t>[Montant] €/mois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(versée irrégulièrement/préciser si aléatoire)</w:t>
      </w:r>
    </w:p>
    <w:p w:rsidR="003A319D" w:rsidRPr="00971F0D" w:rsidRDefault="003A319D" w:rsidP="003A319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Revenus d'activité : </w:t>
      </w:r>
      <w:r w:rsidRPr="00971F0D"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  <w:lang w:val="fr-FR"/>
        </w:rPr>
        <w:t>[Montant] €/mois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(contrat de [précisez] à [nombre] heures/semaine chez [employeur])</w:t>
      </w:r>
    </w:p>
    <w:p w:rsidR="003A319D" w:rsidRDefault="003A319D" w:rsidP="003A319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Autres aides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[APL/autres] €/mois</w:t>
      </w:r>
    </w:p>
    <w:p w:rsidR="003A319D" w:rsidRDefault="003A319D" w:rsidP="003A319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Total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[Total] €/mois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Style w:val="lev"/>
          <w:rFonts w:ascii="Segoe UI" w:hAnsi="Segoe UI" w:cs="Segoe UI"/>
          <w:color w:val="333333"/>
          <w:sz w:val="27"/>
          <w:szCs w:val="27"/>
        </w:rPr>
        <w:t>Charges mensuelles :</w:t>
      </w:r>
    </w:p>
    <w:p w:rsidR="003A319D" w:rsidRPr="00971F0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Loyer : </w:t>
      </w:r>
      <w:r w:rsidRPr="00971F0D"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  <w:lang w:val="fr-FR"/>
        </w:rPr>
        <w:t>[Montant] €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([type de logement] à [ville])</w:t>
      </w:r>
    </w:p>
    <w:p w:rsidR="003A319D" w:rsidRPr="00971F0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Charges locatives (électricité, eau, etc.) : </w:t>
      </w:r>
      <w:r w:rsidRPr="00971F0D"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  <w:lang w:val="fr-FR"/>
        </w:rPr>
        <w:t>[Montant] €</w:t>
      </w:r>
    </w:p>
    <w:p w:rsidR="003A319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Assurance habitation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[Montant] €</w:t>
      </w:r>
    </w:p>
    <w:p w:rsidR="003A319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Transport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[Montant] €</w:t>
      </w:r>
      <w:r>
        <w:rPr>
          <w:rFonts w:ascii="Segoe UI" w:hAnsi="Segoe UI" w:cs="Segoe UI"/>
          <w:color w:val="333333"/>
          <w:sz w:val="27"/>
          <w:szCs w:val="27"/>
        </w:rPr>
        <w:t> (abonnement [précisez])</w:t>
      </w:r>
    </w:p>
    <w:p w:rsidR="003A319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Téléphone et internet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[Montant] €</w:t>
      </w:r>
    </w:p>
    <w:p w:rsidR="003A319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Alimentation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[Montant] €</w:t>
      </w:r>
    </w:p>
    <w:p w:rsidR="003A319D" w:rsidRPr="00971F0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Frais universitaires : </w:t>
      </w:r>
      <w:r w:rsidRPr="00971F0D"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  <w:lang w:val="fr-FR"/>
        </w:rPr>
        <w:t>[Montant] €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(droits d'inscription, matériel pédagogique)</w:t>
      </w:r>
    </w:p>
    <w:p w:rsidR="003A319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Frais médicaux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[Montant] €</w:t>
      </w:r>
    </w:p>
    <w:p w:rsidR="003A319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Autres charges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[Montant] €</w:t>
      </w:r>
      <w:r>
        <w:rPr>
          <w:rFonts w:ascii="Segoe UI" w:hAnsi="Segoe UI" w:cs="Segoe UI"/>
          <w:color w:val="333333"/>
          <w:sz w:val="27"/>
          <w:szCs w:val="27"/>
        </w:rPr>
        <w:t> ([précisez])</w:t>
      </w:r>
    </w:p>
    <w:p w:rsidR="003A319D" w:rsidRDefault="003A319D" w:rsidP="003A319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Total :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[Total] €/mois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Il en résulte un déficit mensuel de </w:t>
      </w:r>
      <w:r>
        <w:rPr>
          <w:rStyle w:val="highlight"/>
          <w:rFonts w:ascii="Segoe UI" w:hAnsi="Segoe UI" w:cs="Segoe UI"/>
          <w:color w:val="333333"/>
          <w:sz w:val="27"/>
          <w:szCs w:val="27"/>
          <w:shd w:val="clear" w:color="auto" w:fill="FFFACD"/>
        </w:rPr>
        <w:t>[déficit mensuel] €</w:t>
      </w:r>
      <w:r>
        <w:rPr>
          <w:rFonts w:ascii="Segoe UI" w:hAnsi="Segoe UI" w:cs="Segoe UI"/>
          <w:color w:val="333333"/>
          <w:sz w:val="27"/>
          <w:szCs w:val="27"/>
        </w:rPr>
        <w:t>, que je ne parviens plus à combler malgré mes efforts.</w:t>
      </w:r>
    </w:p>
    <w:p w:rsidR="003A319D" w:rsidRDefault="003A319D" w:rsidP="003A319D">
      <w:pPr>
        <w:pStyle w:val="section-title"/>
        <w:shd w:val="clear" w:color="auto" w:fill="FFFFFF"/>
        <w:spacing w:before="225" w:beforeAutospacing="0" w:after="150" w:afterAutospacing="0"/>
        <w:jc w:val="both"/>
        <w:rPr>
          <w:rFonts w:ascii="Segoe UI" w:hAnsi="Segoe UI" w:cs="Segoe UI"/>
          <w:b/>
          <w:bCs/>
          <w:color w:val="2C3E50"/>
          <w:sz w:val="27"/>
          <w:szCs w:val="27"/>
        </w:rPr>
      </w:pPr>
      <w:r>
        <w:rPr>
          <w:rFonts w:ascii="Segoe UI" w:hAnsi="Segoe UI" w:cs="Segoe UI"/>
          <w:b/>
          <w:bCs/>
          <w:color w:val="2C3E50"/>
          <w:sz w:val="27"/>
          <w:szCs w:val="27"/>
        </w:rPr>
        <w:t>3. Difficultés spécifiques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lastRenderedPageBreak/>
        <w:t>[Décrivez en quelques phrases les difficultés spécifiques :</w:t>
      </w:r>
      <w:r>
        <w:rPr>
          <w:rFonts w:ascii="Segoe UI" w:hAnsi="Segoe UI" w:cs="Segoe UI"/>
          <w:color w:val="333333"/>
          <w:sz w:val="27"/>
          <w:szCs w:val="27"/>
        </w:rPr>
        <w:br/>
        <w:t>- Augmentation récente du loyer</w:t>
      </w:r>
      <w:r>
        <w:rPr>
          <w:rFonts w:ascii="Segoe UI" w:hAnsi="Segoe UI" w:cs="Segoe UI"/>
          <w:color w:val="333333"/>
          <w:sz w:val="27"/>
          <w:szCs w:val="27"/>
        </w:rPr>
        <w:br/>
        <w:t>- Diminution des ressources familiales</w:t>
      </w:r>
      <w:r>
        <w:rPr>
          <w:rFonts w:ascii="Segoe UI" w:hAnsi="Segoe UI" w:cs="Segoe UI"/>
          <w:color w:val="333333"/>
          <w:sz w:val="27"/>
          <w:szCs w:val="27"/>
        </w:rPr>
        <w:br/>
        <w:t>- Problèmes de santé générant des frais</w:t>
      </w:r>
      <w:r>
        <w:rPr>
          <w:rFonts w:ascii="Segoe UI" w:hAnsi="Segoe UI" w:cs="Segoe UI"/>
          <w:color w:val="333333"/>
          <w:sz w:val="27"/>
          <w:szCs w:val="27"/>
        </w:rPr>
        <w:br/>
        <w:t>- Perte d'emploi étudiant</w:t>
      </w:r>
      <w:r>
        <w:rPr>
          <w:rFonts w:ascii="Segoe UI" w:hAnsi="Segoe UI" w:cs="Segoe UI"/>
          <w:color w:val="333333"/>
          <w:sz w:val="27"/>
          <w:szCs w:val="27"/>
        </w:rPr>
        <w:br/>
        <w:t>- Dépenses exceptionnelles imprévues</w:t>
      </w:r>
      <w:r>
        <w:rPr>
          <w:rFonts w:ascii="Segoe UI" w:hAnsi="Segoe UI" w:cs="Segoe UI"/>
          <w:color w:val="333333"/>
          <w:sz w:val="27"/>
          <w:szCs w:val="27"/>
        </w:rPr>
        <w:br/>
        <w:t>- Difficultés à trouver un emploi compatible avec vos études]</w:t>
      </w:r>
    </w:p>
    <w:p w:rsidR="003A319D" w:rsidRDefault="003A319D" w:rsidP="003A319D">
      <w:pPr>
        <w:pStyle w:val="section-title"/>
        <w:shd w:val="clear" w:color="auto" w:fill="FFFFFF"/>
        <w:spacing w:before="225" w:beforeAutospacing="0" w:after="150" w:afterAutospacing="0"/>
        <w:jc w:val="both"/>
        <w:rPr>
          <w:rFonts w:ascii="Segoe UI" w:hAnsi="Segoe UI" w:cs="Segoe UI"/>
          <w:b/>
          <w:bCs/>
          <w:color w:val="2C3E50"/>
          <w:sz w:val="27"/>
          <w:szCs w:val="27"/>
        </w:rPr>
      </w:pPr>
      <w:r>
        <w:rPr>
          <w:rFonts w:ascii="Segoe UI" w:hAnsi="Segoe UI" w:cs="Segoe UI"/>
          <w:b/>
          <w:bCs/>
          <w:color w:val="2C3E50"/>
          <w:sz w:val="27"/>
          <w:szCs w:val="27"/>
        </w:rPr>
        <w:t>4. Démarches entreprises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Face à cette situation, j'ai déjà entrepris les démarches suivantes :</w:t>
      </w:r>
    </w:p>
    <w:p w:rsidR="003A319D" w:rsidRPr="00971F0D" w:rsidRDefault="003A319D" w:rsidP="003A319D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Recherche active d'un emploi compatible avec mes études</w:t>
      </w:r>
    </w:p>
    <w:p w:rsidR="003A319D" w:rsidRPr="00971F0D" w:rsidRDefault="003A319D" w:rsidP="003A319D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Réduction de mes dépenses non essentielles</w:t>
      </w:r>
    </w:p>
    <w:p w:rsidR="003A319D" w:rsidRPr="00971F0D" w:rsidRDefault="003A319D" w:rsidP="003A319D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Demande d'échelonnement de paiement pour [précisez]</w:t>
      </w:r>
    </w:p>
    <w:p w:rsidR="003A319D" w:rsidRPr="00971F0D" w:rsidRDefault="003A319D" w:rsidP="003A319D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Demande d'aide auprès de [précisez : CCAS, associations, etc.]</w:t>
      </w:r>
    </w:p>
    <w:p w:rsidR="003A319D" w:rsidRDefault="003A319D" w:rsidP="003A319D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[Autres démarches pertinentes]</w:t>
      </w:r>
    </w:p>
    <w:p w:rsidR="003A319D" w:rsidRDefault="003A319D" w:rsidP="003A319D">
      <w:pPr>
        <w:pStyle w:val="section-title"/>
        <w:shd w:val="clear" w:color="auto" w:fill="FFFFFF"/>
        <w:spacing w:before="225" w:beforeAutospacing="0" w:after="150" w:afterAutospacing="0"/>
        <w:jc w:val="both"/>
        <w:rPr>
          <w:rFonts w:ascii="Segoe UI" w:hAnsi="Segoe UI" w:cs="Segoe UI"/>
          <w:b/>
          <w:bCs/>
          <w:color w:val="2C3E50"/>
          <w:sz w:val="27"/>
          <w:szCs w:val="27"/>
        </w:rPr>
      </w:pPr>
      <w:r>
        <w:rPr>
          <w:rFonts w:ascii="Segoe UI" w:hAnsi="Segoe UI" w:cs="Segoe UI"/>
          <w:b/>
          <w:bCs/>
          <w:color w:val="2C3E50"/>
          <w:sz w:val="27"/>
          <w:szCs w:val="27"/>
        </w:rPr>
        <w:t>5. Aide sollicitée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Je sollicite votre expertise pour m'orienter vers les dispositifs d'aide susceptibles de correspondre à ma situation :</w:t>
      </w:r>
    </w:p>
    <w:p w:rsidR="003A319D" w:rsidRDefault="003A319D" w:rsidP="003A319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Allocation spécifique du CROUS</w:t>
      </w:r>
    </w:p>
    <w:p w:rsidR="003A319D" w:rsidRDefault="003A319D" w:rsidP="003A319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Aide d'urgence ponctuelle</w:t>
      </w:r>
    </w:p>
    <w:p w:rsidR="003A319D" w:rsidRDefault="003A319D" w:rsidP="003A319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Accès au fonds social étudiant</w:t>
      </w:r>
    </w:p>
    <w:p w:rsidR="003A319D" w:rsidRPr="00971F0D" w:rsidRDefault="003A319D" w:rsidP="003A319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Autres aides spécifiques [à personnaliser]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Cette aide serait déterminante pour me permettre de [préciser l'objectif : régler mes arriérés de loyer, couvrir mes frais de subsistance, etc.] et de poursuivre mes études dans des conditions acceptables.</w:t>
      </w:r>
    </w:p>
    <w:p w:rsidR="003A319D" w:rsidRDefault="003A319D" w:rsidP="003A319D">
      <w:pPr>
        <w:pStyle w:val="NormalWeb"/>
        <w:shd w:val="clear" w:color="auto" w:fill="FFFFFF"/>
        <w:jc w:val="both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Je reste à votre disposition pour fournir tout justificatif complémentaire et vous prie de croire, Madame, Monsieur, en l'expression de ma considération distinguée.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Veuillez agréer, Madame, Monsieur, mes salutations respectueuses,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[Votre prénom et nom]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333333"/>
          <w:sz w:val="27"/>
          <w:szCs w:val="27"/>
        </w:rPr>
      </w:pPr>
      <w:r>
        <w:rPr>
          <w:rFonts w:ascii="Segoe UI" w:hAnsi="Segoe UI" w:cs="Segoe UI"/>
          <w:color w:val="333333"/>
          <w:sz w:val="27"/>
          <w:szCs w:val="27"/>
        </w:rPr>
        <w:t>[Signature si impression]</w:t>
      </w:r>
    </w:p>
    <w:p w:rsidR="003A319D" w:rsidRDefault="003A319D" w:rsidP="003A319D">
      <w:pPr>
        <w:pStyle w:val="NormalWeb"/>
        <w:shd w:val="clear" w:color="auto" w:fill="FFFFFF"/>
        <w:rPr>
          <w:rFonts w:ascii="Segoe UI" w:hAnsi="Segoe UI" w:cs="Segoe UI"/>
          <w:color w:val="666666"/>
        </w:rPr>
      </w:pPr>
      <w:r>
        <w:rPr>
          <w:rStyle w:val="lev"/>
          <w:rFonts w:ascii="Segoe UI" w:hAnsi="Segoe UI" w:cs="Segoe UI"/>
          <w:color w:val="666666"/>
        </w:rPr>
        <w:t>Pièces jointes recommandées :</w:t>
      </w:r>
      <w:r>
        <w:rPr>
          <w:rFonts w:ascii="Segoe UI" w:hAnsi="Segoe UI" w:cs="Segoe UI"/>
          <w:color w:val="666666"/>
        </w:rPr>
        <w:t> (à adapter)</w:t>
      </w:r>
    </w:p>
    <w:p w:rsidR="003A319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</w:rPr>
      </w:pPr>
      <w:r>
        <w:rPr>
          <w:rFonts w:ascii="Segoe UI" w:hAnsi="Segoe UI" w:cs="Segoe UI"/>
          <w:color w:val="666666"/>
        </w:rPr>
        <w:lastRenderedPageBreak/>
        <w:t>Certificat de scolarité</w:t>
      </w:r>
    </w:p>
    <w:p w:rsidR="003A319D" w:rsidRPr="00971F0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  <w:lang w:val="fr-FR"/>
        </w:rPr>
      </w:pPr>
      <w:r w:rsidRPr="00971F0D">
        <w:rPr>
          <w:rFonts w:ascii="Segoe UI" w:hAnsi="Segoe UI" w:cs="Segoe UI"/>
          <w:color w:val="666666"/>
          <w:lang w:val="fr-FR"/>
        </w:rPr>
        <w:t>Photocopie de la carte d'identité/étudiant</w:t>
      </w:r>
    </w:p>
    <w:p w:rsidR="003A319D" w:rsidRPr="00971F0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  <w:lang w:val="fr-FR"/>
        </w:rPr>
      </w:pPr>
      <w:r w:rsidRPr="00971F0D">
        <w:rPr>
          <w:rFonts w:ascii="Segoe UI" w:hAnsi="Segoe UI" w:cs="Segoe UI"/>
          <w:color w:val="666666"/>
          <w:lang w:val="fr-FR"/>
        </w:rPr>
        <w:t>Justificatif de domicile de moins de 3 mois</w:t>
      </w:r>
    </w:p>
    <w:p w:rsidR="003A319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</w:rPr>
      </w:pPr>
      <w:r>
        <w:rPr>
          <w:rFonts w:ascii="Segoe UI" w:hAnsi="Segoe UI" w:cs="Segoe UI"/>
          <w:color w:val="666666"/>
        </w:rPr>
        <w:t>3 derniers relevés bancaires</w:t>
      </w:r>
    </w:p>
    <w:p w:rsidR="003A319D" w:rsidRPr="00971F0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  <w:lang w:val="fr-FR"/>
        </w:rPr>
      </w:pPr>
      <w:r w:rsidRPr="00971F0D">
        <w:rPr>
          <w:rFonts w:ascii="Segoe UI" w:hAnsi="Segoe UI" w:cs="Segoe UI"/>
          <w:color w:val="666666"/>
          <w:lang w:val="fr-FR"/>
        </w:rPr>
        <w:t>Contrat de location/quittance de loyer</w:t>
      </w:r>
    </w:p>
    <w:p w:rsidR="003A319D" w:rsidRPr="00971F0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  <w:lang w:val="fr-FR"/>
        </w:rPr>
      </w:pPr>
      <w:r w:rsidRPr="00971F0D">
        <w:rPr>
          <w:rFonts w:ascii="Segoe UI" w:hAnsi="Segoe UI" w:cs="Segoe UI"/>
          <w:color w:val="666666"/>
          <w:lang w:val="fr-FR"/>
        </w:rPr>
        <w:t>Bulletins de salaire des 3 derniers mois</w:t>
      </w:r>
    </w:p>
    <w:p w:rsidR="003A319D" w:rsidRPr="00971F0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  <w:lang w:val="fr-FR"/>
        </w:rPr>
      </w:pPr>
      <w:r w:rsidRPr="00971F0D">
        <w:rPr>
          <w:rFonts w:ascii="Segoe UI" w:hAnsi="Segoe UI" w:cs="Segoe UI"/>
          <w:color w:val="666666"/>
          <w:lang w:val="fr-FR"/>
        </w:rPr>
        <w:t>Avis d'imposition des parents (si lien maintenu)</w:t>
      </w:r>
    </w:p>
    <w:p w:rsidR="003A319D" w:rsidRPr="00971F0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  <w:lang w:val="fr-FR"/>
        </w:rPr>
      </w:pPr>
      <w:r w:rsidRPr="00971F0D">
        <w:rPr>
          <w:rFonts w:ascii="Segoe UI" w:hAnsi="Segoe UI" w:cs="Segoe UI"/>
          <w:color w:val="666666"/>
          <w:lang w:val="fr-FR"/>
        </w:rPr>
        <w:t>Justificatifs de situation particulière (si applicable)</w:t>
      </w:r>
    </w:p>
    <w:p w:rsidR="003A319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</w:rPr>
      </w:pPr>
      <w:r>
        <w:rPr>
          <w:rFonts w:ascii="Segoe UI" w:hAnsi="Segoe UI" w:cs="Segoe UI"/>
          <w:color w:val="666666"/>
        </w:rPr>
        <w:t>Relevé d'identité bancaire</w:t>
      </w:r>
    </w:p>
    <w:p w:rsidR="003A319D" w:rsidRPr="00971F0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  <w:lang w:val="fr-FR"/>
        </w:rPr>
      </w:pPr>
      <w:r w:rsidRPr="00971F0D">
        <w:rPr>
          <w:rFonts w:ascii="Segoe UI" w:hAnsi="Segoe UI" w:cs="Segoe UI"/>
          <w:color w:val="666666"/>
          <w:lang w:val="fr-FR"/>
        </w:rPr>
        <w:t>Certificat médical (le cas échéant)</w:t>
      </w:r>
    </w:p>
    <w:p w:rsidR="003A319D" w:rsidRDefault="003A319D" w:rsidP="003A319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color w:val="666666"/>
        </w:rPr>
      </w:pPr>
      <w:r>
        <w:rPr>
          <w:rFonts w:ascii="Segoe UI" w:hAnsi="Segoe UI" w:cs="Segoe UI"/>
          <w:color w:val="666666"/>
        </w:rPr>
        <w:t>Attestation de refus de bourse</w:t>
      </w:r>
    </w:p>
    <w:p w:rsidR="003A319D" w:rsidRPr="00971F0D" w:rsidRDefault="003A319D" w:rsidP="003A319D">
      <w:pPr>
        <w:pStyle w:val="Titre3"/>
        <w:shd w:val="clear" w:color="auto" w:fill="F0F7FF"/>
        <w:rPr>
          <w:rFonts w:ascii="Segoe UI" w:hAnsi="Segoe UI" w:cs="Segoe UI"/>
          <w:color w:val="333333"/>
          <w:lang w:val="fr-FR"/>
        </w:rPr>
      </w:pPr>
      <w:r w:rsidRPr="00971F0D">
        <w:rPr>
          <w:rFonts w:ascii="Segoe UI" w:hAnsi="Segoe UI" w:cs="Segoe UI"/>
          <w:color w:val="333333"/>
          <w:lang w:val="fr-FR"/>
        </w:rPr>
        <w:t>Conseils pour optimiser votre demande :</w:t>
      </w:r>
    </w:p>
    <w:p w:rsidR="003A319D" w:rsidRPr="00971F0D" w:rsidRDefault="003A319D" w:rsidP="003A319D">
      <w:pPr>
        <w:numPr>
          <w:ilvl w:val="0"/>
          <w:numId w:val="15"/>
        </w:numPr>
        <w:shd w:val="clear" w:color="auto" w:fill="F0F7FF"/>
        <w:spacing w:before="100" w:beforeAutospacing="1" w:after="100" w:afterAutospacing="1" w:line="240" w:lineRule="auto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Style w:val="lev"/>
          <w:rFonts w:ascii="Segoe UI" w:hAnsi="Segoe UI" w:cs="Segoe UI"/>
          <w:color w:val="333333"/>
          <w:sz w:val="27"/>
          <w:szCs w:val="27"/>
          <w:lang w:val="fr-FR"/>
        </w:rPr>
        <w:t>Soyez précis et factuel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: Fournissez des chiffres exacts et des dates précises.</w:t>
      </w:r>
    </w:p>
    <w:p w:rsidR="003A319D" w:rsidRPr="00971F0D" w:rsidRDefault="003A319D" w:rsidP="003A319D">
      <w:pPr>
        <w:numPr>
          <w:ilvl w:val="0"/>
          <w:numId w:val="15"/>
        </w:numPr>
        <w:shd w:val="clear" w:color="auto" w:fill="F0F7FF"/>
        <w:spacing w:before="100" w:beforeAutospacing="1" w:after="100" w:afterAutospacing="1" w:line="240" w:lineRule="auto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Style w:val="lev"/>
          <w:rFonts w:ascii="Segoe UI" w:hAnsi="Segoe UI" w:cs="Segoe UI"/>
          <w:color w:val="333333"/>
          <w:sz w:val="27"/>
          <w:szCs w:val="27"/>
          <w:lang w:val="fr-FR"/>
        </w:rPr>
        <w:t>Structurez votre demande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: Suivez le plan proposé pour une lecture facile.</w:t>
      </w:r>
    </w:p>
    <w:p w:rsidR="003A319D" w:rsidRPr="00971F0D" w:rsidRDefault="003A319D" w:rsidP="003A319D">
      <w:pPr>
        <w:numPr>
          <w:ilvl w:val="0"/>
          <w:numId w:val="15"/>
        </w:numPr>
        <w:shd w:val="clear" w:color="auto" w:fill="F0F7FF"/>
        <w:spacing w:before="100" w:beforeAutospacing="1" w:after="100" w:afterAutospacing="1" w:line="240" w:lineRule="auto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Style w:val="lev"/>
          <w:rFonts w:ascii="Segoe UI" w:hAnsi="Segoe UI" w:cs="Segoe UI"/>
          <w:color w:val="333333"/>
          <w:sz w:val="27"/>
          <w:szCs w:val="27"/>
          <w:lang w:val="fr-FR"/>
        </w:rPr>
        <w:t>Joignez les preuves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: Toutes les déclarations doivent être étayées par des justificatifs.</w:t>
      </w:r>
    </w:p>
    <w:p w:rsidR="003A319D" w:rsidRPr="00971F0D" w:rsidRDefault="003A319D" w:rsidP="003A319D">
      <w:pPr>
        <w:numPr>
          <w:ilvl w:val="0"/>
          <w:numId w:val="15"/>
        </w:numPr>
        <w:shd w:val="clear" w:color="auto" w:fill="F0F7FF"/>
        <w:spacing w:before="100" w:beforeAutospacing="1" w:after="100" w:afterAutospacing="1" w:line="240" w:lineRule="auto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Style w:val="lev"/>
          <w:rFonts w:ascii="Segoe UI" w:hAnsi="Segoe UI" w:cs="Segoe UI"/>
          <w:color w:val="333333"/>
          <w:sz w:val="27"/>
          <w:szCs w:val="27"/>
          <w:lang w:val="fr-FR"/>
        </w:rPr>
        <w:t>Montrez vos efforts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: Détaillez les démarches déjà entreprises pour résoudre la situation.</w:t>
      </w:r>
    </w:p>
    <w:p w:rsidR="003A319D" w:rsidRPr="00971F0D" w:rsidRDefault="003A319D" w:rsidP="003A319D">
      <w:pPr>
        <w:numPr>
          <w:ilvl w:val="0"/>
          <w:numId w:val="15"/>
        </w:numPr>
        <w:shd w:val="clear" w:color="auto" w:fill="F0F7FF"/>
        <w:spacing w:before="100" w:beforeAutospacing="1" w:after="100" w:afterAutospacing="1" w:line="240" w:lineRule="auto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Style w:val="lev"/>
          <w:rFonts w:ascii="Segoe UI" w:hAnsi="Segoe UI" w:cs="Segoe UI"/>
          <w:color w:val="333333"/>
          <w:sz w:val="27"/>
          <w:szCs w:val="27"/>
          <w:lang w:val="fr-FR"/>
        </w:rPr>
        <w:t>Relisez-vous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: Une lettre sans faute et bien structurée sera mieux reçue.</w:t>
      </w:r>
    </w:p>
    <w:p w:rsidR="003A319D" w:rsidRPr="00971F0D" w:rsidRDefault="003A319D" w:rsidP="003A319D">
      <w:pPr>
        <w:numPr>
          <w:ilvl w:val="0"/>
          <w:numId w:val="15"/>
        </w:numPr>
        <w:shd w:val="clear" w:color="auto" w:fill="F0F7FF"/>
        <w:spacing w:before="100" w:beforeAutospacing="1" w:after="100" w:afterAutospacing="1" w:line="240" w:lineRule="auto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Style w:val="lev"/>
          <w:rFonts w:ascii="Segoe UI" w:hAnsi="Segoe UI" w:cs="Segoe UI"/>
          <w:color w:val="333333"/>
          <w:sz w:val="27"/>
          <w:szCs w:val="27"/>
          <w:lang w:val="fr-FR"/>
        </w:rPr>
        <w:t>Personnalisez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: Adaptez ce modèle à votre situation réelle pour qu'il sonne juste.</w:t>
      </w:r>
    </w:p>
    <w:p w:rsidR="003A319D" w:rsidRPr="00971F0D" w:rsidRDefault="003A319D" w:rsidP="003A319D">
      <w:pPr>
        <w:numPr>
          <w:ilvl w:val="0"/>
          <w:numId w:val="15"/>
        </w:numPr>
        <w:shd w:val="clear" w:color="auto" w:fill="F0F7FF"/>
        <w:spacing w:before="100" w:beforeAutospacing="1" w:after="100" w:afterAutospacing="1" w:line="240" w:lineRule="auto"/>
        <w:rPr>
          <w:rFonts w:ascii="Segoe UI" w:hAnsi="Segoe UI" w:cs="Segoe UI"/>
          <w:color w:val="333333"/>
          <w:sz w:val="27"/>
          <w:szCs w:val="27"/>
          <w:lang w:val="fr-FR"/>
        </w:rPr>
      </w:pPr>
      <w:r w:rsidRPr="00971F0D">
        <w:rPr>
          <w:rStyle w:val="lev"/>
          <w:rFonts w:ascii="Segoe UI" w:hAnsi="Segoe UI" w:cs="Segoe UI"/>
          <w:color w:val="333333"/>
          <w:sz w:val="27"/>
          <w:szCs w:val="27"/>
          <w:lang w:val="fr-FR"/>
        </w:rPr>
        <w:t>Proposez un entretien</w:t>
      </w:r>
      <w:r w:rsidRPr="00971F0D">
        <w:rPr>
          <w:rFonts w:ascii="Segoe UI" w:hAnsi="Segoe UI" w:cs="Segoe UI"/>
          <w:color w:val="333333"/>
          <w:sz w:val="27"/>
          <w:szCs w:val="27"/>
          <w:lang w:val="fr-FR"/>
        </w:rPr>
        <w:t> : Offrez la possibilité d'échanger en personne sur votre situation.</w:t>
      </w:r>
    </w:p>
    <w:p w:rsidR="003A319D" w:rsidRPr="009C05E6" w:rsidRDefault="003A319D" w:rsidP="003A319D">
      <w:pPr>
        <w:rPr>
          <w:lang w:val="fr-FR"/>
        </w:rPr>
      </w:pPr>
    </w:p>
    <w:p w:rsidR="00E41F44" w:rsidRPr="003A319D" w:rsidRDefault="00E41F44" w:rsidP="00675825">
      <w:pPr>
        <w:rPr>
          <w:lang w:val="fr-FR"/>
        </w:rPr>
      </w:pPr>
      <w:bookmarkStart w:id="0" w:name="_GoBack"/>
      <w:bookmarkEnd w:id="0"/>
    </w:p>
    <w:sectPr w:rsidR="00E41F44" w:rsidRPr="003A319D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enumros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enumros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epuce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epuce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enum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5BE461B"/>
    <w:multiLevelType w:val="multilevel"/>
    <w:tmpl w:val="73760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5D1E2A"/>
    <w:multiLevelType w:val="multilevel"/>
    <w:tmpl w:val="C92A0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13C2E02"/>
    <w:multiLevelType w:val="multilevel"/>
    <w:tmpl w:val="925A2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4492526"/>
    <w:multiLevelType w:val="multilevel"/>
    <w:tmpl w:val="B4C0B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6B69F0"/>
    <w:multiLevelType w:val="multilevel"/>
    <w:tmpl w:val="F9F01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C465F6D"/>
    <w:multiLevelType w:val="multilevel"/>
    <w:tmpl w:val="59B85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1"/>
  </w:num>
  <w:num w:numId="11">
    <w:abstractNumId w:val="12"/>
  </w:num>
  <w:num w:numId="12">
    <w:abstractNumId w:val="14"/>
  </w:num>
  <w:num w:numId="13">
    <w:abstractNumId w:val="13"/>
  </w:num>
  <w:num w:numId="14">
    <w:abstractNumId w:val="10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1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34616"/>
    <w:rsid w:val="0003678A"/>
    <w:rsid w:val="0006063C"/>
    <w:rsid w:val="0008545B"/>
    <w:rsid w:val="0015074B"/>
    <w:rsid w:val="0029639D"/>
    <w:rsid w:val="00326F90"/>
    <w:rsid w:val="003A319D"/>
    <w:rsid w:val="00616B8D"/>
    <w:rsid w:val="006505C9"/>
    <w:rsid w:val="00675825"/>
    <w:rsid w:val="00AA1D8D"/>
    <w:rsid w:val="00B47730"/>
    <w:rsid w:val="00CB0664"/>
    <w:rsid w:val="00E41F4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5DCCB7"/>
  <w14:defaultImageDpi w14:val="300"/>
  <w15:docId w15:val="{179638D2-0A28-3043-94EF-DAF95D9D5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693F"/>
  </w:style>
  <w:style w:type="paragraph" w:styleId="Titre1">
    <w:name w:val="heading 1"/>
    <w:basedOn w:val="Normal"/>
    <w:next w:val="Normal"/>
    <w:link w:val="Titre1C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618BF"/>
  </w:style>
  <w:style w:type="paragraph" w:styleId="Pieddepage">
    <w:name w:val="footer"/>
    <w:basedOn w:val="Normal"/>
    <w:link w:val="PieddepageC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618BF"/>
  </w:style>
  <w:style w:type="paragraph" w:styleId="Sansinterligne">
    <w:name w:val="No Spacing"/>
    <w:uiPriority w:val="1"/>
    <w:qFormat/>
    <w:rsid w:val="00FC693F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">
    <w:name w:val="Title"/>
    <w:basedOn w:val="Normal"/>
    <w:next w:val="Normal"/>
    <w:link w:val="TitreC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Corpsdetexte">
    <w:name w:val="Body Text"/>
    <w:basedOn w:val="Normal"/>
    <w:link w:val="CorpsdetexteCar"/>
    <w:uiPriority w:val="99"/>
    <w:unhideWhenUsed/>
    <w:rsid w:val="00AA1D8D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rsid w:val="00AA1D8D"/>
  </w:style>
  <w:style w:type="paragraph" w:styleId="Corpsdetexte2">
    <w:name w:val="Body Text 2"/>
    <w:basedOn w:val="Normal"/>
    <w:link w:val="Corpsdetexte2Car"/>
    <w:uiPriority w:val="99"/>
    <w:unhideWhenUsed/>
    <w:rsid w:val="00AA1D8D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rsid w:val="00AA1D8D"/>
  </w:style>
  <w:style w:type="paragraph" w:styleId="Corpsdetexte3">
    <w:name w:val="Body Text 3"/>
    <w:basedOn w:val="Normal"/>
    <w:link w:val="Corpsdetexte3C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Corpsdetexte3Car">
    <w:name w:val="Corps de texte 3 Car"/>
    <w:basedOn w:val="Policepardfaut"/>
    <w:link w:val="Corpsdetexte3"/>
    <w:uiPriority w:val="99"/>
    <w:rsid w:val="00AA1D8D"/>
    <w:rPr>
      <w:sz w:val="16"/>
      <w:szCs w:val="16"/>
    </w:rPr>
  </w:style>
  <w:style w:type="paragraph" w:styleId="Liste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e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e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epuces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epuces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epuces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enumros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enumros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enumros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e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e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e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Textedemacro">
    <w:name w:val="macro"/>
    <w:link w:val="TextedemacroC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TextedemacroCar">
    <w:name w:val="Texte de macro Car"/>
    <w:basedOn w:val="Policepardfaut"/>
    <w:link w:val="Textedemacro"/>
    <w:uiPriority w:val="99"/>
    <w:rsid w:val="0029639D"/>
    <w:rPr>
      <w:rFonts w:ascii="Courier" w:hAnsi="Courier"/>
      <w:sz w:val="20"/>
      <w:szCs w:val="20"/>
    </w:rPr>
  </w:style>
  <w:style w:type="paragraph" w:styleId="Citation">
    <w:name w:val="Quote"/>
    <w:basedOn w:val="Normal"/>
    <w:next w:val="Normal"/>
    <w:link w:val="CitationCar"/>
    <w:uiPriority w:val="29"/>
    <w:qFormat/>
    <w:rsid w:val="00FC693F"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FC693F"/>
    <w:rPr>
      <w:i/>
      <w:iCs/>
      <w:color w:val="000000" w:themeColor="text1"/>
    </w:rPr>
  </w:style>
  <w:style w:type="character" w:customStyle="1" w:styleId="Titre4Car">
    <w:name w:val="Titre 4 Car"/>
    <w:basedOn w:val="Policepardfaut"/>
    <w:link w:val="Titre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re5Car">
    <w:name w:val="Titre 5 Car"/>
    <w:basedOn w:val="Policepardfaut"/>
    <w:link w:val="Titre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lev">
    <w:name w:val="Strong"/>
    <w:basedOn w:val="Policepardfaut"/>
    <w:uiPriority w:val="22"/>
    <w:qFormat/>
    <w:rsid w:val="00FC693F"/>
    <w:rPr>
      <w:b/>
      <w:bCs/>
    </w:rPr>
  </w:style>
  <w:style w:type="character" w:styleId="Accentuation">
    <w:name w:val="Emphasis"/>
    <w:basedOn w:val="Policepardfaut"/>
    <w:uiPriority w:val="20"/>
    <w:qFormat/>
    <w:rsid w:val="00FC693F"/>
    <w:rPr>
      <w:i/>
      <w:iCs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FC693F"/>
    <w:rPr>
      <w:b/>
      <w:bCs/>
      <w:i/>
      <w:iCs/>
      <w:color w:val="4F81BD" w:themeColor="accent1"/>
    </w:rPr>
  </w:style>
  <w:style w:type="character" w:styleId="Accentuationlgre">
    <w:name w:val="Subtle Emphasis"/>
    <w:basedOn w:val="Policepardfaut"/>
    <w:uiPriority w:val="19"/>
    <w:qFormat/>
    <w:rsid w:val="00FC693F"/>
    <w:rPr>
      <w:i/>
      <w:iCs/>
      <w:color w:val="808080" w:themeColor="text1" w:themeTint="7F"/>
    </w:rPr>
  </w:style>
  <w:style w:type="character" w:styleId="Accentuationintense">
    <w:name w:val="Intense Emphasis"/>
    <w:basedOn w:val="Policepardfaut"/>
    <w:uiPriority w:val="21"/>
    <w:qFormat/>
    <w:rsid w:val="00FC693F"/>
    <w:rPr>
      <w:b/>
      <w:bCs/>
      <w:i/>
      <w:iCs/>
      <w:color w:val="4F81BD" w:themeColor="accent1"/>
    </w:rPr>
  </w:style>
  <w:style w:type="character" w:styleId="Rfrencelgre">
    <w:name w:val="Subtle Reference"/>
    <w:basedOn w:val="Policepardfaut"/>
    <w:uiPriority w:val="31"/>
    <w:qFormat/>
    <w:rsid w:val="00FC693F"/>
    <w:rPr>
      <w:smallCaps/>
      <w:color w:val="C0504D" w:themeColor="accent2"/>
      <w:u w:val="single"/>
    </w:rPr>
  </w:style>
  <w:style w:type="character" w:styleId="Rfrenceintense">
    <w:name w:val="Intense Reference"/>
    <w:basedOn w:val="Policepardfau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sid w:val="00FC693F"/>
    <w:rPr>
      <w:b/>
      <w:bCs/>
      <w:smallCaps/>
      <w:spacing w:val="5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FC693F"/>
    <w:pPr>
      <w:outlineLvl w:val="9"/>
    </w:pPr>
  </w:style>
  <w:style w:type="table" w:styleId="Grilledutableau">
    <w:name w:val="Table Grid"/>
    <w:basedOn w:val="Tableau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Ombrageclair">
    <w:name w:val="Light Shading"/>
    <w:basedOn w:val="Tableau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Trameclaire-Accent1">
    <w:name w:val="Light Shading Accent 1"/>
    <w:basedOn w:val="Tableau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Trameclaire-Accent2">
    <w:name w:val="Light Shading Accent 2"/>
    <w:basedOn w:val="Tableau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Trameclaire-Accent3">
    <w:name w:val="Light Shading Accent 3"/>
    <w:basedOn w:val="Tableau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Trameclaire-Accent4">
    <w:name w:val="Light Shading Accent 4"/>
    <w:basedOn w:val="Tableau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Trameclaire-Accent5">
    <w:name w:val="Light Shading Accent 5"/>
    <w:basedOn w:val="Tableau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Trameclaire-Accent6">
    <w:name w:val="Light Shading Accent 6"/>
    <w:basedOn w:val="Tableau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steclaire">
    <w:name w:val="Light List"/>
    <w:basedOn w:val="Tableau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eclaire-Accent1">
    <w:name w:val="Light List Accent 1"/>
    <w:basedOn w:val="Tableau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steclaire-Accent2">
    <w:name w:val="Light List Accent 2"/>
    <w:basedOn w:val="Tableau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steclaire-Accent3">
    <w:name w:val="Light List Accent 3"/>
    <w:basedOn w:val="Tableau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steclaire-Accent4">
    <w:name w:val="Light List Accent 4"/>
    <w:basedOn w:val="Tableau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steclaire-Accent5">
    <w:name w:val="Light List Accent 5"/>
    <w:basedOn w:val="Tableau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steclaire-Accent6">
    <w:name w:val="Light List Accent 6"/>
    <w:basedOn w:val="Tableau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Grilleclaire">
    <w:name w:val="Light Grid"/>
    <w:basedOn w:val="Tableau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illeclaire-Accent1">
    <w:name w:val="Light Grid Accent 1"/>
    <w:basedOn w:val="Tableau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Grilleclaire-Accent2">
    <w:name w:val="Light Grid Accent 2"/>
    <w:basedOn w:val="Tableau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Grilleclaire-Accent3">
    <w:name w:val="Light Grid Accent 3"/>
    <w:basedOn w:val="Tableau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Grilleclaire-Accent4">
    <w:name w:val="Light Grid Accent 4"/>
    <w:basedOn w:val="Tableau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Grilleclaire-Accent5">
    <w:name w:val="Light Grid Accent 5"/>
    <w:basedOn w:val="Tableau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Grilleclaire-Accent6">
    <w:name w:val="Light Grid Accent 6"/>
    <w:basedOn w:val="Tableau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Tramemoyenne1">
    <w:name w:val="Medium Shading 1"/>
    <w:basedOn w:val="Tableau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ramemoyenne1-Accent1">
    <w:name w:val="Medium Shading 1 Accent 1"/>
    <w:basedOn w:val="Tableau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ramemoyenne1-Accent2">
    <w:name w:val="Medium Shading 1 Accent 2"/>
    <w:basedOn w:val="Tableau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ramemoyenne1-Accent3">
    <w:name w:val="Medium Shading 1 Accent 3"/>
    <w:basedOn w:val="Tableau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ramemoyenne1-Accent4">
    <w:name w:val="Medium Shading 1 Accent 4"/>
    <w:basedOn w:val="Tableau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ramemoyenne1-Accent5">
    <w:name w:val="Medium Shading 1 Accent 5"/>
    <w:basedOn w:val="Tableau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ramemoyenne1-Accent6">
    <w:name w:val="Medium Shading 1 Accent 6"/>
    <w:basedOn w:val="Tableau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ramemoyenne2">
    <w:name w:val="Medium Shading 2"/>
    <w:basedOn w:val="Tableau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ramemoyenne2-Accent1">
    <w:name w:val="Medium Shading 2 Accent 1"/>
    <w:basedOn w:val="Tableau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ramemoyenne2-Accent2">
    <w:name w:val="Medium Shading 2 Accent 2"/>
    <w:basedOn w:val="Tableau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ramemoyenne2-Accent3">
    <w:name w:val="Medium Shading 2 Accent 3"/>
    <w:basedOn w:val="Tableau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ramemoyenne2-Accent4">
    <w:name w:val="Medium Shading 2 Accent 4"/>
    <w:basedOn w:val="Tableau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ramemoyenne2-Accent5">
    <w:name w:val="Medium Shading 2 Accent 5"/>
    <w:basedOn w:val="Tableau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ramemoyenne2-Accent6">
    <w:name w:val="Medium Shading 2 Accent 6"/>
    <w:basedOn w:val="Tableau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stemoyenne1">
    <w:name w:val="Medium List 1"/>
    <w:basedOn w:val="Tableau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emoyenne1-Accent1">
    <w:name w:val="Medium List 1 Accent 1"/>
    <w:basedOn w:val="Tableau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Listemoyenne1-Accent2">
    <w:name w:val="Medium List 1 Accent 2"/>
    <w:basedOn w:val="Tableau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Listemoyenne1-Accent3">
    <w:name w:val="Medium List 1 Accent 3"/>
    <w:basedOn w:val="Tableau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Listemoyenne1-Accent4">
    <w:name w:val="Medium List 1 Accent 4"/>
    <w:basedOn w:val="Tableau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Listemoyenne1-Accent5">
    <w:name w:val="Medium List 1 Accent 5"/>
    <w:basedOn w:val="Tableau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Listemoyenne1-Accent6">
    <w:name w:val="Medium List 1 Accent 6"/>
    <w:basedOn w:val="Tableau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Listemoyenne2">
    <w:name w:val="Medium List 2"/>
    <w:basedOn w:val="Tableau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emoyenne2-Accent1">
    <w:name w:val="Medium List 2 Accent 1"/>
    <w:basedOn w:val="Tableau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emoyenne2-Accent2">
    <w:name w:val="Medium List 2 Accent 2"/>
    <w:basedOn w:val="Tableau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emoyenne2-Accent3">
    <w:name w:val="Medium List 2 Accent 3"/>
    <w:basedOn w:val="Tableau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emoyenne2-Accent4">
    <w:name w:val="Medium List 2 Accent 4"/>
    <w:basedOn w:val="Tableau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emoyenne2-Accent5">
    <w:name w:val="Medium List 2 Accent 5"/>
    <w:basedOn w:val="Tableau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emoyenne2-Accent6">
    <w:name w:val="Medium List 2 Accent 6"/>
    <w:basedOn w:val="Tableau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rillemoyenne1">
    <w:name w:val="Medium Grid 1"/>
    <w:basedOn w:val="Tableau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llemoyenne1-Accent1">
    <w:name w:val="Medium Grid 1 Accent 1"/>
    <w:basedOn w:val="Tableau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illemoyenne1-Accent2">
    <w:name w:val="Medium Grid 1 Accent 2"/>
    <w:basedOn w:val="Tableau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illemoyenne1-Accent3">
    <w:name w:val="Medium Grid 1 Accent 3"/>
    <w:basedOn w:val="Tableau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illemoyenne1-Accent4">
    <w:name w:val="Medium Grid 1 Accent 4"/>
    <w:basedOn w:val="Tableau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illemoyenne1-Accent5">
    <w:name w:val="Medium Grid 1 Accent 5"/>
    <w:basedOn w:val="Tableau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illemoyenne1-Accent6">
    <w:name w:val="Medium Grid 1 Accent 6"/>
    <w:basedOn w:val="Tableau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Grillemoyenne2">
    <w:name w:val="Medium Grid 2"/>
    <w:basedOn w:val="Tableau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2-Accent1">
    <w:name w:val="Medium Grid 2 Accent 1"/>
    <w:basedOn w:val="Tableau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2-Accent2">
    <w:name w:val="Medium Grid 2 Accent 2"/>
    <w:basedOn w:val="Tableau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2-Accent3">
    <w:name w:val="Medium Grid 2 Accent 3"/>
    <w:basedOn w:val="Tableau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2-Accent4">
    <w:name w:val="Medium Grid 2 Accent 4"/>
    <w:basedOn w:val="Tableau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2-Accent5">
    <w:name w:val="Medium Grid 2 Accent 5"/>
    <w:basedOn w:val="Tableau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2-Accent6">
    <w:name w:val="Medium Grid 2 Accent 6"/>
    <w:basedOn w:val="Tableau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3">
    <w:name w:val="Medium Grid 3"/>
    <w:basedOn w:val="Tableau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illemoyenne3-Accent1">
    <w:name w:val="Medium Grid 3 Accent 1"/>
    <w:basedOn w:val="Tableau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Grillemoyenne3-Accent2">
    <w:name w:val="Medium Grid 3 Accent 2"/>
    <w:basedOn w:val="Tableau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Grillemoyenne3-Accent3">
    <w:name w:val="Medium Grid 3 Accent 3"/>
    <w:basedOn w:val="Tableau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Grillemoyenne3-Accent4">
    <w:name w:val="Medium Grid 3 Accent 4"/>
    <w:basedOn w:val="Tableau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Grillemoyenne3-Accent5">
    <w:name w:val="Medium Grid 3 Accent 5"/>
    <w:basedOn w:val="Tableau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Grillemoyenne3-Accent6">
    <w:name w:val="Medium Grid 3 Accent 6"/>
    <w:basedOn w:val="Tableau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Listefonce">
    <w:name w:val="Dark List"/>
    <w:basedOn w:val="Tableau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efonce-Accent1">
    <w:name w:val="Dark List Accent 1"/>
    <w:basedOn w:val="Tableau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Listefonce-Accent2">
    <w:name w:val="Dark List Accent 2"/>
    <w:basedOn w:val="Tableau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Listefonce-Accent3">
    <w:name w:val="Dark List Accent 3"/>
    <w:basedOn w:val="Tableau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Listefonce-Accent4">
    <w:name w:val="Dark List Accent 4"/>
    <w:basedOn w:val="Tableau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Listefonce-Accent5">
    <w:name w:val="Dark List Accent 5"/>
    <w:basedOn w:val="Tableau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Listefonce-Accent6">
    <w:name w:val="Dark List Accent 6"/>
    <w:basedOn w:val="Tableau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Tramecouleur">
    <w:name w:val="Colorful Shading"/>
    <w:basedOn w:val="Tableau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ramecouleur-Accent1">
    <w:name w:val="Colorful Shading Accent 1"/>
    <w:basedOn w:val="Tableau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ramecouleur-Accent2">
    <w:name w:val="Colorful Shading Accent 2"/>
    <w:basedOn w:val="Tableau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ramecouleur-Accent3">
    <w:name w:val="Colorful Shading Accent 3"/>
    <w:basedOn w:val="Tableau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Tramecouleur-Accent4">
    <w:name w:val="Colorful Shading Accent 4"/>
    <w:basedOn w:val="Tableau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ramecouleur-Accent5">
    <w:name w:val="Colorful Shading Accent 5"/>
    <w:basedOn w:val="Tableau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ramecouleur-Accent6">
    <w:name w:val="Colorful Shading Accent 6"/>
    <w:basedOn w:val="Tableau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Listecouleur">
    <w:name w:val="Colorful List"/>
    <w:basedOn w:val="Tableau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couleur-Accent1">
    <w:name w:val="Colorful List Accent 1"/>
    <w:basedOn w:val="Tableau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couleur-Accent2">
    <w:name w:val="Colorful List Accent 2"/>
    <w:basedOn w:val="Tableau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couleur-Accent3">
    <w:name w:val="Colorful List Accent 3"/>
    <w:basedOn w:val="Tableau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couleur-Accent4">
    <w:name w:val="Colorful List Accent 4"/>
    <w:basedOn w:val="Tableau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couleur-Accent5">
    <w:name w:val="Colorful List Accent 5"/>
    <w:basedOn w:val="Tableau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couleur-Accent6">
    <w:name w:val="Colorful List Accent 6"/>
    <w:basedOn w:val="Tableau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llecouleur">
    <w:name w:val="Colorful Grid"/>
    <w:basedOn w:val="Tableau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llecouleur-Accent1">
    <w:name w:val="Colorful Grid Accent 1"/>
    <w:basedOn w:val="Tableau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illecouleur-Accent2">
    <w:name w:val="Colorful Grid Accent 2"/>
    <w:basedOn w:val="Tableau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illecouleur-Accent3">
    <w:name w:val="Colorful Grid Accent 3"/>
    <w:basedOn w:val="Tableau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illecouleur-Accent4">
    <w:name w:val="Colorful Grid Accent 4"/>
    <w:basedOn w:val="Tableau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illecouleur-Accent5">
    <w:name w:val="Colorful Grid Accent 5"/>
    <w:basedOn w:val="Tableau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illecouleur-Accent6">
    <w:name w:val="Colorful Grid Accent 6"/>
    <w:basedOn w:val="Tableau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NormalWeb">
    <w:name w:val="Normal (Web)"/>
    <w:basedOn w:val="Normal"/>
    <w:uiPriority w:val="99"/>
    <w:semiHidden/>
    <w:unhideWhenUsed/>
    <w:rsid w:val="003A31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customStyle="1" w:styleId="section-title">
    <w:name w:val="section-title"/>
    <w:basedOn w:val="Normal"/>
    <w:rsid w:val="003A31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customStyle="1" w:styleId="highlight">
    <w:name w:val="highlight"/>
    <w:basedOn w:val="Policepardfaut"/>
    <w:rsid w:val="003A31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FFF3DA2-E72B-5E49-A2F8-B6E548670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699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4535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Microsoft Office User</cp:lastModifiedBy>
  <cp:revision>6</cp:revision>
  <dcterms:created xsi:type="dcterms:W3CDTF">2025-04-20T09:21:00Z</dcterms:created>
  <dcterms:modified xsi:type="dcterms:W3CDTF">2025-04-20T14:13:00Z</dcterms:modified>
  <cp:category/>
</cp:coreProperties>
</file>