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DE8B8" w14:textId="77777777" w:rsidR="00324D20" w:rsidRPr="003D7C5F" w:rsidRDefault="00CE47DB" w:rsidP="00E520C9">
      <w:pPr>
        <w:pStyle w:val="Heading1"/>
        <w:jc w:val="center"/>
        <w:rPr>
          <w:rFonts w:ascii="Arial" w:hAnsi="Arial" w:cs="Arial"/>
          <w:color w:val="auto"/>
          <w:sz w:val="32"/>
          <w:szCs w:val="32"/>
        </w:rPr>
      </w:pPr>
      <w:r w:rsidRPr="003D7C5F">
        <w:rPr>
          <w:rFonts w:ascii="Arial" w:hAnsi="Arial" w:cs="Arial"/>
          <w:color w:val="auto"/>
          <w:sz w:val="32"/>
          <w:szCs w:val="32"/>
        </w:rPr>
        <w:t>Your PC Safety Checklist</w:t>
      </w:r>
    </w:p>
    <w:p w14:paraId="3FCC72FE" w14:textId="77777777" w:rsidR="0049496D" w:rsidRPr="00E520C9" w:rsidRDefault="0049496D" w:rsidP="00E520C9">
      <w:pPr>
        <w:spacing w:after="160" w:line="278" w:lineRule="auto"/>
        <w:jc w:val="center"/>
        <w:rPr>
          <w:rFonts w:ascii="Arial" w:hAnsi="Arial" w:cs="Arial"/>
          <w:sz w:val="28"/>
          <w:szCs w:val="28"/>
        </w:rPr>
      </w:pPr>
      <w:r w:rsidRPr="00E520C9">
        <w:rPr>
          <w:rFonts w:ascii="Arial" w:hAnsi="Arial" w:cs="Arial"/>
          <w:i/>
          <w:iCs/>
          <w:sz w:val="28"/>
          <w:szCs w:val="28"/>
        </w:rPr>
        <w:t>Your quick-reference guide to safer everyday computing</w:t>
      </w:r>
    </w:p>
    <w:p w14:paraId="1F920C10" w14:textId="0DBA8BD1" w:rsidR="001A7240" w:rsidRDefault="00B12B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403DF44" wp14:editId="48928261">
            <wp:simplePos x="0" y="0"/>
            <wp:positionH relativeFrom="margin">
              <wp:align>left</wp:align>
            </wp:positionH>
            <wp:positionV relativeFrom="paragraph">
              <wp:posOffset>220101</wp:posOffset>
            </wp:positionV>
            <wp:extent cx="759460" cy="759460"/>
            <wp:effectExtent l="0" t="0" r="2540" b="2540"/>
            <wp:wrapTight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ight>
            <wp:docPr id="1672313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13468" name="Picture 16723134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05B7D4" w14:textId="4DA68749" w:rsidR="00324D20" w:rsidRPr="00F31FBE" w:rsidRDefault="003D7C5F">
      <w:pPr>
        <w:rPr>
          <w:rFonts w:ascii="Arial" w:hAnsi="Arial" w:cs="Arial"/>
          <w:sz w:val="24"/>
          <w:szCs w:val="24"/>
        </w:rPr>
      </w:pPr>
      <w:r w:rsidRPr="00F31FBE">
        <w:rPr>
          <w:rFonts w:ascii="Arial" w:hAnsi="Arial" w:cs="Arial"/>
          <w:sz w:val="24"/>
          <w:szCs w:val="24"/>
        </w:rPr>
        <w:t xml:space="preserve">Staying safe online isn’t about avoiding </w:t>
      </w:r>
      <w:proofErr w:type="gramStart"/>
      <w:r w:rsidRPr="00F31FBE">
        <w:rPr>
          <w:rFonts w:ascii="Arial" w:hAnsi="Arial" w:cs="Arial"/>
          <w:sz w:val="24"/>
          <w:szCs w:val="24"/>
        </w:rPr>
        <w:t>technology—</w:t>
      </w:r>
      <w:proofErr w:type="gramEnd"/>
      <w:r w:rsidRPr="00F31FBE">
        <w:rPr>
          <w:rFonts w:ascii="Arial" w:hAnsi="Arial" w:cs="Arial"/>
          <w:sz w:val="24"/>
          <w:szCs w:val="24"/>
        </w:rPr>
        <w:t>it’s about using it with awareness.</w:t>
      </w:r>
      <w:r>
        <w:rPr>
          <w:rFonts w:ascii="Arial" w:hAnsi="Arial" w:cs="Arial"/>
          <w:sz w:val="24"/>
          <w:szCs w:val="24"/>
        </w:rPr>
        <w:t xml:space="preserve"> </w:t>
      </w:r>
      <w:r w:rsidRPr="00F31FBE">
        <w:rPr>
          <w:rFonts w:ascii="Arial" w:hAnsi="Arial" w:cs="Arial"/>
          <w:sz w:val="24"/>
          <w:szCs w:val="24"/>
        </w:rPr>
        <w:t>With a few simple habits, you can use your computer confidently and safely.</w:t>
      </w:r>
      <w:r>
        <w:rPr>
          <w:rFonts w:ascii="Arial" w:hAnsi="Arial" w:cs="Arial"/>
          <w:sz w:val="24"/>
          <w:szCs w:val="24"/>
        </w:rPr>
        <w:br/>
      </w:r>
      <w:r w:rsidR="0001402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 w:rsidR="00212FA8" w:rsidRPr="00901CB9">
        <w:rPr>
          <w:rFonts w:ascii="Segoe UI Symbol" w:hAnsi="Segoe UI Symbol" w:cs="Segoe UI Symbol"/>
        </w:rPr>
        <w:t>🖥</w:t>
      </w:r>
      <w:r w:rsidR="00212FA8" w:rsidRPr="003D7C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C5F">
        <w:rPr>
          <w:rFonts w:ascii="Arial" w:hAnsi="Arial" w:cs="Arial"/>
          <w:b/>
          <w:bCs/>
          <w:sz w:val="24"/>
          <w:szCs w:val="24"/>
        </w:rPr>
        <w:t>Your Computer:</w:t>
      </w:r>
      <w:r w:rsidRPr="003D7C5F">
        <w:rPr>
          <w:rFonts w:ascii="Arial" w:hAnsi="Arial" w:cs="Arial"/>
          <w:b/>
          <w:bCs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Keep your system updated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Make sure protection is active</w:t>
      </w:r>
      <w:r w:rsidRPr="00F31FBE">
        <w:rPr>
          <w:rFonts w:ascii="Arial" w:hAnsi="Arial" w:cs="Arial"/>
          <w:sz w:val="24"/>
          <w:szCs w:val="24"/>
        </w:rPr>
        <w:br/>
      </w:r>
      <w:r w:rsidRPr="00F31FBE">
        <w:rPr>
          <w:rFonts w:ascii="Arial" w:hAnsi="Arial" w:cs="Arial"/>
          <w:sz w:val="24"/>
          <w:szCs w:val="24"/>
        </w:rPr>
        <w:br/>
      </w:r>
      <w:r w:rsidR="00CF1590" w:rsidRPr="00901CB9">
        <w:rPr>
          <w:rFonts w:ascii="Segoe UI Emoji" w:hAnsi="Segoe UI Emoji" w:cs="Segoe UI Emoji"/>
        </w:rPr>
        <w:t>🔐</w:t>
      </w:r>
      <w:r w:rsidR="00CF1590" w:rsidRPr="003D7C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C5F">
        <w:rPr>
          <w:rFonts w:ascii="Arial" w:hAnsi="Arial" w:cs="Arial"/>
          <w:b/>
          <w:bCs/>
          <w:sz w:val="24"/>
          <w:szCs w:val="24"/>
        </w:rPr>
        <w:t>Your Accounts:</w:t>
      </w:r>
      <w:r w:rsidRPr="003D7C5F">
        <w:rPr>
          <w:rFonts w:ascii="Arial" w:hAnsi="Arial" w:cs="Arial"/>
          <w:b/>
          <w:bCs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Use strong passwords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Use a password manager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Turn on 2FA</w:t>
      </w:r>
      <w:r w:rsidRPr="00F31FBE">
        <w:rPr>
          <w:rFonts w:ascii="Arial" w:hAnsi="Arial" w:cs="Arial"/>
          <w:sz w:val="24"/>
          <w:szCs w:val="24"/>
        </w:rPr>
        <w:br/>
      </w:r>
      <w:r w:rsidRPr="00F31FBE">
        <w:rPr>
          <w:rFonts w:ascii="Arial" w:hAnsi="Arial" w:cs="Arial"/>
          <w:sz w:val="24"/>
          <w:szCs w:val="24"/>
        </w:rPr>
        <w:br/>
      </w:r>
      <w:r w:rsidR="00D25558" w:rsidRPr="00901CB9">
        <w:rPr>
          <w:rFonts w:ascii="Segoe UI Emoji" w:hAnsi="Segoe UI Emoji" w:cs="Segoe UI Emoji"/>
        </w:rPr>
        <w:t>✉️</w:t>
      </w:r>
      <w:r w:rsidRPr="003D7C5F">
        <w:rPr>
          <w:rFonts w:ascii="Arial" w:hAnsi="Arial" w:cs="Arial"/>
          <w:b/>
          <w:bCs/>
          <w:sz w:val="24"/>
          <w:szCs w:val="24"/>
        </w:rPr>
        <w:t>Messages &amp; Websites:</w:t>
      </w:r>
      <w:r w:rsidRPr="003D7C5F">
        <w:rPr>
          <w:rFonts w:ascii="Arial" w:hAnsi="Arial" w:cs="Arial"/>
          <w:b/>
          <w:bCs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Don’t click unexpected links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Go directly to sites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Watch for urgency or scams</w:t>
      </w:r>
      <w:r w:rsidRPr="00F31FBE">
        <w:rPr>
          <w:rFonts w:ascii="Arial" w:hAnsi="Arial" w:cs="Arial"/>
          <w:sz w:val="24"/>
          <w:szCs w:val="24"/>
        </w:rPr>
        <w:br/>
      </w:r>
      <w:r w:rsidRPr="00F31FBE">
        <w:rPr>
          <w:rFonts w:ascii="Arial" w:hAnsi="Arial" w:cs="Arial"/>
          <w:sz w:val="24"/>
          <w:szCs w:val="24"/>
        </w:rPr>
        <w:br/>
      </w:r>
      <w:r w:rsidR="00682517" w:rsidRPr="00901CB9">
        <w:rPr>
          <w:rFonts w:ascii="Segoe UI Emoji" w:hAnsi="Segoe UI Emoji" w:cs="Segoe UI Emoji"/>
        </w:rPr>
        <w:t>📶</w:t>
      </w:r>
      <w:r w:rsidR="00682517" w:rsidRPr="003D7C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C5F">
        <w:rPr>
          <w:rFonts w:ascii="Arial" w:hAnsi="Arial" w:cs="Arial"/>
          <w:b/>
          <w:bCs/>
          <w:sz w:val="24"/>
          <w:szCs w:val="24"/>
        </w:rPr>
        <w:t>Your Network:</w:t>
      </w:r>
      <w:r w:rsidRPr="003D7C5F">
        <w:rPr>
          <w:rFonts w:ascii="Arial" w:hAnsi="Arial" w:cs="Arial"/>
          <w:b/>
          <w:bCs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Use secure Wi-Fi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Be cautious on public networks</w:t>
      </w:r>
      <w:r w:rsidRPr="00F31FBE">
        <w:rPr>
          <w:rFonts w:ascii="Arial" w:hAnsi="Arial" w:cs="Arial"/>
          <w:sz w:val="24"/>
          <w:szCs w:val="24"/>
        </w:rPr>
        <w:br/>
      </w:r>
      <w:r w:rsidRPr="00F31FBE">
        <w:rPr>
          <w:rFonts w:ascii="Arial" w:hAnsi="Arial" w:cs="Arial"/>
          <w:sz w:val="24"/>
          <w:szCs w:val="24"/>
        </w:rPr>
        <w:br/>
      </w:r>
      <w:r w:rsidR="00204B22" w:rsidRPr="00901CB9">
        <w:rPr>
          <w:rFonts w:ascii="Segoe UI Emoji" w:hAnsi="Segoe UI Emoji" w:cs="Segoe UI Emoji"/>
        </w:rPr>
        <w:t>📁</w:t>
      </w:r>
      <w:r w:rsidR="00204B22" w:rsidRPr="003D7C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C5F">
        <w:rPr>
          <w:rFonts w:ascii="Arial" w:hAnsi="Arial" w:cs="Arial"/>
          <w:b/>
          <w:bCs/>
          <w:sz w:val="24"/>
          <w:szCs w:val="24"/>
        </w:rPr>
        <w:t>Your Files:</w:t>
      </w:r>
      <w:r w:rsidRPr="003D7C5F">
        <w:rPr>
          <w:rFonts w:ascii="Arial" w:hAnsi="Arial" w:cs="Arial"/>
          <w:b/>
          <w:bCs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Back up important files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Check backups</w:t>
      </w:r>
      <w:r w:rsidRPr="00F31FBE">
        <w:rPr>
          <w:rFonts w:ascii="Arial" w:hAnsi="Arial" w:cs="Arial"/>
          <w:sz w:val="24"/>
          <w:szCs w:val="24"/>
        </w:rPr>
        <w:br/>
      </w:r>
      <w:r w:rsidRPr="00F31FBE">
        <w:rPr>
          <w:rFonts w:ascii="Arial" w:hAnsi="Arial" w:cs="Arial"/>
          <w:sz w:val="24"/>
          <w:szCs w:val="24"/>
        </w:rPr>
        <w:br/>
      </w:r>
      <w:r w:rsidR="007C2027" w:rsidRPr="00901CB9">
        <w:rPr>
          <w:rFonts w:ascii="Segoe UI Symbol" w:hAnsi="Segoe UI Symbol" w:cs="Segoe UI Symbol"/>
        </w:rPr>
        <w:t>✓</w:t>
      </w:r>
      <w:r w:rsidRPr="003D7C5F">
        <w:rPr>
          <w:rFonts w:ascii="Arial" w:hAnsi="Arial" w:cs="Arial"/>
          <w:b/>
          <w:bCs/>
          <w:sz w:val="24"/>
          <w:szCs w:val="24"/>
        </w:rPr>
        <w:t>Everyday Use:</w:t>
      </w:r>
      <w:r w:rsidRPr="003D7C5F">
        <w:rPr>
          <w:rFonts w:ascii="Arial" w:hAnsi="Arial" w:cs="Arial"/>
          <w:b/>
          <w:bCs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Access accounts directly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Verify before acting</w:t>
      </w:r>
      <w:r w:rsidRPr="00F31FBE">
        <w:rPr>
          <w:rFonts w:ascii="Arial" w:hAnsi="Arial" w:cs="Arial"/>
          <w:sz w:val="24"/>
          <w:szCs w:val="24"/>
        </w:rPr>
        <w:br/>
      </w:r>
      <w:r w:rsidR="001F34DC" w:rsidRPr="00901CB9">
        <w:rPr>
          <w:rFonts w:ascii="Segoe UI Symbol" w:hAnsi="Segoe UI Symbol" w:cs="Segoe UI Symbol"/>
        </w:rPr>
        <w:t>☐</w:t>
      </w:r>
      <w:r w:rsidRPr="00F31FBE">
        <w:rPr>
          <w:rFonts w:ascii="Arial" w:hAnsi="Arial" w:cs="Arial"/>
          <w:sz w:val="24"/>
          <w:szCs w:val="24"/>
        </w:rPr>
        <w:t xml:space="preserve"> Don’t rush</w:t>
      </w:r>
    </w:p>
    <w:p w14:paraId="1202044C" w14:textId="2D5F804A" w:rsidR="008D43FE" w:rsidRDefault="00BC58B4" w:rsidP="00C6524C">
      <w:pPr>
        <w:pStyle w:val="Heading1"/>
        <w:jc w:val="center"/>
        <w:rPr>
          <w:rFonts w:ascii="Arial" w:hAnsi="Arial" w:cs="Arial"/>
          <w:color w:val="auto"/>
          <w:sz w:val="24"/>
          <w:szCs w:val="24"/>
        </w:rPr>
      </w:pPr>
      <w:r w:rsidRPr="00BC58B4">
        <w:rPr>
          <w:rFonts w:ascii="Arial" w:hAnsi="Arial" w:cs="Arial"/>
          <w:noProof/>
          <w:color w:val="auto"/>
          <w:sz w:val="24"/>
          <w:szCs w:val="24"/>
        </w:rPr>
        <w:lastRenderedPageBreak/>
        <mc:AlternateContent>
          <mc:Choice Requires="wpg">
            <w:drawing>
              <wp:anchor distT="45720" distB="45720" distL="182880" distR="182880" simplePos="0" relativeHeight="251660288" behindDoc="0" locked="0" layoutInCell="1" allowOverlap="1" wp14:anchorId="43C96688" wp14:editId="60FE5143">
                <wp:simplePos x="0" y="0"/>
                <wp:positionH relativeFrom="margin">
                  <wp:align>center</wp:align>
                </wp:positionH>
                <wp:positionV relativeFrom="margin">
                  <wp:posOffset>766689</wp:posOffset>
                </wp:positionV>
                <wp:extent cx="3566160" cy="1946915"/>
                <wp:effectExtent l="0" t="0" r="0" b="15240"/>
                <wp:wrapSquare wrapText="bothSides"/>
                <wp:docPr id="198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6160" cy="1946915"/>
                          <a:chOff x="0" y="0"/>
                          <a:chExt cx="3567448" cy="1946507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13212DB" w14:textId="77777777" w:rsidR="00BC58B4" w:rsidRDefault="00BC58B4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82"/>
                            <a:ext cx="3567448" cy="169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txbx>
                          <w:txbxContent>
                            <w:p w14:paraId="367329F4" w14:textId="522987DB" w:rsidR="00BC58B4" w:rsidRPr="0009040D" w:rsidRDefault="0009040D" w:rsidP="0009040D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</w:pPr>
                              <w:r w:rsidRPr="0009040D">
                                <w:rPr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  <w:t>When in doubt</w:t>
                              </w:r>
                            </w:p>
                            <w:p w14:paraId="272A2F6B" w14:textId="501AAE93" w:rsidR="0009040D" w:rsidRPr="0009040D" w:rsidRDefault="0009040D" w:rsidP="0009040D">
                              <w:pPr>
                                <w:jc w:val="center"/>
                                <w:rPr>
                                  <w:b/>
                                  <w:bCs/>
                                  <w:caps/>
                                  <w:sz w:val="32"/>
                                  <w:szCs w:val="32"/>
                                </w:rPr>
                              </w:pPr>
                              <w:r w:rsidRPr="0009040D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t>* Don’t click</w:t>
                              </w:r>
                              <w:r w:rsidRPr="0009040D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>* Don’t respond</w:t>
                              </w:r>
                              <w:r w:rsidRPr="0009040D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>* Go to official sites</w:t>
                              </w:r>
                              <w:r w:rsidRPr="0009040D">
                                <w:rPr>
                                  <w:rFonts w:ascii="Arial" w:hAnsi="Arial" w:cs="Arial"/>
                                  <w:b/>
                                  <w:bCs/>
                                  <w:sz w:val="32"/>
                                  <w:szCs w:val="32"/>
                                </w:rPr>
                                <w:br/>
                                <w:t>* Ask someone you trust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96688" id="Group 203" o:spid="_x0000_s1026" style="position:absolute;left:0;text-align:left;margin-left:0;margin-top:60.35pt;width:280.8pt;height:153.3pt;z-index:251660288;mso-wrap-distance-left:14.4pt;mso-wrap-distance-top:3.6pt;mso-wrap-distance-right:14.4pt;mso-wrap-distance-bottom:3.6pt;mso-position-horizontal:center;mso-position-horizontal-relative:margin;mso-position-vertical-relative:margin;mso-width-relative:margin;mso-height-relative:margin" coordsize="35674,19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" fillcolor="#4f81bd [3204]" stroked="f" strokeweight="2pt">
                  <v:textbox>
                    <w:txbxContent>
                      <w:p w14:paraId="213212DB" w14:textId="77777777" w:rsidR="00BC58B4" w:rsidRDefault="00BC58B4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16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" filled="f" stroked="f">
                  <v:textbox style="mso-fit-shape-to-text:t" inset=",7.2pt,,0">
                    <w:txbxContent>
                      <w:p w14:paraId="367329F4" w14:textId="522987DB" w:rsidR="00BC58B4" w:rsidRPr="0009040D" w:rsidRDefault="0009040D" w:rsidP="0009040D">
                        <w:pPr>
                          <w:jc w:val="center"/>
                          <w:rPr>
                            <w:b/>
                            <w:bCs/>
                            <w:caps/>
                            <w:sz w:val="32"/>
                            <w:szCs w:val="32"/>
                          </w:rPr>
                        </w:pPr>
                        <w:r w:rsidRPr="0009040D">
                          <w:rPr>
                            <w:b/>
                            <w:bCs/>
                            <w:caps/>
                            <w:sz w:val="32"/>
                            <w:szCs w:val="32"/>
                          </w:rPr>
                          <w:t>When in doubt</w:t>
                        </w:r>
                      </w:p>
                      <w:p w14:paraId="272A2F6B" w14:textId="501AAE93" w:rsidR="0009040D" w:rsidRPr="0009040D" w:rsidRDefault="0009040D" w:rsidP="0009040D">
                        <w:pPr>
                          <w:jc w:val="center"/>
                          <w:rPr>
                            <w:b/>
                            <w:bCs/>
                            <w:caps/>
                            <w:sz w:val="32"/>
                            <w:szCs w:val="32"/>
                          </w:rPr>
                        </w:pPr>
                        <w:r w:rsidRPr="0009040D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t>* Don’t click</w:t>
                        </w:r>
                        <w:r w:rsidRPr="0009040D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br/>
                          <w:t>* Don’t respond</w:t>
                        </w:r>
                        <w:r w:rsidRPr="0009040D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br/>
                          <w:t>* Go to official sites</w:t>
                        </w:r>
                        <w:r w:rsidRPr="0009040D">
                          <w:rPr>
                            <w:rFonts w:ascii="Arial" w:hAnsi="Arial" w:cs="Arial"/>
                            <w:b/>
                            <w:bCs/>
                            <w:sz w:val="32"/>
                            <w:szCs w:val="32"/>
                          </w:rPr>
                          <w:br/>
                          <w:t>* Ask someone you trust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8D43FE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F8713" w14:textId="77777777" w:rsidR="00CE47DB" w:rsidRDefault="00CE47DB" w:rsidP="004A6296">
      <w:pPr>
        <w:spacing w:after="0" w:line="240" w:lineRule="auto"/>
      </w:pPr>
      <w:r>
        <w:separator/>
      </w:r>
    </w:p>
  </w:endnote>
  <w:endnote w:type="continuationSeparator" w:id="0">
    <w:p w14:paraId="1C273615" w14:textId="77777777" w:rsidR="00CE47DB" w:rsidRDefault="00CE47DB" w:rsidP="004A6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66A0E" w14:textId="1250B1E6" w:rsidR="004A6296" w:rsidRDefault="006A315E">
    <w:pPr>
      <w:pStyle w:val="Footer"/>
    </w:pPr>
    <w:r w:rsidRPr="00901CB9">
      <w:t>Tech4Me2.com</w:t>
    </w:r>
    <w:r w:rsidR="00982606">
      <w:ptab w:relativeTo="margin" w:alignment="center" w:leader="none"/>
    </w:r>
    <w:r>
      <w:t>John Clites</w:t>
    </w:r>
    <w:r w:rsidR="00982606"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</w:t>
    </w:r>
    <w:r>
      <w:t>|</w:t>
    </w:r>
    <w:r>
      <w:rPr>
        <w:b/>
        <w:bCs/>
      </w:rPr>
      <w:t xml:space="preserve"> </w:t>
    </w:r>
    <w:proofErr w:type="spellStart"/>
    <w:r>
      <w:rPr>
        <w:color w:val="7F7F7F" w:themeColor="background1" w:themeShade="7F"/>
        <w:spacing w:val="60"/>
      </w:rPr>
      <w:t>Page</w:t>
    </w:r>
    <w:r w:rsidRPr="006A315E">
      <w:rPr>
        <w:color w:val="7F7F7F" w:themeColor="background1" w:themeShade="7F"/>
        <w:spacing w:val="60"/>
      </w:rPr>
      <w:t>Page</w:t>
    </w:r>
    <w:proofErr w:type="spellEnd"/>
    <w:r w:rsidRPr="006A315E">
      <w:rPr>
        <w:color w:val="7F7F7F" w:themeColor="background1" w:themeShade="7F"/>
        <w:spacing w:val="60"/>
      </w:rPr>
      <w:t xml:space="preserve"> | </w:t>
    </w:r>
    <w:r w:rsidRPr="006A315E">
      <w:rPr>
        <w:color w:val="7F7F7F" w:themeColor="background1" w:themeShade="7F"/>
        <w:spacing w:val="60"/>
      </w:rPr>
      <w:fldChar w:fldCharType="begin"/>
    </w:r>
    <w:r w:rsidRPr="006A315E">
      <w:rPr>
        <w:color w:val="7F7F7F" w:themeColor="background1" w:themeShade="7F"/>
        <w:spacing w:val="60"/>
      </w:rPr>
      <w:instrText xml:space="preserve"> PAGE   \* MERGEFORMAT </w:instrText>
    </w:r>
    <w:r w:rsidRPr="006A315E">
      <w:rPr>
        <w:color w:val="7F7F7F" w:themeColor="background1" w:themeShade="7F"/>
        <w:spacing w:val="60"/>
      </w:rPr>
      <w:fldChar w:fldCharType="separate"/>
    </w:r>
    <w:r w:rsidRPr="006A315E">
      <w:rPr>
        <w:b/>
        <w:bCs/>
        <w:noProof/>
        <w:color w:val="7F7F7F" w:themeColor="background1" w:themeShade="7F"/>
        <w:spacing w:val="60"/>
      </w:rPr>
      <w:t>1</w:t>
    </w:r>
    <w:r w:rsidRPr="006A315E">
      <w:rPr>
        <w:b/>
        <w:bCs/>
        <w:noProof/>
        <w:color w:val="7F7F7F" w:themeColor="background1" w:themeShade="7F"/>
        <w:spacing w:val="6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DD906" w14:textId="77777777" w:rsidR="00CE47DB" w:rsidRDefault="00CE47DB" w:rsidP="004A6296">
      <w:pPr>
        <w:spacing w:after="0" w:line="240" w:lineRule="auto"/>
      </w:pPr>
      <w:r>
        <w:separator/>
      </w:r>
    </w:p>
  </w:footnote>
  <w:footnote w:type="continuationSeparator" w:id="0">
    <w:p w14:paraId="46797776" w14:textId="77777777" w:rsidR="00CE47DB" w:rsidRDefault="00CE47DB" w:rsidP="004A6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C0E4" w14:textId="6E402DB8" w:rsidR="004A6296" w:rsidRDefault="00982606">
    <w:pPr>
      <w:pStyle w:val="Header"/>
    </w:pPr>
    <w:r w:rsidRPr="00901CB9">
      <w:t>PC Safety Made Simple</w:t>
    </w:r>
    <w:r>
      <w:ptab w:relativeTo="margin" w:alignment="center" w:leader="none"/>
    </w:r>
    <w:r>
      <w:ptab w:relativeTo="margin" w:alignment="right" w:leader="none"/>
    </w:r>
    <w:r>
      <w:t>PC Safety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142995">
    <w:abstractNumId w:val="8"/>
  </w:num>
  <w:num w:numId="2" w16cid:durableId="424500175">
    <w:abstractNumId w:val="6"/>
  </w:num>
  <w:num w:numId="3" w16cid:durableId="503713545">
    <w:abstractNumId w:val="5"/>
  </w:num>
  <w:num w:numId="4" w16cid:durableId="664434129">
    <w:abstractNumId w:val="4"/>
  </w:num>
  <w:num w:numId="5" w16cid:durableId="789514517">
    <w:abstractNumId w:val="7"/>
  </w:num>
  <w:num w:numId="6" w16cid:durableId="942105593">
    <w:abstractNumId w:val="3"/>
  </w:num>
  <w:num w:numId="7" w16cid:durableId="436949407">
    <w:abstractNumId w:val="2"/>
  </w:num>
  <w:num w:numId="8" w16cid:durableId="983849906">
    <w:abstractNumId w:val="1"/>
  </w:num>
  <w:num w:numId="9" w16cid:durableId="189497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02D"/>
    <w:rsid w:val="00034616"/>
    <w:rsid w:val="0006063C"/>
    <w:rsid w:val="0009040D"/>
    <w:rsid w:val="0009777E"/>
    <w:rsid w:val="0015074B"/>
    <w:rsid w:val="001A7240"/>
    <w:rsid w:val="001F34DC"/>
    <w:rsid w:val="00204B22"/>
    <w:rsid w:val="00212FA8"/>
    <w:rsid w:val="0029639D"/>
    <w:rsid w:val="00324D20"/>
    <w:rsid w:val="00326F90"/>
    <w:rsid w:val="003D7C5F"/>
    <w:rsid w:val="003F58B4"/>
    <w:rsid w:val="0049496D"/>
    <w:rsid w:val="004A6296"/>
    <w:rsid w:val="004A7A6B"/>
    <w:rsid w:val="00622F74"/>
    <w:rsid w:val="0064085C"/>
    <w:rsid w:val="006646EF"/>
    <w:rsid w:val="00682517"/>
    <w:rsid w:val="006A315E"/>
    <w:rsid w:val="00792BFC"/>
    <w:rsid w:val="007C2027"/>
    <w:rsid w:val="008D43FE"/>
    <w:rsid w:val="009370F7"/>
    <w:rsid w:val="00982606"/>
    <w:rsid w:val="00AA1D8D"/>
    <w:rsid w:val="00AA3AF4"/>
    <w:rsid w:val="00B12B9E"/>
    <w:rsid w:val="00B47730"/>
    <w:rsid w:val="00BC58B4"/>
    <w:rsid w:val="00C6524C"/>
    <w:rsid w:val="00C67A70"/>
    <w:rsid w:val="00CB0664"/>
    <w:rsid w:val="00CE47DB"/>
    <w:rsid w:val="00CF1590"/>
    <w:rsid w:val="00D25558"/>
    <w:rsid w:val="00D95CD0"/>
    <w:rsid w:val="00E520C9"/>
    <w:rsid w:val="00EC2C72"/>
    <w:rsid w:val="00F11EFB"/>
    <w:rsid w:val="00F31FBE"/>
    <w:rsid w:val="00F66A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BC7C15"/>
  <w14:defaultImageDpi w14:val="300"/>
  <w15:docId w15:val="{B9FC3431-BEA1-42BE-8406-27D73802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598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Clites</cp:lastModifiedBy>
  <cp:revision>2</cp:revision>
  <dcterms:created xsi:type="dcterms:W3CDTF">2026-07-24T18:07:00Z</dcterms:created>
  <dcterms:modified xsi:type="dcterms:W3CDTF">2026-07-24T18:07:00Z</dcterms:modified>
  <cp:category/>
</cp:coreProperties>
</file>