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4A61E1" w14:textId="77777777" w:rsidR="00C53360" w:rsidRPr="007D4D7A" w:rsidRDefault="00000000">
      <w:pPr>
        <w:rPr>
          <w:color w:val="365F91" w:themeColor="accent1" w:themeShade="BF"/>
        </w:rPr>
      </w:pPr>
      <w:r w:rsidRPr="007D4D7A">
        <w:rPr>
          <w:b/>
          <w:color w:val="365F91" w:themeColor="accent1" w:themeShade="BF"/>
          <w:sz w:val="44"/>
        </w:rPr>
        <w:t>After Time Away Reset</w:t>
      </w:r>
    </w:p>
    <w:p w14:paraId="690810C2" w14:textId="01938B8E" w:rsidR="007D4D7A" w:rsidRPr="007D4D7A" w:rsidRDefault="007D4D7A" w:rsidP="007D4D7A">
      <w:pPr>
        <w:rPr>
          <w:i/>
          <w:iCs/>
        </w:rPr>
      </w:pPr>
      <w:r w:rsidRPr="007D4D7A">
        <w:rPr>
          <w:i/>
          <w:iCs/>
        </w:rPr>
        <w:t>Use this checklist after any extended time away from email to quickly regain control.</w:t>
      </w:r>
    </w:p>
    <w:p w14:paraId="4E47329C" w14:textId="77777777" w:rsidR="00C53360" w:rsidRDefault="00C53360"/>
    <w:p w14:paraId="2A8DB495" w14:textId="77777777" w:rsidR="00C53360" w:rsidRPr="007D4D7A" w:rsidRDefault="00000000">
      <w:pPr>
        <w:rPr>
          <w:color w:val="4F81BD" w:themeColor="accent1"/>
        </w:rPr>
      </w:pPr>
      <w:r w:rsidRPr="007D4D7A">
        <w:rPr>
          <w:b/>
          <w:color w:val="4F81BD" w:themeColor="accent1"/>
          <w:sz w:val="28"/>
        </w:rPr>
        <w:t>1. Start With a Quick Scan</w:t>
      </w:r>
    </w:p>
    <w:p w14:paraId="195593FE" w14:textId="77777777" w:rsidR="00C53360" w:rsidRDefault="00000000">
      <w:r>
        <w:t>☐ I skimmed subject lines for urgent items</w:t>
      </w:r>
    </w:p>
    <w:p w14:paraId="031B4547" w14:textId="77777777" w:rsidR="00C53360" w:rsidRDefault="00000000">
      <w:r>
        <w:t>☐ I looked for key contacts</w:t>
      </w:r>
    </w:p>
    <w:p w14:paraId="483D6BA4" w14:textId="77777777" w:rsidR="00C53360" w:rsidRDefault="00000000">
      <w:r>
        <w:t>☐ I avoided opening everything</w:t>
      </w:r>
    </w:p>
    <w:p w14:paraId="77574AEB" w14:textId="77777777" w:rsidR="00C53360" w:rsidRDefault="00C53360"/>
    <w:p w14:paraId="6AE21021" w14:textId="77777777" w:rsidR="00C53360" w:rsidRPr="007D4D7A" w:rsidRDefault="00000000">
      <w:pPr>
        <w:rPr>
          <w:color w:val="4F81BD" w:themeColor="accent1"/>
        </w:rPr>
      </w:pPr>
      <w:r w:rsidRPr="007D4D7A">
        <w:rPr>
          <w:b/>
          <w:color w:val="4F81BD" w:themeColor="accent1"/>
          <w:sz w:val="28"/>
        </w:rPr>
        <w:t>2. Handle What Matters First</w:t>
      </w:r>
    </w:p>
    <w:p w14:paraId="7D91BE71" w14:textId="77777777" w:rsidR="00C53360" w:rsidRDefault="00000000">
      <w:r>
        <w:t>☐ I replied to urgent emails</w:t>
      </w:r>
    </w:p>
    <w:p w14:paraId="5B43EA03" w14:textId="77777777" w:rsidR="00C53360" w:rsidRDefault="00000000">
      <w:r>
        <w:t>☐ I moved tasks to my task list</w:t>
      </w:r>
    </w:p>
    <w:p w14:paraId="577563C2" w14:textId="77777777" w:rsidR="00C53360" w:rsidRDefault="00000000">
      <w:r>
        <w:t>☐ I ignored non-essential messages</w:t>
      </w:r>
    </w:p>
    <w:p w14:paraId="4D80EE2E" w14:textId="77777777" w:rsidR="00C53360" w:rsidRDefault="00C53360"/>
    <w:p w14:paraId="663E3958" w14:textId="77777777" w:rsidR="00C53360" w:rsidRPr="007D4D7A" w:rsidRDefault="00000000">
      <w:pPr>
        <w:rPr>
          <w:color w:val="4F81BD" w:themeColor="accent1"/>
        </w:rPr>
      </w:pPr>
      <w:r w:rsidRPr="007D4D7A">
        <w:rPr>
          <w:b/>
          <w:color w:val="4F81BD" w:themeColor="accent1"/>
          <w:sz w:val="28"/>
        </w:rPr>
        <w:t>3. Clear the Rest</w:t>
      </w:r>
    </w:p>
    <w:p w14:paraId="7C2ACE9D" w14:textId="77777777" w:rsidR="00C53360" w:rsidRDefault="00000000">
      <w:r>
        <w:t>☐ I deleted junk or outdated emails</w:t>
      </w:r>
    </w:p>
    <w:p w14:paraId="11456196" w14:textId="77777777" w:rsidR="00C53360" w:rsidRDefault="00000000">
      <w:r>
        <w:t>☐ I archived non-action emails</w:t>
      </w:r>
    </w:p>
    <w:p w14:paraId="2DBD7768" w14:textId="77777777" w:rsidR="00C53360" w:rsidRDefault="00000000">
      <w:r>
        <w:t>☐ I used batch actions</w:t>
      </w:r>
    </w:p>
    <w:p w14:paraId="589AA84C" w14:textId="77777777" w:rsidR="00C53360" w:rsidRDefault="00C53360"/>
    <w:p w14:paraId="40374B71" w14:textId="77777777" w:rsidR="00C53360" w:rsidRPr="007D4D7A" w:rsidRDefault="00000000">
      <w:pPr>
        <w:rPr>
          <w:color w:val="4F81BD" w:themeColor="accent1"/>
        </w:rPr>
      </w:pPr>
      <w:r w:rsidRPr="007D4D7A">
        <w:rPr>
          <w:b/>
          <w:color w:val="4F81BD" w:themeColor="accent1"/>
          <w:sz w:val="28"/>
        </w:rPr>
        <w:t>4. Reset Your System</w:t>
      </w:r>
    </w:p>
    <w:p w14:paraId="2456141B" w14:textId="77777777" w:rsidR="00C53360" w:rsidRDefault="00000000">
      <w:r>
        <w:t>☐ I returned to my normal schedule</w:t>
      </w:r>
    </w:p>
    <w:p w14:paraId="154E126C" w14:textId="77777777" w:rsidR="00C53360" w:rsidRDefault="00000000">
      <w:r>
        <w:t>☐ I avoided catching up on everything</w:t>
      </w:r>
    </w:p>
    <w:p w14:paraId="6F257F11" w14:textId="77777777" w:rsidR="00C53360" w:rsidRDefault="00000000">
      <w:r>
        <w:t>☐ I focused on moving forward</w:t>
      </w:r>
    </w:p>
    <w:p w14:paraId="0C88941C" w14:textId="77777777" w:rsidR="00C53360" w:rsidRDefault="00C53360"/>
    <w:p w14:paraId="6EA69D0F" w14:textId="77777777" w:rsidR="00C53360" w:rsidRDefault="00000000">
      <w:r>
        <w:t>You don’t need to read everything—just regain control and move forward.</w:t>
      </w:r>
    </w:p>
    <w:sectPr w:rsidR="00C53360" w:rsidSect="00034616">
      <w:headerReference w:type="default" r:id="rId8"/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437482" w14:textId="77777777" w:rsidR="00D208FB" w:rsidRDefault="00D208FB">
      <w:pPr>
        <w:spacing w:after="0" w:line="240" w:lineRule="auto"/>
      </w:pPr>
      <w:r>
        <w:separator/>
      </w:r>
    </w:p>
  </w:endnote>
  <w:endnote w:type="continuationSeparator" w:id="0">
    <w:p w14:paraId="11DBB752" w14:textId="77777777" w:rsidR="00D208FB" w:rsidRDefault="00D208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5DAD3" w14:textId="5FF228E1" w:rsidR="007D4D7A" w:rsidRDefault="00000000">
    <w:pPr>
      <w:pStyle w:val="Footer"/>
    </w:pPr>
    <w:r>
      <w:t>John Clites | Tech4Me2</w:t>
    </w:r>
    <w:r w:rsidR="000C2846">
      <w:t>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789ABD" w14:textId="77777777" w:rsidR="00D208FB" w:rsidRDefault="00D208FB">
      <w:pPr>
        <w:spacing w:after="0" w:line="240" w:lineRule="auto"/>
      </w:pPr>
      <w:r>
        <w:separator/>
      </w:r>
    </w:p>
  </w:footnote>
  <w:footnote w:type="continuationSeparator" w:id="0">
    <w:p w14:paraId="5C05A5E9" w14:textId="77777777" w:rsidR="00D208FB" w:rsidRDefault="00D208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ED47C" w14:textId="77777777" w:rsidR="00C53360" w:rsidRDefault="00000000">
    <w:pPr>
      <w:pStyle w:val="Header"/>
    </w:pPr>
    <w:r>
      <w:t>Tech4Me2 Checklist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8471857">
    <w:abstractNumId w:val="8"/>
  </w:num>
  <w:num w:numId="2" w16cid:durableId="796293403">
    <w:abstractNumId w:val="6"/>
  </w:num>
  <w:num w:numId="3" w16cid:durableId="267665696">
    <w:abstractNumId w:val="5"/>
  </w:num>
  <w:num w:numId="4" w16cid:durableId="1335644001">
    <w:abstractNumId w:val="4"/>
  </w:num>
  <w:num w:numId="5" w16cid:durableId="906958829">
    <w:abstractNumId w:val="7"/>
  </w:num>
  <w:num w:numId="6" w16cid:durableId="603653615">
    <w:abstractNumId w:val="3"/>
  </w:num>
  <w:num w:numId="7" w16cid:durableId="384372890">
    <w:abstractNumId w:val="2"/>
  </w:num>
  <w:num w:numId="8" w16cid:durableId="1130057201">
    <w:abstractNumId w:val="1"/>
  </w:num>
  <w:num w:numId="9" w16cid:durableId="3517591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22863"/>
    <w:rsid w:val="00034616"/>
    <w:rsid w:val="0006063C"/>
    <w:rsid w:val="000C2846"/>
    <w:rsid w:val="0015074B"/>
    <w:rsid w:val="0029639D"/>
    <w:rsid w:val="00326F90"/>
    <w:rsid w:val="007C27A6"/>
    <w:rsid w:val="007D4D7A"/>
    <w:rsid w:val="00AA1D8D"/>
    <w:rsid w:val="00B47730"/>
    <w:rsid w:val="00C53360"/>
    <w:rsid w:val="00CB0664"/>
    <w:rsid w:val="00D208F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6402298"/>
  <w14:defaultImageDpi w14:val="300"/>
  <w15:docId w15:val="{491F9118-94C2-47BF-A51F-172FDCBB7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119</Words>
  <Characters>552</Characters>
  <Application>Microsoft Office Word</Application>
  <DocSecurity>0</DocSecurity>
  <Lines>19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John Clites</cp:lastModifiedBy>
  <cp:revision>3</cp:revision>
  <dcterms:created xsi:type="dcterms:W3CDTF">2013-12-23T23:15:00Z</dcterms:created>
  <dcterms:modified xsi:type="dcterms:W3CDTF">2026-04-06T17:48:00Z</dcterms:modified>
  <cp:category/>
</cp:coreProperties>
</file>