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AD648" w14:textId="77777777" w:rsidR="00C25741" w:rsidRPr="00EA3A54" w:rsidRDefault="00000000">
      <w:pPr>
        <w:rPr>
          <w:color w:val="365F91" w:themeColor="accent1" w:themeShade="BF"/>
        </w:rPr>
      </w:pPr>
      <w:r w:rsidRPr="00EA3A54">
        <w:rPr>
          <w:b/>
          <w:color w:val="365F91" w:themeColor="accent1" w:themeShade="BF"/>
          <w:sz w:val="44"/>
        </w:rPr>
        <w:t>Email Troubleshooting Checklist</w:t>
      </w:r>
    </w:p>
    <w:p w14:paraId="0DDB6C7D" w14:textId="77777777" w:rsidR="00C25741" w:rsidRDefault="00000000">
      <w:r>
        <w:rPr>
          <w:i/>
          <w:sz w:val="24"/>
        </w:rPr>
        <w:t>Quick fixes for common email frustrations</w:t>
      </w:r>
    </w:p>
    <w:p w14:paraId="1530A9C9" w14:textId="77777777" w:rsidR="00C25741" w:rsidRDefault="00000000">
      <w:r>
        <w:t>Use this checklist when something doesn’t seem to be working right.</w:t>
      </w:r>
    </w:p>
    <w:p w14:paraId="5393A186" w14:textId="77777777" w:rsidR="00EA3A54" w:rsidRDefault="00EA3A54"/>
    <w:p w14:paraId="06EE39F9" w14:textId="77777777" w:rsidR="00C25741" w:rsidRPr="00EA3A54" w:rsidRDefault="00000000">
      <w:pPr>
        <w:rPr>
          <w:color w:val="4F81BD" w:themeColor="accent1"/>
        </w:rPr>
      </w:pPr>
      <w:r w:rsidRPr="00EA3A54">
        <w:rPr>
          <w:b/>
          <w:color w:val="4F81BD" w:themeColor="accent1"/>
          <w:sz w:val="28"/>
        </w:rPr>
        <w:t>1. Not Receiving Expected Emails</w:t>
      </w:r>
    </w:p>
    <w:p w14:paraId="7C32B08A" w14:textId="77777777" w:rsidR="00C25741" w:rsidRDefault="00000000">
      <w:r>
        <w:t>☐ I checked my Spam or Junk folder</w:t>
      </w:r>
    </w:p>
    <w:p w14:paraId="3FAB88FB" w14:textId="77777777" w:rsidR="00C25741" w:rsidRDefault="00000000">
      <w:r>
        <w:t>☐ I searched for the sender</w:t>
      </w:r>
    </w:p>
    <w:p w14:paraId="32B2DFEC" w14:textId="77777777" w:rsidR="00C25741" w:rsidRDefault="00000000">
      <w:r>
        <w:t>☐ I confirmed the email address used</w:t>
      </w:r>
    </w:p>
    <w:p w14:paraId="1345394D" w14:textId="77777777" w:rsidR="00C25741" w:rsidRDefault="00000000">
      <w:r>
        <w:t>☐ I checked filters or labels</w:t>
      </w:r>
    </w:p>
    <w:p w14:paraId="61B40D45" w14:textId="77777777" w:rsidR="00C25741" w:rsidRDefault="00C25741"/>
    <w:p w14:paraId="536E0926" w14:textId="77777777" w:rsidR="00C25741" w:rsidRPr="00EA3A54" w:rsidRDefault="00000000">
      <w:pPr>
        <w:rPr>
          <w:color w:val="4F81BD" w:themeColor="accent1"/>
        </w:rPr>
      </w:pPr>
      <w:r w:rsidRPr="00EA3A54">
        <w:rPr>
          <w:b/>
          <w:color w:val="4F81BD" w:themeColor="accent1"/>
          <w:sz w:val="28"/>
        </w:rPr>
        <w:t>2. Emails Missing or Hard to Find</w:t>
      </w:r>
    </w:p>
    <w:p w14:paraId="3F61E506" w14:textId="77777777" w:rsidR="00C25741" w:rsidRDefault="00000000">
      <w:r>
        <w:t>☐ I used search instead of scrolling</w:t>
      </w:r>
    </w:p>
    <w:p w14:paraId="299BF870" w14:textId="77777777" w:rsidR="00C25741" w:rsidRDefault="00000000">
      <w:r>
        <w:t>☐ I checked All Mail</w:t>
      </w:r>
    </w:p>
    <w:p w14:paraId="5F96B1AF" w14:textId="77777777" w:rsidR="00C25741" w:rsidRDefault="00000000">
      <w:r>
        <w:t>☐ I checked Archive and Trash</w:t>
      </w:r>
    </w:p>
    <w:p w14:paraId="332B6DFA" w14:textId="77777777" w:rsidR="00C25741" w:rsidRDefault="00000000">
      <w:r>
        <w:t>☐ I searched using keywords</w:t>
      </w:r>
    </w:p>
    <w:p w14:paraId="2426DCC6" w14:textId="77777777" w:rsidR="00C25741" w:rsidRDefault="00C25741"/>
    <w:p w14:paraId="01F06051" w14:textId="77777777" w:rsidR="00C25741" w:rsidRPr="00EA3A54" w:rsidRDefault="00000000">
      <w:pPr>
        <w:rPr>
          <w:color w:val="4F81BD" w:themeColor="accent1"/>
        </w:rPr>
      </w:pPr>
      <w:r w:rsidRPr="00EA3A54">
        <w:rPr>
          <w:b/>
          <w:color w:val="4F81BD" w:themeColor="accent1"/>
          <w:sz w:val="28"/>
        </w:rPr>
        <w:t>3. Can’t Send or Reply</w:t>
      </w:r>
    </w:p>
    <w:p w14:paraId="7DABA25E" w14:textId="77777777" w:rsidR="00C25741" w:rsidRDefault="00000000">
      <w:r>
        <w:t>☐ I checked my internet connection</w:t>
      </w:r>
    </w:p>
    <w:p w14:paraId="3C80F107" w14:textId="77777777" w:rsidR="00C25741" w:rsidRDefault="00000000">
      <w:r>
        <w:t>☐ I refreshed or restarted email</w:t>
      </w:r>
    </w:p>
    <w:p w14:paraId="39AB7448" w14:textId="77777777" w:rsidR="00C25741" w:rsidRDefault="00000000">
      <w:r>
        <w:t>☐ I confirmed recipient address</w:t>
      </w:r>
    </w:p>
    <w:p w14:paraId="0198C6BA" w14:textId="77777777" w:rsidR="00C25741" w:rsidRDefault="00000000">
      <w:r>
        <w:t>☐ I checked attachment size</w:t>
      </w:r>
    </w:p>
    <w:p w14:paraId="5D0C7581" w14:textId="77777777" w:rsidR="00C25741" w:rsidRDefault="00C25741"/>
    <w:p w14:paraId="4204CEF3" w14:textId="77777777" w:rsidR="00C25741" w:rsidRPr="00EA3A54" w:rsidRDefault="00000000">
      <w:pPr>
        <w:rPr>
          <w:color w:val="4F81BD" w:themeColor="accent1"/>
        </w:rPr>
      </w:pPr>
      <w:r w:rsidRPr="00EA3A54">
        <w:rPr>
          <w:b/>
          <w:color w:val="4F81BD" w:themeColor="accent1"/>
          <w:sz w:val="28"/>
        </w:rPr>
        <w:t>4. Too Many Emails</w:t>
      </w:r>
    </w:p>
    <w:p w14:paraId="4D841399" w14:textId="77777777" w:rsidR="00C25741" w:rsidRDefault="00000000">
      <w:r>
        <w:t>☐ I unsubscribed from unnecessary senders</w:t>
      </w:r>
    </w:p>
    <w:p w14:paraId="5EF0ADD2" w14:textId="77777777" w:rsidR="00C25741" w:rsidRDefault="00000000">
      <w:r>
        <w:lastRenderedPageBreak/>
        <w:t>☐ I cleared emails in batches</w:t>
      </w:r>
    </w:p>
    <w:p w14:paraId="524937F1" w14:textId="77777777" w:rsidR="00C25741" w:rsidRDefault="00000000">
      <w:r>
        <w:t>☐ I accepted not every email needs a reply</w:t>
      </w:r>
    </w:p>
    <w:p w14:paraId="5DF3EC8B" w14:textId="77777777" w:rsidR="00C25741" w:rsidRDefault="00C25741"/>
    <w:p w14:paraId="71C68216" w14:textId="77777777" w:rsidR="00C25741" w:rsidRDefault="00000000">
      <w:r>
        <w:t>Most email problems have simple fixes once you know where to look.</w:t>
      </w:r>
    </w:p>
    <w:sectPr w:rsidR="00C25741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54A6A" w14:textId="77777777" w:rsidR="00222275" w:rsidRDefault="00222275">
      <w:pPr>
        <w:spacing w:after="0" w:line="240" w:lineRule="auto"/>
      </w:pPr>
      <w:r>
        <w:separator/>
      </w:r>
    </w:p>
  </w:endnote>
  <w:endnote w:type="continuationSeparator" w:id="0">
    <w:p w14:paraId="6EE7498C" w14:textId="77777777" w:rsidR="00222275" w:rsidRDefault="00222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D8FDF" w14:textId="36C69A0D" w:rsidR="00C25741" w:rsidRDefault="00000000">
    <w:pPr>
      <w:pStyle w:val="Footer"/>
    </w:pPr>
    <w:r>
      <w:t>John Clites | Tech4Me2.com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E697" w14:textId="77777777" w:rsidR="00222275" w:rsidRDefault="00222275">
      <w:pPr>
        <w:spacing w:after="0" w:line="240" w:lineRule="auto"/>
      </w:pPr>
      <w:r>
        <w:separator/>
      </w:r>
    </w:p>
  </w:footnote>
  <w:footnote w:type="continuationSeparator" w:id="0">
    <w:p w14:paraId="594AC170" w14:textId="77777777" w:rsidR="00222275" w:rsidRDefault="00222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8BE04" w14:textId="77777777" w:rsidR="00C25741" w:rsidRDefault="00000000">
    <w:pPr>
      <w:pStyle w:val="Header"/>
    </w:pPr>
    <w:r>
      <w:t>Tech4Me2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2359652">
    <w:abstractNumId w:val="8"/>
  </w:num>
  <w:num w:numId="2" w16cid:durableId="610355330">
    <w:abstractNumId w:val="6"/>
  </w:num>
  <w:num w:numId="3" w16cid:durableId="1369254032">
    <w:abstractNumId w:val="5"/>
  </w:num>
  <w:num w:numId="4" w16cid:durableId="1686247233">
    <w:abstractNumId w:val="4"/>
  </w:num>
  <w:num w:numId="5" w16cid:durableId="1682275617">
    <w:abstractNumId w:val="7"/>
  </w:num>
  <w:num w:numId="6" w16cid:durableId="771054434">
    <w:abstractNumId w:val="3"/>
  </w:num>
  <w:num w:numId="7" w16cid:durableId="2135977540">
    <w:abstractNumId w:val="2"/>
  </w:num>
  <w:num w:numId="8" w16cid:durableId="1913734467">
    <w:abstractNumId w:val="1"/>
  </w:num>
  <w:num w:numId="9" w16cid:durableId="52818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2275"/>
    <w:rsid w:val="0029639D"/>
    <w:rsid w:val="00326F90"/>
    <w:rsid w:val="00485796"/>
    <w:rsid w:val="007C27A6"/>
    <w:rsid w:val="009D123D"/>
    <w:rsid w:val="00AA1D8D"/>
    <w:rsid w:val="00B47730"/>
    <w:rsid w:val="00C25741"/>
    <w:rsid w:val="00CB0664"/>
    <w:rsid w:val="00EA3A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49D5EF"/>
  <w14:defaultImageDpi w14:val="300"/>
  <w15:docId w15:val="{491F9118-94C2-47BF-A51F-172FDCBB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668</Characters>
  <Application>Microsoft Office Word</Application>
  <DocSecurity>0</DocSecurity>
  <Lines>23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John Clites</cp:lastModifiedBy>
  <cp:revision>3</cp:revision>
  <dcterms:created xsi:type="dcterms:W3CDTF">2013-12-23T23:15:00Z</dcterms:created>
  <dcterms:modified xsi:type="dcterms:W3CDTF">2026-04-06T17:48:00Z</dcterms:modified>
  <cp:category/>
</cp:coreProperties>
</file>