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E201C9" w14:textId="77777777" w:rsidR="002364B9" w:rsidRPr="00AC45C6" w:rsidRDefault="00000000">
      <w:pPr>
        <w:rPr>
          <w:color w:val="365F91" w:themeColor="accent1" w:themeShade="BF"/>
        </w:rPr>
      </w:pPr>
      <w:r w:rsidRPr="00AC45C6">
        <w:rPr>
          <w:b/>
          <w:color w:val="365F91" w:themeColor="accent1" w:themeShade="BF"/>
          <w:sz w:val="44"/>
        </w:rPr>
        <w:t>Weekly 10-Minute Reset</w:t>
      </w:r>
    </w:p>
    <w:p w14:paraId="3C6B51E3" w14:textId="77777777" w:rsidR="002364B9" w:rsidRDefault="00000000">
      <w:r>
        <w:rPr>
          <w:i/>
          <w:sz w:val="24"/>
        </w:rPr>
        <w:t>A quick routine to keep your inbox under control</w:t>
      </w:r>
    </w:p>
    <w:p w14:paraId="0B0E7668" w14:textId="77777777" w:rsidR="002364B9" w:rsidRDefault="00000000">
      <w:r>
        <w:t>Use this checklist once a week to prevent clutter from building up again.</w:t>
      </w:r>
    </w:p>
    <w:p w14:paraId="302D8F76" w14:textId="77777777" w:rsidR="00AC45C6" w:rsidRDefault="00AC45C6"/>
    <w:p w14:paraId="44E12E27" w14:textId="77777777" w:rsidR="002364B9" w:rsidRPr="00AC45C6" w:rsidRDefault="00000000">
      <w:pPr>
        <w:rPr>
          <w:color w:val="4F81BD" w:themeColor="accent1"/>
        </w:rPr>
      </w:pPr>
      <w:r w:rsidRPr="00AC45C6">
        <w:rPr>
          <w:b/>
          <w:color w:val="4F81BD" w:themeColor="accent1"/>
          <w:sz w:val="28"/>
        </w:rPr>
        <w:t>1. Clear the Easy Wins (2–3 minutes)</w:t>
      </w:r>
    </w:p>
    <w:p w14:paraId="0DB454C1" w14:textId="77777777" w:rsidR="002364B9" w:rsidRDefault="00000000">
      <w:r>
        <w:t>☐ I deleted obvious junk or spam</w:t>
      </w:r>
    </w:p>
    <w:p w14:paraId="5A2427A2" w14:textId="77777777" w:rsidR="002364B9" w:rsidRDefault="00000000">
      <w:r>
        <w:t>☐ I unsubscribed from at least one unwanted sender</w:t>
      </w:r>
    </w:p>
    <w:p w14:paraId="3811628B" w14:textId="77777777" w:rsidR="002364B9" w:rsidRDefault="00000000">
      <w:r>
        <w:t>☐ I cleared out low-value emails quickly</w:t>
      </w:r>
    </w:p>
    <w:p w14:paraId="0DFE4F88" w14:textId="77777777" w:rsidR="002364B9" w:rsidRDefault="002364B9"/>
    <w:p w14:paraId="703DD07F" w14:textId="77777777" w:rsidR="002364B9" w:rsidRPr="00AC45C6" w:rsidRDefault="00000000">
      <w:pPr>
        <w:rPr>
          <w:color w:val="4F81BD" w:themeColor="accent1"/>
        </w:rPr>
      </w:pPr>
      <w:r w:rsidRPr="00AC45C6">
        <w:rPr>
          <w:b/>
          <w:color w:val="4F81BD" w:themeColor="accent1"/>
          <w:sz w:val="28"/>
        </w:rPr>
        <w:t>2. Process What’s Left (4–5 minutes)</w:t>
      </w:r>
    </w:p>
    <w:p w14:paraId="0E748BE7" w14:textId="77777777" w:rsidR="002364B9" w:rsidRDefault="00000000">
      <w:r>
        <w:t>☐ I handled emails using: reply, archive, delete, or task list</w:t>
      </w:r>
    </w:p>
    <w:p w14:paraId="2827E8D2" w14:textId="77777777" w:rsidR="002364B9" w:rsidRDefault="00000000">
      <w:r>
        <w:t>☐ I avoided leaving emails sitting 'for later'</w:t>
      </w:r>
    </w:p>
    <w:p w14:paraId="1E1B9A35" w14:textId="77777777" w:rsidR="002364B9" w:rsidRDefault="00000000">
      <w:r>
        <w:t>☐ I kept my inbox as a processing zone, not storage</w:t>
      </w:r>
    </w:p>
    <w:p w14:paraId="23F79588" w14:textId="77777777" w:rsidR="002364B9" w:rsidRDefault="002364B9"/>
    <w:p w14:paraId="6C3057AC" w14:textId="77777777" w:rsidR="002364B9" w:rsidRPr="00AC45C6" w:rsidRDefault="00000000">
      <w:pPr>
        <w:rPr>
          <w:color w:val="4F81BD" w:themeColor="accent1"/>
        </w:rPr>
      </w:pPr>
      <w:r w:rsidRPr="00AC45C6">
        <w:rPr>
          <w:b/>
          <w:color w:val="4F81BD" w:themeColor="accent1"/>
          <w:sz w:val="28"/>
        </w:rPr>
        <w:t>3. Check for Loose Ends (2–3 minutes)</w:t>
      </w:r>
    </w:p>
    <w:p w14:paraId="15A05673" w14:textId="77777777" w:rsidR="002364B9" w:rsidRDefault="00000000">
      <w:r>
        <w:t>☐ I searched for emails needing follow-up (e.g., 'from:me')</w:t>
      </w:r>
    </w:p>
    <w:p w14:paraId="43214215" w14:textId="77777777" w:rsidR="002364B9" w:rsidRDefault="00000000">
      <w:r>
        <w:t>☐ I checked for anything I meant to reply to but didn’t</w:t>
      </w:r>
    </w:p>
    <w:p w14:paraId="6DF10454" w14:textId="77777777" w:rsidR="002364B9" w:rsidRDefault="00000000">
      <w:r>
        <w:t>☐ I moved any lingering tasks to my task list</w:t>
      </w:r>
    </w:p>
    <w:p w14:paraId="52400F83" w14:textId="77777777" w:rsidR="002364B9" w:rsidRDefault="002364B9"/>
    <w:p w14:paraId="7E9FFE4F" w14:textId="77777777" w:rsidR="002364B9" w:rsidRDefault="00000000">
      <w:r>
        <w:t>A few minutes each week prevents hours of cleanup later.</w:t>
      </w:r>
    </w:p>
    <w:sectPr w:rsidR="002364B9" w:rsidSect="00034616">
      <w:headerReference w:type="default" r:id="rId8"/>
      <w:footerReference w:type="default" r:id="rId9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4E93A5" w14:textId="77777777" w:rsidR="00974180" w:rsidRDefault="00974180">
      <w:pPr>
        <w:spacing w:after="0" w:line="240" w:lineRule="auto"/>
      </w:pPr>
      <w:r>
        <w:separator/>
      </w:r>
    </w:p>
  </w:endnote>
  <w:endnote w:type="continuationSeparator" w:id="0">
    <w:p w14:paraId="041239E0" w14:textId="77777777" w:rsidR="00974180" w:rsidRDefault="009741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2A3C50" w14:textId="62BC0992" w:rsidR="002364B9" w:rsidRDefault="00000000">
    <w:pPr>
      <w:pStyle w:val="Footer"/>
    </w:pPr>
    <w:r>
      <w:t>John Clites | Tech4Me2</w:t>
    </w:r>
    <w:r w:rsidR="005C59BB">
      <w:t>.</w:t>
    </w:r>
    <w:r>
      <w:t>com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06F5CA" w14:textId="77777777" w:rsidR="00974180" w:rsidRDefault="00974180">
      <w:pPr>
        <w:spacing w:after="0" w:line="240" w:lineRule="auto"/>
      </w:pPr>
      <w:r>
        <w:separator/>
      </w:r>
    </w:p>
  </w:footnote>
  <w:footnote w:type="continuationSeparator" w:id="0">
    <w:p w14:paraId="706D048A" w14:textId="77777777" w:rsidR="00974180" w:rsidRDefault="009741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D5672E" w14:textId="77777777" w:rsidR="002364B9" w:rsidRDefault="00000000">
    <w:pPr>
      <w:pStyle w:val="Header"/>
    </w:pPr>
    <w:r>
      <w:t>Tech4Me2 Checklist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30407409">
    <w:abstractNumId w:val="8"/>
  </w:num>
  <w:num w:numId="2" w16cid:durableId="1421100311">
    <w:abstractNumId w:val="6"/>
  </w:num>
  <w:num w:numId="3" w16cid:durableId="1789546561">
    <w:abstractNumId w:val="5"/>
  </w:num>
  <w:num w:numId="4" w16cid:durableId="651756010">
    <w:abstractNumId w:val="4"/>
  </w:num>
  <w:num w:numId="5" w16cid:durableId="969825565">
    <w:abstractNumId w:val="7"/>
  </w:num>
  <w:num w:numId="6" w16cid:durableId="588655457">
    <w:abstractNumId w:val="3"/>
  </w:num>
  <w:num w:numId="7" w16cid:durableId="1658336356">
    <w:abstractNumId w:val="2"/>
  </w:num>
  <w:num w:numId="8" w16cid:durableId="1787843497">
    <w:abstractNumId w:val="1"/>
  </w:num>
  <w:num w:numId="9" w16cid:durableId="185495045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364B9"/>
    <w:rsid w:val="0029639D"/>
    <w:rsid w:val="00326F90"/>
    <w:rsid w:val="005C59BB"/>
    <w:rsid w:val="007C27A6"/>
    <w:rsid w:val="00974180"/>
    <w:rsid w:val="00AA1D8D"/>
    <w:rsid w:val="00AC45C6"/>
    <w:rsid w:val="00B47730"/>
    <w:rsid w:val="00CB0664"/>
    <w:rsid w:val="00F0679B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74EC073C"/>
  <w14:defaultImageDpi w14:val="300"/>
  <w15:docId w15:val="{491F9118-94C2-47BF-A51F-172FDCBB7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136</Words>
  <Characters>632</Characters>
  <Application>Microsoft Office Word</Application>
  <DocSecurity>0</DocSecurity>
  <Lines>22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747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John Clites</cp:lastModifiedBy>
  <cp:revision>3</cp:revision>
  <dcterms:created xsi:type="dcterms:W3CDTF">2013-12-23T23:15:00Z</dcterms:created>
  <dcterms:modified xsi:type="dcterms:W3CDTF">2026-04-06T17:48:00Z</dcterms:modified>
  <cp:category/>
</cp:coreProperties>
</file>