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22"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2268"/>
        <w:gridCol w:w="7654"/>
      </w:tblGrid>
      <w:tr>
        <w:trPr>
          <w:trHeight w:val="360" w:hRule="atLeast"/>
        </w:trPr>
        <w:tc>
          <w:tcPr>
            <w:tcW w:w="2268" w:type="dxa"/>
            <w:tcBorders/>
            <w:vAlign w:val="center"/>
          </w:tcPr>
          <w:p>
            <w:pPr>
              <w:pStyle w:val="Normal"/>
              <w:spacing w:lineRule="auto" w:line="240" w:before="0" w:after="20"/>
              <w:jc w:val="start"/>
              <w:rPr/>
            </w:pPr>
            <w:r>
              <w:rPr/>
              <w:drawing>
                <wp:inline distT="0" distB="0" distL="0" distR="0">
                  <wp:extent cx="1188085" cy="1188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1188085" cy="1188085"/>
                          </a:xfrm>
                          <a:prstGeom prst="rect">
                            <a:avLst/>
                          </a:prstGeom>
                          <a:noFill/>
                        </pic:spPr>
                      </pic:pic>
                    </a:graphicData>
                  </a:graphic>
                </wp:inline>
              </w:drawing>
            </w:r>
          </w:p>
        </w:tc>
        <w:tc>
          <w:tcPr>
            <w:tcW w:w="7654" w:type="dxa"/>
            <w:tcBorders/>
            <w:vAlign w:val="center"/>
          </w:tcPr>
          <w:p>
            <w:pPr>
              <w:pStyle w:val="Normal"/>
              <w:spacing w:lineRule="auto" w:line="240" w:before="0" w:after="20"/>
              <w:jc w:val="end"/>
              <w:rPr/>
            </w:pPr>
            <w:r>
              <w:rPr>
                <w:b/>
                <w:sz w:val="18"/>
              </w:rPr>
              <w:t>FICHE D’INSCRIPTION</w:t>
            </w:r>
          </w:p>
          <w:p>
            <w:pPr>
              <w:pStyle w:val="Normal"/>
              <w:spacing w:lineRule="auto" w:line="240" w:before="0" w:after="20"/>
              <w:jc w:val="end"/>
              <w:rPr/>
            </w:pPr>
            <w:r>
              <w:rPr>
                <w:b/>
                <w:sz w:val="18"/>
              </w:rPr>
              <w:t>VOYAGE EN CHINE • AVRIL 2027</w:t>
            </w:r>
          </w:p>
          <w:p>
            <w:pPr>
              <w:pStyle w:val="Normal"/>
              <w:spacing w:lineRule="auto" w:line="240" w:before="0" w:after="20"/>
              <w:jc w:val="end"/>
              <w:rPr/>
            </w:pPr>
            <w:r>
              <w:rPr>
                <w:i/>
                <w:sz w:val="18"/>
              </w:rPr>
              <w:t>Qi Gong • Tai Chi Chuan • Taoïsme • Culture chinoise</w:t>
            </w:r>
          </w:p>
        </w:tc>
      </w:tr>
    </w:tbl>
    <w:p>
      <w:pPr>
        <w:pStyle w:val="Normal"/>
        <w:spacing w:lineRule="auto" w:line="240" w:before="0" w:after="40"/>
        <w:rPr/>
      </w:pPr>
      <w:r>
        <w:rPr>
          <w:sz w:val="12"/>
        </w:rPr>
        <w:t>━━━━━━━━━━━━━━━━━━━━━━━━━━━━━━━━━━━━━━━━━━━━━━━━━━━━━━━━━━━━━━━━━━━━━━━━━━━━━━━━━━━━━━━━━━━━━━━━━━━━━━━━━</w:t>
      </w:r>
    </w:p>
    <w:tbl>
      <w:tblPr>
        <w:tblW w:w="10710"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10710"/>
      </w:tblGrid>
      <w:tr>
        <w:trPr>
          <w:trHeight w:val="360" w:hRule="atLeast"/>
        </w:trPr>
        <w:tc>
          <w:tcPr>
            <w:tcW w:w="10710" w:type="dxa"/>
            <w:tcBorders>
              <w:top w:val="single" w:sz="8" w:space="0" w:color="B99B72"/>
              <w:start w:val="single" w:sz="8" w:space="0" w:color="B99B72"/>
              <w:bottom w:val="single" w:sz="8" w:space="0" w:color="B99B72"/>
              <w:end w:val="single" w:sz="8" w:space="0" w:color="B99B72"/>
            </w:tcBorders>
            <w:shd w:fill="F4EFE5" w:val="clear"/>
            <w:vAlign w:val="center"/>
          </w:tcPr>
          <w:p>
            <w:pPr>
              <w:pStyle w:val="Normal"/>
              <w:spacing w:lineRule="auto" w:line="240" w:before="0" w:after="20"/>
              <w:jc w:val="center"/>
              <w:rPr/>
            </w:pPr>
            <w:r>
              <w:rPr>
                <w:b/>
                <w:sz w:val="18"/>
              </w:rPr>
              <w:t>VOYAGE DE 15 JOURS • 12 AU 27 AVRIL 2027</w:t>
            </w:r>
          </w:p>
          <w:p>
            <w:pPr>
              <w:pStyle w:val="Normal"/>
              <w:spacing w:lineRule="auto" w:line="240" w:before="0" w:after="20"/>
              <w:jc w:val="center"/>
              <w:rPr/>
            </w:pPr>
            <w:r>
              <w:rPr>
                <w:b/>
                <w:sz w:val="18"/>
              </w:rPr>
              <w:t>Shanghai • Suzhou • Maoshan • Xi’an • Wudangshan</w:t>
            </w:r>
          </w:p>
          <w:p>
            <w:pPr>
              <w:pStyle w:val="Normal"/>
              <w:spacing w:lineRule="auto" w:line="240" w:before="0" w:after="20"/>
              <w:jc w:val="center"/>
              <w:rPr/>
            </w:pPr>
            <w:r>
              <w:rPr>
                <w:b/>
                <w:sz w:val="18"/>
              </w:rPr>
              <w:t>Tarif : 2 200 € / personne — pension complète et pratiques des arts internes</w:t>
              <w:br/>
              <w:t>(hors vols internationaux)</w:t>
            </w:r>
          </w:p>
        </w:tc>
      </w:tr>
    </w:tbl>
    <w:p>
      <w:pPr>
        <w:pStyle w:val="Normal"/>
        <w:spacing w:lineRule="auto" w:line="240" w:before="0" w:after="40"/>
        <w:rPr/>
      </w:pPr>
      <w:r>
        <w:rPr/>
      </w:r>
    </w:p>
    <w:p>
      <w:pPr>
        <w:pStyle w:val="Normal"/>
        <w:spacing w:lineRule="auto" w:line="240" w:before="100" w:after="60"/>
        <w:rPr/>
      </w:pPr>
      <w:r>
        <w:rPr>
          <w:b/>
          <w:sz w:val="20"/>
        </w:rPr>
        <w:t>1. COORDONNÉES DU PARTICIPANT</w:t>
      </w:r>
    </w:p>
    <w:tbl>
      <w:tblPr>
        <w:tblW w:w="9864"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4932"/>
        <w:gridCol w:w="4932"/>
      </w:tblGrid>
      <w:tr>
        <w:trPr>
          <w:trHeight w:val="360" w:hRule="atLeast"/>
        </w:trPr>
        <w:tc>
          <w:tcPr>
            <w:tcW w:w="4932" w:type="dxa"/>
            <w:tcBorders>
              <w:bottom w:val="single" w:sz="4" w:space="0" w:color="B7B7B7"/>
            </w:tcBorders>
            <w:vAlign w:val="center"/>
          </w:tcPr>
          <w:p>
            <w:pPr>
              <w:pStyle w:val="Normal"/>
              <w:spacing w:lineRule="auto" w:line="240" w:before="0" w:after="20"/>
              <w:rPr/>
            </w:pPr>
            <w:r>
              <w:rPr>
                <w:sz w:val="18"/>
              </w:rPr>
              <w:t>Nom :  __________________________________</w:t>
            </w:r>
          </w:p>
        </w:tc>
        <w:tc>
          <w:tcPr>
            <w:tcW w:w="4932" w:type="dxa"/>
            <w:tcBorders>
              <w:bottom w:val="single" w:sz="4" w:space="0" w:color="B7B7B7"/>
            </w:tcBorders>
            <w:vAlign w:val="center"/>
          </w:tcPr>
          <w:p>
            <w:pPr>
              <w:pStyle w:val="Normal"/>
              <w:spacing w:lineRule="auto" w:line="240" w:before="0" w:after="20"/>
              <w:rPr/>
            </w:pPr>
            <w:r>
              <w:rPr>
                <w:sz w:val="18"/>
              </w:rPr>
              <w:t>Prénom :  __________________________________</w:t>
            </w:r>
          </w:p>
        </w:tc>
      </w:tr>
      <w:tr>
        <w:trPr>
          <w:trHeight w:val="360" w:hRule="atLeast"/>
        </w:trPr>
        <w:tc>
          <w:tcPr>
            <w:tcW w:w="4932" w:type="dxa"/>
            <w:tcBorders>
              <w:bottom w:val="single" w:sz="4" w:space="0" w:color="B7B7B7"/>
            </w:tcBorders>
            <w:vAlign w:val="center"/>
          </w:tcPr>
          <w:p>
            <w:pPr>
              <w:pStyle w:val="Normal"/>
              <w:spacing w:lineRule="auto" w:line="240" w:before="0" w:after="20"/>
              <w:rPr/>
            </w:pPr>
            <w:r>
              <w:rPr>
                <w:sz w:val="18"/>
              </w:rPr>
              <w:t>Adresse :  __________________________________</w:t>
            </w:r>
          </w:p>
        </w:tc>
        <w:tc>
          <w:tcPr>
            <w:tcW w:w="4932" w:type="dxa"/>
            <w:tcBorders>
              <w:bottom w:val="single" w:sz="4" w:space="0" w:color="B7B7B7"/>
            </w:tcBorders>
            <w:vAlign w:val="center"/>
          </w:tcPr>
          <w:p>
            <w:pPr>
              <w:pStyle w:val="Normal"/>
              <w:spacing w:lineRule="auto" w:line="240" w:before="0" w:after="20"/>
              <w:rPr/>
            </w:pPr>
            <w:r>
              <w:rPr>
                <w:sz w:val="18"/>
              </w:rPr>
              <w:t>Code postal :  __________________________________</w:t>
            </w:r>
          </w:p>
        </w:tc>
      </w:tr>
      <w:tr>
        <w:trPr>
          <w:trHeight w:val="360" w:hRule="atLeast"/>
        </w:trPr>
        <w:tc>
          <w:tcPr>
            <w:tcW w:w="4932" w:type="dxa"/>
            <w:tcBorders>
              <w:bottom w:val="single" w:sz="4" w:space="0" w:color="B7B7B7"/>
            </w:tcBorders>
            <w:vAlign w:val="center"/>
          </w:tcPr>
          <w:p>
            <w:pPr>
              <w:pStyle w:val="Normal"/>
              <w:spacing w:lineRule="auto" w:line="240" w:before="0" w:after="20"/>
              <w:rPr/>
            </w:pPr>
            <w:r>
              <w:rPr>
                <w:sz w:val="18"/>
              </w:rPr>
              <w:t>Ville :  __________________________________</w:t>
            </w:r>
          </w:p>
        </w:tc>
        <w:tc>
          <w:tcPr>
            <w:tcW w:w="4932" w:type="dxa"/>
            <w:tcBorders>
              <w:bottom w:val="single" w:sz="4" w:space="0" w:color="B7B7B7"/>
            </w:tcBorders>
            <w:vAlign w:val="center"/>
          </w:tcPr>
          <w:p>
            <w:pPr>
              <w:pStyle w:val="Normal"/>
              <w:spacing w:lineRule="auto" w:line="240" w:before="0" w:after="20"/>
              <w:rPr/>
            </w:pPr>
            <w:r>
              <w:rPr>
                <w:sz w:val="18"/>
              </w:rPr>
              <w:t>Téléphone :  __________________________________</w:t>
            </w:r>
          </w:p>
        </w:tc>
      </w:tr>
      <w:tr>
        <w:trPr>
          <w:trHeight w:val="360" w:hRule="atLeast"/>
        </w:trPr>
        <w:tc>
          <w:tcPr>
            <w:tcW w:w="4932" w:type="dxa"/>
            <w:tcBorders>
              <w:bottom w:val="single" w:sz="4" w:space="0" w:color="B7B7B7"/>
            </w:tcBorders>
            <w:vAlign w:val="center"/>
          </w:tcPr>
          <w:p>
            <w:pPr>
              <w:pStyle w:val="Normal"/>
              <w:spacing w:lineRule="auto" w:line="240" w:before="0" w:after="20"/>
              <w:rPr/>
            </w:pPr>
            <w:r>
              <w:rPr>
                <w:sz w:val="18"/>
              </w:rPr>
              <w:t>E-mail (EN MAJUSCULES) :  __________________________________</w:t>
            </w:r>
          </w:p>
        </w:tc>
        <w:tc>
          <w:tcPr>
            <w:tcW w:w="4932" w:type="dxa"/>
            <w:tcBorders>
              <w:bottom w:val="single" w:sz="4" w:space="0" w:color="B7B7B7"/>
            </w:tcBorders>
            <w:vAlign w:val="center"/>
          </w:tcPr>
          <w:p>
            <w:pPr>
              <w:pStyle w:val="Normal"/>
              <w:spacing w:lineRule="auto" w:line="240" w:before="0" w:after="20"/>
              <w:rPr/>
            </w:pPr>
            <w:r>
              <w:rPr/>
            </w:r>
          </w:p>
        </w:tc>
      </w:tr>
    </w:tbl>
    <w:p>
      <w:pPr>
        <w:pStyle w:val="Normal"/>
        <w:spacing w:lineRule="auto" w:line="240" w:before="100" w:after="60"/>
        <w:rPr/>
      </w:pPr>
      <w:r>
        <w:rPr>
          <w:b/>
          <w:sz w:val="20"/>
        </w:rPr>
        <w:t>2. MEMBRE DE L’ASSOCIATION</w:t>
      </w:r>
    </w:p>
    <w:tbl>
      <w:tblPr>
        <w:tblW w:w="9864"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3288"/>
        <w:gridCol w:w="3288"/>
        <w:gridCol w:w="3288"/>
      </w:tblGrid>
      <w:tr>
        <w:trPr>
          <w:trHeight w:val="360" w:hRule="atLeast"/>
        </w:trPr>
        <w:tc>
          <w:tcPr>
            <w:tcW w:w="3288"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jc w:val="center"/>
              <w:rPr/>
            </w:pPr>
            <w:r>
              <w:rPr>
                <w:b/>
                <w:sz w:val="18"/>
              </w:rPr>
              <w:t xml:space="preserve">☐ </w:t>
            </w:r>
            <w:r>
              <w:rPr>
                <w:b/>
                <w:sz w:val="18"/>
              </w:rPr>
              <w:t>OUI, je suis membre de l’association</w:t>
            </w:r>
          </w:p>
        </w:tc>
        <w:tc>
          <w:tcPr>
            <w:tcW w:w="3288"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jc w:val="center"/>
              <w:rPr/>
            </w:pPr>
            <w:r>
              <w:rPr>
                <w:b/>
                <w:sz w:val="18"/>
              </w:rPr>
              <w:t xml:space="preserve">☐ </w:t>
            </w:r>
            <w:r>
              <w:rPr>
                <w:b/>
                <w:sz w:val="18"/>
              </w:rPr>
              <w:t>NON, je ne suis pas membre</w:t>
            </w:r>
          </w:p>
        </w:tc>
        <w:tc>
          <w:tcPr>
            <w:tcW w:w="3288"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jc w:val="center"/>
              <w:rPr/>
            </w:pPr>
            <w:r>
              <w:rPr>
                <w:b/>
                <w:sz w:val="18"/>
              </w:rPr>
              <w:t xml:space="preserve">☐ </w:t>
            </w:r>
            <w:r>
              <w:rPr>
                <w:b/>
                <w:sz w:val="18"/>
              </w:rPr>
              <w:t>Membre Soie-Zen</w:t>
            </w:r>
          </w:p>
        </w:tc>
      </w:tr>
    </w:tbl>
    <w:p>
      <w:pPr>
        <w:pStyle w:val="Normal"/>
        <w:spacing w:lineRule="auto" w:line="240" w:before="100" w:after="60"/>
        <w:rPr/>
      </w:pPr>
      <w:r>
        <w:rPr>
          <w:b/>
          <w:sz w:val="20"/>
        </w:rPr>
        <w:t>3. INSCRIPTION ET RÈGLEMENT</w:t>
      </w:r>
    </w:p>
    <w:p>
      <w:pPr>
        <w:pStyle w:val="Normal"/>
        <w:spacing w:lineRule="auto" w:line="240" w:before="0" w:after="40"/>
        <w:rPr/>
      </w:pPr>
      <w:r>
        <w:rPr>
          <w:sz w:val="18"/>
        </w:rPr>
        <w:t>Je souhaite participer au voyage en Chine organisé par Asie-Energétique et confirme mon inscription.</w:t>
      </w:r>
    </w:p>
    <w:tbl>
      <w:tblPr>
        <w:tblW w:w="10710"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5355"/>
        <w:gridCol w:w="5355"/>
      </w:tblGrid>
      <w:tr>
        <w:trPr>
          <w:trHeight w:val="360" w:hRule="atLeast"/>
        </w:trPr>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 xml:space="preserve">☐ </w:t>
            </w:r>
            <w:r>
              <w:rPr>
                <w:sz w:val="18"/>
              </w:rPr>
              <w:t xml:space="preserve">Règlement en 1 fois  </w:t>
            </w:r>
            <w:r>
              <w:rPr>
                <w:sz w:val="18"/>
              </w:rPr>
              <w:t>2 200 euros</w:t>
            </w:r>
          </w:p>
        </w:tc>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 xml:space="preserve">☐ </w:t>
            </w:r>
            <w:r>
              <w:rPr>
                <w:sz w:val="18"/>
              </w:rPr>
              <w:t xml:space="preserve">Règlement en 2 </w:t>
            </w:r>
            <w:r>
              <w:rPr>
                <w:sz w:val="18"/>
              </w:rPr>
              <w:t>X 1 100 euros</w:t>
            </w:r>
          </w:p>
        </w:tc>
      </w:tr>
      <w:tr>
        <w:trPr>
          <w:trHeight w:val="360" w:hRule="atLeast"/>
        </w:trPr>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Mode de règlement : ☐ Chèque</w:t>
            </w:r>
          </w:p>
        </w:tc>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 xml:space="preserve">☐ </w:t>
            </w:r>
            <w:r>
              <w:rPr>
                <w:sz w:val="18"/>
              </w:rPr>
              <w:t>Autre : __________________</w:t>
            </w:r>
          </w:p>
        </w:tc>
      </w:tr>
      <w:tr>
        <w:trPr>
          <w:trHeight w:val="360" w:hRule="atLeast"/>
        </w:trPr>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Nombre de chèques joints : ______</w:t>
            </w:r>
          </w:p>
        </w:tc>
        <w:tc>
          <w:tcPr>
            <w:tcW w:w="5355" w:type="dxa"/>
            <w:tcBorders>
              <w:top w:val="single" w:sz="4" w:space="0" w:color="D0D0D0"/>
              <w:start w:val="single" w:sz="4" w:space="0" w:color="D0D0D0"/>
              <w:bottom w:val="single" w:sz="4" w:space="0" w:color="D0D0D0"/>
              <w:end w:val="single" w:sz="4" w:space="0" w:color="D0D0D0"/>
            </w:tcBorders>
            <w:vAlign w:val="center"/>
          </w:tcPr>
          <w:p>
            <w:pPr>
              <w:pStyle w:val="Normal"/>
              <w:spacing w:lineRule="auto" w:line="240" w:before="0" w:after="20"/>
              <w:rPr/>
            </w:pPr>
            <w:r>
              <w:rPr>
                <w:sz w:val="18"/>
              </w:rPr>
              <w:t>Montant total joint : __________ €</w:t>
            </w:r>
          </w:p>
        </w:tc>
      </w:tr>
      <w:tr>
        <w:trPr>
          <w:trHeight w:val="360" w:hRule="atLeast"/>
        </w:trPr>
        <w:tc>
          <w:tcPr>
            <w:tcW w:w="5355" w:type="dxa"/>
            <w:tcBorders/>
            <w:tcMar>
              <w:start w:w="90" w:type="dxa"/>
              <w:end w:w="90" w:type="dxa"/>
            </w:tcMar>
            <w:vAlign w:val="center"/>
          </w:tcPr>
          <w:p>
            <w:pPr>
              <w:pStyle w:val="Normal"/>
              <w:spacing w:lineRule="auto" w:line="240" w:before="0" w:after="20"/>
              <w:rPr/>
            </w:pPr>
            <w:r>
              <w:rPr>
                <w:b/>
                <w:sz w:val="18"/>
              </w:rPr>
              <w:t xml:space="preserve">☐ </w:t>
            </w:r>
            <w:r>
              <w:rPr>
                <w:b/>
                <w:sz w:val="18"/>
              </w:rPr>
              <w:t>Chambre individuelle : + 412 €</w:t>
            </w:r>
          </w:p>
        </w:tc>
        <w:tc>
          <w:tcPr>
            <w:tcW w:w="5355" w:type="dxa"/>
            <w:tcBorders/>
            <w:tcMar>
              <w:start w:w="90" w:type="dxa"/>
              <w:end w:w="90" w:type="dxa"/>
            </w:tcMar>
            <w:vAlign w:val="center"/>
          </w:tcPr>
          <w:p>
            <w:pPr>
              <w:pStyle w:val="Normal"/>
              <w:spacing w:lineRule="auto" w:line="240" w:before="0" w:after="20"/>
              <w:rPr/>
            </w:pPr>
            <w:r>
              <w:rPr>
                <w:b/>
                <w:sz w:val="18"/>
              </w:rPr>
              <w:t xml:space="preserve">☐ </w:t>
            </w:r>
            <w:r>
              <w:rPr>
                <w:b/>
                <w:sz w:val="18"/>
              </w:rPr>
              <w:t>Chambre partagée : sans supplément</w:t>
            </w:r>
          </w:p>
        </w:tc>
      </w:tr>
      <w:tr>
        <w:trPr>
          <w:trHeight w:val="360" w:hRule="atLeast"/>
        </w:trPr>
        <w:tc>
          <w:tcPr>
            <w:tcW w:w="10710" w:type="dxa"/>
            <w:gridSpan w:val="2"/>
            <w:tcBorders>
              <w:top w:val="single" w:sz="6" w:space="0" w:color="B99B72"/>
              <w:start w:val="single" w:sz="6" w:space="0" w:color="B99B72"/>
              <w:bottom w:val="single" w:sz="6" w:space="0" w:color="B99B72"/>
              <w:end w:val="single" w:sz="6" w:space="0" w:color="B99B72"/>
            </w:tcBorders>
            <w:shd w:fill="F8F8F8" w:val="clear"/>
            <w:vAlign w:val="center"/>
          </w:tcPr>
          <w:p>
            <w:pPr>
              <w:pStyle w:val="Normal"/>
              <w:spacing w:lineRule="auto" w:line="240" w:before="0" w:after="20"/>
              <w:rPr/>
            </w:pPr>
            <w:r>
              <w:rPr>
                <w:b/>
                <w:sz w:val="18"/>
              </w:rPr>
              <w:t xml:space="preserve">IMPORTANT </w:t>
            </w:r>
            <w:r>
              <w:rPr>
                <w:b/>
                <w:sz w:val="24"/>
                <w:szCs w:val="24"/>
              </w:rPr>
              <w:t xml:space="preserve">— </w:t>
            </w:r>
            <w:r>
              <w:rPr>
                <w:sz w:val="24"/>
                <w:szCs w:val="24"/>
              </w:rPr>
              <w:t xml:space="preserve">Les chèques sont à établir à l’ordre de </w:t>
            </w:r>
            <w:r>
              <w:rPr>
                <w:b/>
                <w:sz w:val="24"/>
                <w:szCs w:val="24"/>
              </w:rPr>
              <w:t>Asie-Energétique</w:t>
            </w:r>
          </w:p>
          <w:p>
            <w:pPr>
              <w:pStyle w:val="Normal"/>
              <w:spacing w:lineRule="auto" w:line="240" w:before="0" w:after="20"/>
              <w:rPr>
                <w:sz w:val="24"/>
                <w:szCs w:val="24"/>
              </w:rPr>
            </w:pPr>
            <w:r>
              <w:rPr>
                <w:sz w:val="24"/>
                <w:szCs w:val="24"/>
              </w:rPr>
              <w:t>L’inscription doit être reçue avant le 05 décembre 2026. Le voyage sera confirmé sous réserve de la constitution du groupe minimum de 20 participants.</w:t>
            </w:r>
          </w:p>
        </w:tc>
      </w:tr>
    </w:tbl>
    <w:p>
      <w:pPr>
        <w:pStyle w:val="Normal"/>
        <w:spacing w:lineRule="auto" w:line="240" w:before="100" w:after="60"/>
        <w:rPr>
          <w:b/>
          <w:sz w:val="20"/>
        </w:rPr>
      </w:pPr>
      <w:r>
        <w:rPr>
          <w:b/>
          <w:sz w:val="20"/>
        </w:rPr>
      </w:r>
    </w:p>
    <w:p>
      <w:pPr>
        <w:pStyle w:val="Normal"/>
        <w:spacing w:lineRule="auto" w:line="240" w:before="100" w:after="60"/>
        <w:rPr>
          <w:b/>
          <w:sz w:val="20"/>
        </w:rPr>
      </w:pPr>
      <w:r>
        <w:rPr>
          <w:b/>
          <w:sz w:val="20"/>
        </w:rPr>
        <w:t>4. ENGAGEMENT DU PARTICIPANT</w:t>
      </w:r>
    </w:p>
    <w:p>
      <w:pPr>
        <w:pStyle w:val="Normal"/>
        <w:spacing w:lineRule="auto" w:line="240" w:before="20" w:after="60"/>
        <w:rPr>
          <w:sz w:val="24"/>
        </w:rPr>
      </w:pPr>
      <w:r>
        <w:rPr>
          <w:sz w:val="24"/>
          <w:szCs w:val="24"/>
        </w:rPr>
        <w:t>Je certifie l’exactitude des renseignements indiqués ci-dessus et souhaite participer au voyage en Chine 2027. Je prends connaissance du fait que le voyage doit réunir un minimum de 20 participants et que la confirmation définitive sera donnée après la date limite du 05 décembre 2026 si ce groupe est constitué. Les vols internationaux sont à la charge du participant et seront réservés après confirmation du voyage.</w:t>
      </w:r>
    </w:p>
    <w:p>
      <w:pPr>
        <w:pStyle w:val="Normal"/>
        <w:spacing w:lineRule="auto" w:line="240" w:before="20" w:after="60"/>
        <w:rPr>
          <w:sz w:val="17"/>
        </w:rPr>
      </w:pPr>
      <w:r>
        <w:rPr>
          <w:sz w:val="17"/>
        </w:rPr>
      </w:r>
    </w:p>
    <w:p>
      <w:pPr>
        <w:pStyle w:val="Normal"/>
        <w:spacing w:lineRule="auto" w:line="240" w:before="20" w:after="60"/>
        <w:rPr>
          <w:sz w:val="17"/>
        </w:rPr>
      </w:pPr>
      <w:r>
        <w:rPr>
          <w:sz w:val="17"/>
        </w:rPr>
      </w:r>
    </w:p>
    <w:tbl>
      <w:tblPr>
        <w:tblW w:w="9864" w:type="dxa"/>
        <w:jc w:val="center"/>
        <w:tblInd w:w="0" w:type="dxa"/>
        <w:tblLayout w:type="fixed"/>
        <w:tblCellMar>
          <w:top w:w="55" w:type="dxa"/>
          <w:start w:w="50" w:type="dxa"/>
          <w:bottom w:w="55" w:type="dxa"/>
          <w:end w:w="50" w:type="dxa"/>
        </w:tblCellMar>
        <w:tblLook w:val="04a0" w:firstRow="1" w:noVBand="1" w:lastRow="0" w:firstColumn="1" w:lastColumn="0" w:noHBand="0"/>
      </w:tblPr>
      <w:tblGrid>
        <w:gridCol w:w="4932"/>
        <w:gridCol w:w="4932"/>
      </w:tblGrid>
      <w:tr>
        <w:trPr>
          <w:trHeight w:val="360" w:hRule="atLeast"/>
        </w:trPr>
        <w:tc>
          <w:tcPr>
            <w:tcW w:w="4932" w:type="dxa"/>
            <w:tcBorders/>
            <w:vAlign w:val="center"/>
          </w:tcPr>
          <w:p>
            <w:pPr>
              <w:pStyle w:val="Normal"/>
              <w:spacing w:lineRule="auto" w:line="240" w:before="0" w:after="20"/>
              <w:rPr/>
            </w:pPr>
            <w:r>
              <w:rPr>
                <w:b/>
                <w:sz w:val="18"/>
              </w:rPr>
              <w:t>Date : ____ / ____ / 2026</w:t>
            </w:r>
          </w:p>
        </w:tc>
        <w:tc>
          <w:tcPr>
            <w:tcW w:w="4932" w:type="dxa"/>
            <w:tcBorders/>
            <w:vAlign w:val="center"/>
          </w:tcPr>
          <w:p>
            <w:pPr>
              <w:pStyle w:val="Normal"/>
              <w:spacing w:lineRule="auto" w:line="240" w:before="0" w:after="20"/>
              <w:rPr/>
            </w:pPr>
            <w:r>
              <w:rPr>
                <w:b/>
                <w:sz w:val="18"/>
              </w:rPr>
              <w:t>Signature du participant :</w:t>
            </w:r>
          </w:p>
        </w:tc>
      </w:tr>
      <w:tr>
        <w:trPr>
          <w:trHeight w:val="360" w:hRule="atLeast"/>
        </w:trPr>
        <w:tc>
          <w:tcPr>
            <w:tcW w:w="4932" w:type="dxa"/>
            <w:tcBorders>
              <w:bottom w:val="single" w:sz="4" w:space="0" w:color="B7B7B7"/>
            </w:tcBorders>
            <w:vAlign w:val="center"/>
          </w:tcPr>
          <w:p>
            <w:pPr>
              <w:pStyle w:val="Normal"/>
              <w:spacing w:lineRule="auto" w:line="240" w:before="0" w:after="20"/>
              <w:rPr/>
            </w:pPr>
            <w:r>
              <w:rPr/>
            </w:r>
          </w:p>
        </w:tc>
        <w:tc>
          <w:tcPr>
            <w:tcW w:w="4932" w:type="dxa"/>
            <w:tcBorders>
              <w:bottom w:val="single" w:sz="4" w:space="0" w:color="B7B7B7"/>
            </w:tcBorders>
            <w:vAlign w:val="center"/>
          </w:tcPr>
          <w:p>
            <w:pPr>
              <w:pStyle w:val="Normal"/>
              <w:spacing w:lineRule="auto" w:line="240" w:before="0" w:after="20"/>
              <w:rPr>
                <w:rFonts w:ascii="Aptos" w:hAnsi="Aptos"/>
                <w:sz w:val="18"/>
              </w:rPr>
            </w:pPr>
            <w:r>
              <w:rPr>
                <w:sz w:val="18"/>
              </w:rPr>
            </w:r>
          </w:p>
          <w:p>
            <w:pPr>
              <w:pStyle w:val="Normal"/>
              <w:spacing w:lineRule="auto" w:line="240" w:before="0" w:after="20"/>
              <w:rPr>
                <w:rFonts w:ascii="Aptos" w:hAnsi="Aptos"/>
                <w:sz w:val="18"/>
              </w:rPr>
            </w:pPr>
            <w:r>
              <w:rPr>
                <w:sz w:val="18"/>
              </w:rPr>
            </w:r>
          </w:p>
          <w:p>
            <w:pPr>
              <w:pStyle w:val="Normal"/>
              <w:spacing w:lineRule="auto" w:line="240" w:before="0" w:after="20"/>
              <w:rPr>
                <w:rFonts w:ascii="Aptos" w:hAnsi="Aptos"/>
                <w:sz w:val="18"/>
              </w:rPr>
            </w:pPr>
            <w:r>
              <w:rPr>
                <w:sz w:val="18"/>
              </w:rPr>
            </w:r>
          </w:p>
          <w:p>
            <w:pPr>
              <w:pStyle w:val="Normal"/>
              <w:spacing w:lineRule="auto" w:line="240" w:before="0" w:after="20"/>
              <w:rPr>
                <w:rFonts w:ascii="Aptos" w:hAnsi="Aptos"/>
                <w:sz w:val="18"/>
              </w:rPr>
            </w:pPr>
            <w:r>
              <w:rPr>
                <w:sz w:val="18"/>
              </w:rPr>
            </w:r>
          </w:p>
          <w:p>
            <w:pPr>
              <w:pStyle w:val="Normal"/>
              <w:spacing w:lineRule="auto" w:line="240" w:before="0" w:after="20"/>
              <w:rPr>
                <w:rFonts w:ascii="Aptos" w:hAnsi="Aptos"/>
                <w:sz w:val="18"/>
              </w:rPr>
            </w:pPr>
            <w:r>
              <w:rPr>
                <w:sz w:val="18"/>
              </w:rPr>
            </w:r>
          </w:p>
        </w:tc>
      </w:tr>
    </w:tbl>
    <w:p>
      <w:pPr>
        <w:pStyle w:val="Normal"/>
        <w:spacing w:lineRule="auto" w:line="240" w:before="100" w:after="20"/>
        <w:jc w:val="center"/>
        <w:rPr>
          <w:b/>
          <w:sz w:val="19"/>
        </w:rPr>
      </w:pPr>
      <w:r>
        <w:rPr>
          <w:b/>
          <w:sz w:val="19"/>
        </w:rPr>
      </w:r>
    </w:p>
    <w:sectPr>
      <w:footerReference w:type="even" r:id="rId3"/>
      <w:footerReference w:type="default" r:id="rId4"/>
      <w:footerReference w:type="first" r:id="rId5"/>
      <w:type w:val="nextPage"/>
      <w:pgSz w:w="11906" w:h="16838"/>
      <w:pgMar w:left="567" w:right="567" w:gutter="0" w:header="0" w:top="567"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center"/>
      <w:rPr/>
    </w:pPr>
    <w:r>
      <w:rPr>
        <w:b/>
        <w:sz w:val="15"/>
      </w:rPr>
      <w:t>ASIE-ÉNERGÉTIQUE  •  Voyage Chine 2027  •  Inscription avant le 05 décembre 2026</w:t>
    </w:r>
  </w:p>
  <w:p>
    <w:pPr>
      <w:pStyle w:val="Normal"/>
      <w:spacing w:before="0" w:after="0"/>
      <w:jc w:val="center"/>
      <w:rPr/>
    </w:pPr>
    <w:r>
      <w:rPr>
        <w:b/>
        <w:sz w:val="16"/>
      </w:rPr>
      <w:t>www.asie-energetique.com  •  Tél. : 06 21 48 33 07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center"/>
      <w:rPr/>
    </w:pPr>
    <w:r>
      <w:rPr>
        <w:b/>
        <w:sz w:val="15"/>
      </w:rPr>
      <w:t>ASIE-ÉNERGÉTIQUE  •  Voyage Chine 2027  •  Inscription avant le 05 décembre 2026</w:t>
    </w:r>
  </w:p>
  <w:p>
    <w:pPr>
      <w:pStyle w:val="Normal"/>
      <w:spacing w:before="0" w:after="0"/>
      <w:jc w:val="center"/>
      <w:rPr/>
    </w:pPr>
    <w:r>
      <w:rPr>
        <w:b/>
        <w:sz w:val="16"/>
      </w:rPr>
      <w:t>www.asie-energetique.com  •  Tél. : 06 21 48 33 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40" w:before="0" w:after="40"/>
      <w:jc w:val="start"/>
    </w:pPr>
    <w:rPr>
      <w:rFonts w:ascii="Aptos" w:hAnsi="Aptos" w:eastAsia="Arial" w:cs="" w:cstheme="minorBidi"/>
      <w:color w:val="auto"/>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rsid w:val="00e618bf"/>
    <w:rPr/>
  </w:style>
  <w:style w:type="character" w:styleId="FooterChar" w:customStyle="1">
    <w:name w:val="Footer Char"/>
    <w:basedOn w:val="DefaultParagraphFont"/>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Titre">
    <w:name w:val="Titre"/>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4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pPr>
      <w:suppressLineNumbers/>
    </w:pPr>
    <w:rPr>
      <w:rFonts w:cs="Lucida Sans"/>
    </w:rPr>
  </w:style>
  <w:style w:type="paragraph" w:styleId="Titreuser">
    <w:name w:val="Titre (user)"/>
    <w:basedOn w:val="Normal"/>
    <w:next w:val="BodyText"/>
    <w:pPr>
      <w:keepNext w:val="true"/>
      <w:spacing w:before="240" w:after="120"/>
    </w:pPr>
    <w:rPr>
      <w:rFonts w:ascii="Liberation Sans" w:hAnsi="Liberation Sans" w:eastAsia="Microsoft YaHei" w:cs="Lucida Sans"/>
      <w:sz w:val="28"/>
      <w:szCs w:val="28"/>
    </w:rPr>
  </w:style>
  <w:style w:type="paragraph" w:styleId="En-tteetpieddepage">
    <w:name w:val="En-tête et pied de page"/>
    <w:basedOn w:val="Normal"/>
    <w:pPr/>
    <w:rPr/>
  </w:style>
  <w:style w:type="paragraph" w:styleId="En-tteetpieddepageuser">
    <w:name w:val="En-tête et pied de page (us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4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40"/>
      <w:ind w:hanging="360" w:start="720"/>
      <w:contextualSpacing/>
    </w:pPr>
    <w:rPr/>
  </w:style>
  <w:style w:type="paragraph" w:styleId="List3">
    <w:name w:val="List 3"/>
    <w:basedOn w:val="Normal"/>
    <w:uiPriority w:val="99"/>
    <w:unhideWhenUsed/>
    <w:rsid w:val="00326f90"/>
    <w:pPr>
      <w:spacing w:before="0" w:after="40"/>
      <w:ind w:hanging="360" w:start="1080"/>
      <w:contextualSpacing/>
    </w:pPr>
    <w:rPr/>
  </w:style>
  <w:style w:type="paragraph" w:styleId="ListBullet">
    <w:name w:val="List Bullet"/>
    <w:basedOn w:val="Normal"/>
    <w:uiPriority w:val="99"/>
    <w:unhideWhenUsed/>
    <w:rsid w:val="00326f90"/>
    <w:pPr>
      <w:numPr>
        <w:ilvl w:val="0"/>
        <w:numId w:val="1"/>
      </w:numPr>
      <w:spacing w:before="0" w:after="40"/>
      <w:contextualSpacing/>
    </w:pPr>
    <w:rPr/>
  </w:style>
  <w:style w:type="paragraph" w:styleId="ListBullet2">
    <w:name w:val="List Bullet 2"/>
    <w:basedOn w:val="Normal"/>
    <w:uiPriority w:val="99"/>
    <w:unhideWhenUsed/>
    <w:rsid w:val="00326f90"/>
    <w:pPr>
      <w:numPr>
        <w:ilvl w:val="0"/>
        <w:numId w:val="2"/>
      </w:numPr>
      <w:spacing w:before="0" w:after="40"/>
      <w:contextualSpacing/>
    </w:pPr>
    <w:rPr/>
  </w:style>
  <w:style w:type="paragraph" w:styleId="ListBullet3">
    <w:name w:val="List Bullet 3"/>
    <w:basedOn w:val="Normal"/>
    <w:uiPriority w:val="99"/>
    <w:unhideWhenUsed/>
    <w:rsid w:val="00326f90"/>
    <w:pPr>
      <w:numPr>
        <w:ilvl w:val="0"/>
        <w:numId w:val="3"/>
      </w:numPr>
      <w:spacing w:before="0" w:after="40"/>
      <w:contextualSpacing/>
    </w:pPr>
    <w:rPr/>
  </w:style>
  <w:style w:type="paragraph" w:styleId="ListNumber">
    <w:name w:val="List Number"/>
    <w:basedOn w:val="Normal"/>
    <w:uiPriority w:val="99"/>
    <w:unhideWhenUsed/>
    <w:rsid w:val="00326f90"/>
    <w:pPr>
      <w:numPr>
        <w:ilvl w:val="0"/>
        <w:numId w:val="4"/>
      </w:numPr>
      <w:spacing w:before="0" w:after="40"/>
      <w:contextualSpacing/>
    </w:pPr>
    <w:rPr/>
  </w:style>
  <w:style w:type="paragraph" w:styleId="ListNumber2">
    <w:name w:val="List Number 2"/>
    <w:basedOn w:val="Normal"/>
    <w:uiPriority w:val="99"/>
    <w:unhideWhenUsed/>
    <w:rsid w:val="0029639d"/>
    <w:pPr>
      <w:numPr>
        <w:ilvl w:val="0"/>
        <w:numId w:val="5"/>
      </w:numPr>
      <w:spacing w:before="0" w:after="40"/>
      <w:contextualSpacing/>
    </w:pPr>
    <w:rPr/>
  </w:style>
  <w:style w:type="paragraph" w:styleId="ListNumber3">
    <w:name w:val="List Number 3"/>
    <w:basedOn w:val="Normal"/>
    <w:uiPriority w:val="99"/>
    <w:unhideWhenUsed/>
    <w:rsid w:val="0029639d"/>
    <w:pPr>
      <w:numPr>
        <w:ilvl w:val="0"/>
        <w:numId w:val="6"/>
      </w:numPr>
      <w:spacing w:before="0" w:after="4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Titre"/>
    <w:pPr/>
    <w:rPr/>
  </w:style>
  <w:style w:type="paragraph" w:styleId="TOCHeading">
    <w:name w:val="TOC Heading"/>
    <w:basedOn w:val="Heading1"/>
    <w:next w:val="Normal"/>
    <w:uiPriority w:val="39"/>
    <w:semiHidden/>
    <w:unhideWhenUsed/>
    <w:qFormat/>
    <w:rsid w:val="00fc693f"/>
    <w:pPr>
      <w:outlineLvl w:val="9"/>
    </w:pPr>
    <w:rPr/>
  </w:style>
  <w:style w:type="numbering" w:styleId="Pasdeliste" w:default="1">
    <w:name w:val="Pas de liste"/>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LibreOffice/26.8.0.3$Windows_X86_64 LibreOffice_project/bce0998afefdbc355585ca324285661a2170ba77</Application>
  <AppVersion>15.0000</AppVersion>
  <Pages>1</Pages>
  <Words>331</Words>
  <Characters>1904</Characters>
  <CharactersWithSpaces>2218</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fr-FR</dc:language>
  <cp:lastModifiedBy/>
  <cp:lastPrinted>2026-10-19T16:16:09Z</cp:lastPrinted>
  <dcterms:modified xsi:type="dcterms:W3CDTF">2026-10-19T16:13:37Z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