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="http://schemas.openxmlformats.org/drawingml/2006/wordprocessingDrawing" xmlns:o="urn:schemas-microsoft-com:office:office" xmlns:v="urn:schemas-microsoft-com:vml" xmlns:w="http://schemas.openxmlformats.org/wordprocessingml/2006/main" xmlns:r="http://schemas.openxmlformats.org/officeDocument/2006/relationships" xmlns:mc="http://schemas.openxmlformats.org/markup-compatibility/2006" xmlns:w10="urn:schemas-microsoft-com:office:word" xmlns:wps="http://schemas.microsoft.com/office/word/2010/wordprocessingShape" xmlns:w14="http://schemas.microsoft.com/office/word/2010/wordml" xmlns:wp14="http://schemas.microsoft.com/office/word/2010/wordprocessingDrawing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!--  bidi  -->
                              <w:spacing w:line="240" w:lineRule="auto"/>
                              <w:contextualSpacing/>
                              <w:jc w:val="left"/>
                            </w:pPr>
                            <w:r>
                              <w:rPr>
                                <w:noProof/>
                                <w:position w:val="-6"/>
                                <!-- rtl --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_odt_logo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boto" w:hAnsi="Roboto"/>
                                <w:color w:val="0F2B46"/>
                                <w:szCs w:val="18"/>
                              </w:rPr>
                              <w:t xml:space="preserve"> </w:t>
                            </w:r>
                            <w:hyperlink r:id="r_odt_hyperlink" w:history="1" w:tooltip="Doc Translator - www.onlinedoctranslator.com"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!-- rtl -->
                                </w:rPr>
                                <w:t xml:space="preserve">Traduit de Espagnol vers Français - </w:t>
                              </w:r>
                              <w:r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!-- rtl -->
                          </w:rPr>
                          <w:t xml:space="preserve">Traduit de Espagnol vers Français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BDCB18" w14:textId="730B7CE4" w:rsidR="004F6709" w:rsidRDefault="00524020">
      <w:pPr>
        <w:pStyle w:val="Titolo"/>
      </w:pPr>
      <w:r>
        <w:t xml:space="preserve">100 affirmations positives</w:t>
      </w:r>
      <w:proofErr w:type="spellStart"/>
      <w:proofErr w:type="spellEnd"/>
      <w:proofErr w:type="spellStart"/>
      <w:proofErr w:type="spellEnd"/>
    </w:p>
    <w:p w14:paraId="16251EE7" w14:textId="77777777" w:rsidR="004F6709" w:rsidRDefault="00524020">
      <w:r>
        <w:t>1. Je suis capable d’atteindre mes objectifs et de réaliser mes rêves.</w:t>
      </w:r>
    </w:p>
    <w:p w14:paraId="291F4CD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2. Je mérite l’amour, le bonheur et le succès dans ma vie.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0D30A6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3. Chaque jour, je suis plus fort, plus sage et plus heureux.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B41E8E8" w14:textId="77777777" w:rsidR="004F6709" w:rsidRDefault="00524020">
      <w:r>
        <w:t>4. Je suis reconnaissant pour toutes les bénédictions et opportunités que je reçois.</w:t>
      </w:r>
    </w:p>
    <w:p w14:paraId="1A90D29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5. Je peux relever n’importe quel défi avec confiance et courage.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0EAC6B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6. Mon esprit est calme, mon corps est sain et mon esprit est serein.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09D528C1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7. Je n’attire que de l’énergie positive et des personnes qui me soutiennent.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51892D4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8. Je suis en paix avec mon passé et enthousiasmé par mon avenir.</w:t>
      </w:r>
      <w:proofErr w:type="spellStart"/>
      <w:proofErr w:type="spellEnd"/>
      <w:proofErr w:type="spellStart"/>
      <w:proofErr w:type="spellEnd"/>
      <w:proofErr w:type="gramStart"/>
      <w:proofErr w:type="gramEnd"/>
      <w:proofErr w:type="spellStart"/>
      <w:proofErr w:type="spellEnd"/>
      <w:proofErr w:type="spellStart"/>
      <w:proofErr w:type="spellEnd"/>
    </w:p>
    <w:p w14:paraId="169B13B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9. Je suis créatif, inspiré et plein d’idées innovantes.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564F8D1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10. Je m’accepte et m’aime complètement pour qui je suis.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44E5C8F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11. Je suis résilient et je peux surmonter n’importe quelle difficulté.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E5B520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12. Je vis chaque jour avec gratitude et amour.</w:t>
      </w:r>
      <w:proofErr w:type="spellStart"/>
      <w:proofErr w:type="spellEnd"/>
      <w:proofErr w:type="spellStart"/>
      <w:proofErr w:type="spellEnd"/>
    </w:p>
    <w:p w14:paraId="50665CB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13. Je suis une personne précieuse et mérite le respect.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01FEA1B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14. Je choisis d'être heureux et de vivre une vie joyeuse.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08F5BF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15. Je suis entouré de personnes qui me soutiennent et m'aiment.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6C74B0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16. Je suis plein d'énergie et de vitalité.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6961C8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17. Je suis capable de créer la vie que je veux.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7D1C18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18. Je suis fort, courageux et confiant.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4FA71B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19. Je suis un aimant pour les opportunités positives.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6E98E9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20. Je choisis des pensées qui me font du bien.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90FFC2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21. Je suis digne de tout ce qui est bon dans la vie.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549B1D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22. J'attire l'abondance dans tous les domaines de ma vie.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7389C8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23. Je suis plein de créativité et d’idées brillantes.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1DA115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24. Je suis toujours ouvert à de nouvelles possibilités.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5D8A4E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25. Je mérite d’être en bonne santé et heureux.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433A16E4" w14:textId="77777777" w:rsidR="004F6709" w:rsidRDefault="00524020">
      <w:r>
        <w:t>26. Je suis capable de faire de grandes choses.</w:t>
      </w:r>
    </w:p>
    <w:p w14:paraId="268D09C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27. Je contrôle ma vie et mon destin.</w:t>
      </w:r>
      <w:proofErr w:type="spellStart"/>
      <w:proofErr w:type="spellEnd"/>
      <w:proofErr w:type="spellStart"/>
      <w:proofErr w:type="spellEnd"/>
    </w:p>
    <w:p w14:paraId="0BBD3F8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28. Je choisis la paix et l’harmonie chaque jour.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63A2FB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29. Je suis une personne aimante et adorable.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3146A43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30. Je suis reconnaissant pour ma santé et mon bien-être.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E16356E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31. J’attire l’amour et la gentillesse partout où je vais.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50CB54C" w14:textId="77777777" w:rsidR="004F6709" w:rsidRDefault="00524020">
      <w:r>
        <w:t>32. J'ai confiance en mes capacités et mes talents.</w:t>
      </w:r>
    </w:p>
    <w:p w14:paraId="4393F3A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33. Je suis toujours en sécurité.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1DF7661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34. Je suis libre d'être moi-même.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3713ABE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35. Je suis une personne merveilleuse et spéciale.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08B6EEA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36. Je suis digne de tout l’amour et du bonheur du monde.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CEE2A7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37. Je suis un exemple de positivité et d’optimisme.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07DF56F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38. Je mérite de vivre une vie extraordinaire.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E173B6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39. Je suis fier de qui je suis et de ce que j'ai accompli.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C4E04A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40. Je suis en parfaite harmonie avec l’univers.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581563A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41. Je suis un phare de lumière et d'espoir.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479C76D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42. Je suis infiniment aimé et soutenu.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58884EB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43. Je suis plein d'enthousiasme et de passion pour la vie.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004124FE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44. Je suis entouré d’abondance et de prospérité.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5E34DB9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45. Je suis capable d’attirer le succès dans tout ce que je fais.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CD84BD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46. ​​​​​​Je suis une personne courageuse et déterminée.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00E1D97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47. Je suis reconnaissant pour chaque instant de ma vie.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735F53D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48. Je suis un créateur de ma propre réalité.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B21054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49. Je suis capable de surmonter n'importe quel obstacle.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CD43874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50. Je suis un exemple de force et de résilience.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48694C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51. Je suis un être de lumière et d'amour.</w:t>
      </w:r>
      <w:proofErr w:type="spellStart"/>
      <w:proofErr w:type="spellEnd"/>
      <w:proofErr w:type="spellStart"/>
      <w:proofErr w:type="spellEnd"/>
    </w:p>
    <w:p w14:paraId="1A07746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52. Je suis équilibré et en paix avec moi-même.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B0A98BF" w14:textId="77777777" w:rsidR="004F6709" w:rsidRDefault="00524020">
      <w:r>
        <w:t>53. Je suis capable de réaliser de grandes choses.</w:t>
      </w:r>
    </w:p>
    <w:p w14:paraId="5092A9BB" w14:textId="77777777" w:rsidR="004F6709" w:rsidRDefault="00524020">
      <w:r>
        <w:t>54. Je suis digne de tous mes rêves et désirs.</w:t>
      </w:r>
    </w:p>
    <w:p w14:paraId="25865CAD" w14:textId="77777777" w:rsidR="004F6709" w:rsidRDefault="00524020">
      <w:r>
        <w:t>55. Je suis un canal d’abondance et de prospérité.</w:t>
      </w:r>
    </w:p>
    <w:p w14:paraId="2E9E2859" w14:textId="77777777" w:rsidR="004F6709" w:rsidRDefault="00524020">
      <w:r>
        <w:t>56. Je suis toujours au bon endroit au bon moment.</w:t>
      </w:r>
    </w:p>
    <w:p w14:paraId="047EAD76" w14:textId="77777777" w:rsidR="004F6709" w:rsidRDefault="00524020">
      <w:r>
        <w:t>57. Je suis un aimant pour les miracles et les bénédictions.</w:t>
      </w:r>
    </w:p>
    <w:p w14:paraId="0AD1342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58. Je suis en parfaite santé et plein d’énergie.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6CA7D0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59. Je suis une âme belle et lumineuse.</w:t>
      </w:r>
      <w:proofErr w:type="spellStart"/>
      <w:proofErr w:type="spellEnd"/>
      <w:proofErr w:type="gramStart"/>
      <w:proofErr w:type="gramEnd"/>
      <w:proofErr w:type="spellStart"/>
      <w:proofErr w:type="spellEnd"/>
    </w:p>
    <w:p w14:paraId="712C677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60. Je suis aimé et respecté pour qui je suis.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F8A10D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61. Je suis en paix avec moi-même et avec le monde.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EB5661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62. Je suis reconnaissant pour chaque expérience de ma vie.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01B6E7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63. Je suis un être de pure lumière et d'amour.</w:t>
      </w:r>
      <w:proofErr w:type="spellStart"/>
      <w:proofErr w:type="spellEnd"/>
      <w:proofErr w:type="spellStart"/>
      <w:proofErr w:type="spellEnd"/>
    </w:p>
    <w:p w14:paraId="0769452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64. Je suis toujours entouré d'amour et de bonheur.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C8F1AB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65. Je suis une source d'inspiration et de positivité.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901FDF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66. Je suis une personne merveilleuse et digne d’amour.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6C78817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67. Je suis reconnaissant pour ma vie et tout ce que j'ai.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60C57F3" w14:textId="77777777" w:rsidR="004F6709" w:rsidRDefault="00524020">
      <w:r>
        <w:t>68. Je suis capable d’atteindre tous mes objectifs.</w:t>
      </w:r>
    </w:p>
    <w:p w14:paraId="0296E05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69. Je suis un exemple de bonté et de gentillesse.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1285180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70. Je suis une personne qui a réussi et accomplie.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32CB7FA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71. Je suis plein d’énergie positive et de vitalité.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3EE216F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72. Je suis une âme sereine et paisible.</w:t>
      </w:r>
      <w:proofErr w:type="spellStart"/>
      <w:proofErr w:type="spellEnd"/>
      <w:proofErr w:type="gramStart"/>
      <w:proofErr w:type="gramEnd"/>
      <w:proofErr w:type="spellStart"/>
      <w:proofErr w:type="spellEnd"/>
    </w:p>
    <w:p w14:paraId="2185766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73. Je suis un phare d'amour et de compassion.</w:t>
      </w:r>
      <w:proofErr w:type="spellStart"/>
      <w:proofErr w:type="spellEnd"/>
      <w:proofErr w:type="spellStart"/>
      <w:proofErr w:type="spellEnd"/>
    </w:p>
    <w:p w14:paraId="181BB6B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74. Je suis en harmonie avec tout ce qui m'entoure.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A3D62E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75. Je suis un exemple de force et de détermination.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007D1E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76. Je suis une personne courageuse et sûre d'elle.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670CFF68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lastRenderedPageBreak/>
        <w:t xml:space="preserve">77. Je suis un être d'une sagesse et d'une connaissance infinies.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78AF2D37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78. Je suis toujours guidé par mon intuition et ma sagesse intérieure.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7366A18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79. Je suis un exemple de sérénité et de tranquillité.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34F65F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80. Je suis une âme heureuse et épanouie.</w:t>
      </w:r>
      <w:proofErr w:type="spellStart"/>
      <w:proofErr w:type="spellEnd"/>
      <w:proofErr w:type="gramStart"/>
      <w:proofErr w:type="gramEnd"/>
      <w:proofErr w:type="spellStart"/>
      <w:proofErr w:type="spellEnd"/>
      <w:proofErr w:type="spellStart"/>
      <w:proofErr w:type="spellEnd"/>
    </w:p>
    <w:p w14:paraId="5807E8A2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81. Je suis une personne de grande valeur et de grande dignité.</w:t>
      </w:r>
      <w:proofErr w:type="spellStart"/>
      <w:proofErr w:type="spellEnd"/>
      <w:proofErr w:type="spellStart"/>
      <w:proofErr w:type="spellEnd"/>
    </w:p>
    <w:p w14:paraId="42746D43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82. Je suis toujours en équilibre et en harmonie.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0790781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83. Je suis un canal de paix et de sérénité.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4C5BA82D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84. Je suis une personne reconnaissante et bénie.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734FAB6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85. Je suis un être de joie et d'amour infinis.</w:t>
      </w:r>
      <w:proofErr w:type="spellStart"/>
      <w:proofErr w:type="spellEnd"/>
      <w:proofErr w:type="spellStart"/>
      <w:proofErr w:type="spellEnd"/>
    </w:p>
    <w:p w14:paraId="52704FB6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86. Je suis un phare de positivité et d’optimisme.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39AECE2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87. Je suis une personne d'un grand courage et d'une grande force.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0227DAF5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88. Je suis un exemple d'amour et de compassion.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4E07973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89. Je suis toujours plein d'énergie et de vitalité.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1441B56A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90. Je suis un être de lumière et d'amour inconditionnel.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37D95B1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91. Je suis toujours ouvert à l'amour et au bonheur.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gramStart"/>
      <w:proofErr w:type="gramEnd"/>
      <w:proofErr w:type="spellStart"/>
      <w:proofErr w:type="spellEnd"/>
    </w:p>
    <w:p w14:paraId="2888EC1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92. Je suis un exemple de gratitude et d’appréciation.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7D6A4B9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93. Je suis une personne d’une grande sagesse et connaissance.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707A09AC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94. Je suis une âme belle et brillante.</w:t>
      </w:r>
      <w:proofErr w:type="spellStart"/>
      <w:proofErr w:type="spellEnd"/>
      <w:proofErr w:type="gramStart"/>
      <w:proofErr w:type="gramEnd"/>
      <w:proofErr w:type="spellStart"/>
      <w:proofErr w:type="spellEnd"/>
    </w:p>
    <w:p w14:paraId="14D1FBBB" w14:textId="77777777" w:rsidR="004F6709" w:rsidRPr="00E40C94" w:rsidRDefault="00524020">
      <w:pPr>
        <w:rPr>
          <w:lang w:val="it-IT"/>
        </w:rPr>
      </w:pPr>
      <w:r w:rsidRPr="00E40C94">
        <w:rPr>
          <w:lang w:val="it-IT"/>
        </w:rPr>
        <w:t xml:space="preserve">95. Je suis toujours guidé par mon intuition et mon cœur.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56B2EC4E" w14:textId="44079C7F" w:rsidR="004F6709" w:rsidRDefault="00524020">
      <w:pPr>
        <w:rPr>
          <w:lang w:val="it-IT"/>
        </w:rPr>
      </w:pPr>
      <w:r w:rsidRPr="00E40C94">
        <w:rPr>
          <w:lang w:val="it-IT"/>
        </w:rPr>
        <w:t xml:space="preserve">96. Je suis une lueur d’espoir et d’inspiration.</w:t>
      </w:r>
      <w:proofErr w:type="spellStart"/>
      <w:proofErr w:type="spellEnd"/>
      <w:proofErr w:type="spellStart"/>
      <w:proofErr w:type="spellEnd"/>
      <w:proofErr w:type="spellStart"/>
      <w:proofErr w:type="spellEnd"/>
    </w:p>
    <w:p w14:paraId="705947B3" w14:textId="260F37C0" w:rsidR="00E40C94" w:rsidRDefault="00E40C94">
      <w:pPr>
        <w:rPr>
          <w:lang w:val="it-IT"/>
        </w:rPr>
      </w:pPr>
      <w:r>
        <w:rPr>
          <w:lang w:val="it-IT"/>
        </w:rPr>
        <w:t xml:space="preserve">97. Je crois en mes capacités et je sais que je peux atteindre mes objectifs.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00BAAAFA" w14:textId="0ADC36AC" w:rsidR="00E40C94" w:rsidRDefault="00E40C94">
      <w:pPr>
        <w:rPr>
          <w:lang w:val="it-IT"/>
        </w:rPr>
      </w:pPr>
      <w:r>
        <w:rPr>
          <w:lang w:val="it-IT"/>
        </w:rPr>
        <w:t xml:space="preserve">98. Chaque jour est une nouvelle opportunité d'être heureux et de s'améliorer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8BDE706" w14:textId="1CCE7509" w:rsidR="00E40C94" w:rsidRDefault="00E40C94">
      <w:pPr>
        <w:rPr>
          <w:lang w:val="it-IT"/>
        </w:rPr>
      </w:pPr>
      <w:r>
        <w:rPr>
          <w:lang w:val="it-IT"/>
        </w:rPr>
        <w:t xml:space="preserve">99. Je suis entouré de personnes qui me soutiennent et m'aiment.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2EFD1A60" w14:textId="77777777" w:rsidR="00E40C94" w:rsidRPr="00E40C94" w:rsidRDefault="00E40C94" w:rsidP="00E40C94">
      <w:pPr>
        <w:rPr>
          <w:lang w:val="it-IT"/>
        </w:rPr>
      </w:pPr>
      <w:r>
        <w:rPr>
          <w:lang w:val="it-IT"/>
        </w:rPr>
        <w:t xml:space="preserve">100. J’apprécie toutes les bénédictions de ma vie et j’en suis reconnaissant.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14:paraId="3EE992C4" w14:textId="77777777" w:rsidR="00E40C94" w:rsidRPr="00E40C94" w:rsidRDefault="00E40C94" w:rsidP="00E40C94">
      <w:pPr>
        <w:rPr>
          <w:lang w:val="it-IT"/>
        </w:rPr>
      </w:pPr>
    </w:p>
    <w:p w14:paraId="21B04465" w14:textId="77777777" w:rsidR="00E40C94" w:rsidRPr="00E40C94" w:rsidRDefault="00E40C94" w:rsidP="00E40C94">
      <w:pPr>
        <w:rPr>
          <w:lang w:val="it-IT"/>
        </w:rPr>
      </w:pPr>
    </w:p>
    <w:p w14:paraId="023C8C58" w14:textId="77777777" w:rsidR="00E40C94" w:rsidRPr="00E40C94" w:rsidRDefault="00E40C94" w:rsidP="00E40C94">
      <w:pPr>
        <w:rPr>
          <w:lang w:val="it-IT"/>
        </w:rPr>
      </w:pPr>
    </w:p>
    <w:p w14:paraId="67E0C18A" w14:textId="77777777" w:rsidR="00E40C94" w:rsidRPr="00E40C94" w:rsidRDefault="00E40C94" w:rsidP="00E40C94">
      <w:pPr>
        <w:rPr>
          <w:lang w:val="it-IT"/>
        </w:rPr>
      </w:pPr>
    </w:p>
    <w:p w14:paraId="346DC678" w14:textId="77777777" w:rsidR="00E40C94" w:rsidRPr="00E40C94" w:rsidRDefault="00E40C94" w:rsidP="00E40C94">
      <w:pPr>
        <w:rPr>
          <w:lang w:val="it-IT"/>
        </w:rPr>
      </w:pPr>
    </w:p>
    <w:p w14:paraId="1599F787" w14:textId="7263B352" w:rsidR="00E40C94" w:rsidRPr="00E40C94" w:rsidRDefault="00E40C94">
      <w:pPr>
        <w:rPr>
          <w:lang w:val="it-IT"/>
        </w:rPr>
      </w:pPr>
    </w:p>
    <w:sectPr w:rsidR="00E40C94" w:rsidRPr="00E40C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6267140">
    <w:abstractNumId w:val="8"/>
  </w:num>
  <w:num w:numId="2" w16cid:durableId="460265129">
    <w:abstractNumId w:val="6"/>
  </w:num>
  <w:num w:numId="3" w16cid:durableId="871116538">
    <w:abstractNumId w:val="5"/>
  </w:num>
  <w:num w:numId="4" w16cid:durableId="1602302587">
    <w:abstractNumId w:val="4"/>
  </w:num>
  <w:num w:numId="5" w16cid:durableId="747923104">
    <w:abstractNumId w:val="7"/>
  </w:num>
  <w:num w:numId="6" w16cid:durableId="1264653905">
    <w:abstractNumId w:val="3"/>
  </w:num>
  <w:num w:numId="7" w16cid:durableId="2065323494">
    <w:abstractNumId w:val="2"/>
  </w:num>
  <w:num w:numId="8" w16cid:durableId="629437018">
    <w:abstractNumId w:val="1"/>
  </w:num>
  <w:num w:numId="9" w16cid:durableId="50142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F6709"/>
    <w:rsid w:val="00524020"/>
    <w:rsid w:val="00562DA2"/>
    <w:rsid w:val="00AA1D8D"/>
    <w:rsid w:val="00B47730"/>
    <w:rsid w:val="00CB0664"/>
    <w:rsid w:val="00E40C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91831"/>
  <w14:defaultImageDpi w14:val="300"/>
  <w15:docId w15:val="{387A7A8C-CBB7-4869-95AA-BB5EE8BF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stosegnaposto">
    <w:name w:val="Placeholder Text"/>
    <w:basedOn w:val="Carpredefinitoparagrafo"/>
    <w:uiPriority w:val="99"/>
    <w:semiHidden/>
    <w:rsid w:val="00E40C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_odt_hyperlink" Type="http://schemas.openxmlformats.org/officeDocument/2006/relationships/hyperlink" Target="https://www.onlinedoctranslator.com/fr/?utm_source=onlinedoctranslator&amp;utm_medium=docx&amp;utm_campaign=attribution" TargetMode="External"/><Relationship Id="r_odt_logo" Type="http://schemas.openxmlformats.org/officeDocument/2006/relationships/image" Target="media/odt_attribution_logo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Generado por python-docx</dc:description>
  <cp:lastModifiedBy>loris sichetti</cp:lastModifiedBy>
  <cp:revision>1</cp:revision>
  <dcterms:created xsi:type="dcterms:W3CDTF">2013-12-23T23:15:00Z</dcterms:created>
  <dcterms:modified xsi:type="dcterms:W3CDTF">2024-05-18T10:26:00Z</dcterms:modified>
  <cp:category/>
</cp:coreProperties>
</file>