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DCB18" w14:textId="730B7CE4" w:rsidR="004F6709" w:rsidRDefault="00524020">
      <w:pPr>
        <w:pStyle w:val="Titolo"/>
      </w:pPr>
      <w:r>
        <w:t xml:space="preserve">100 </w:t>
      </w:r>
      <w:proofErr w:type="spellStart"/>
      <w:r>
        <w:t>afirmaciones</w:t>
      </w:r>
      <w:proofErr w:type="spellEnd"/>
      <w:r>
        <w:t xml:space="preserve"> </w:t>
      </w:r>
      <w:proofErr w:type="spellStart"/>
      <w:r>
        <w:t>positivas</w:t>
      </w:r>
      <w:proofErr w:type="spellEnd"/>
    </w:p>
    <w:p w14:paraId="16251EE7" w14:textId="77777777" w:rsidR="004F6709" w:rsidRDefault="00524020">
      <w:r>
        <w:t>1. Soy capaz de alcanzar mis metas y hacer realidad mis sueños.</w:t>
      </w:r>
    </w:p>
    <w:p w14:paraId="291F4CD3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2. </w:t>
      </w:r>
      <w:proofErr w:type="spellStart"/>
      <w:r w:rsidRPr="00E40C94">
        <w:rPr>
          <w:lang w:val="it-IT"/>
        </w:rPr>
        <w:t>Merezco</w:t>
      </w:r>
      <w:proofErr w:type="spellEnd"/>
      <w:r w:rsidRPr="00E40C94">
        <w:rPr>
          <w:lang w:val="it-IT"/>
        </w:rPr>
        <w:t xml:space="preserve"> amor, </w:t>
      </w:r>
      <w:proofErr w:type="spellStart"/>
      <w:r w:rsidRPr="00E40C94">
        <w:rPr>
          <w:lang w:val="it-IT"/>
        </w:rPr>
        <w:t>felicidad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éxito</w:t>
      </w:r>
      <w:proofErr w:type="spellEnd"/>
      <w:r w:rsidRPr="00E40C94">
        <w:rPr>
          <w:lang w:val="it-IT"/>
        </w:rPr>
        <w:t xml:space="preserve"> en mi </w:t>
      </w:r>
      <w:proofErr w:type="spellStart"/>
      <w:r w:rsidRPr="00E40C94">
        <w:rPr>
          <w:lang w:val="it-IT"/>
        </w:rPr>
        <w:t>vida</w:t>
      </w:r>
      <w:proofErr w:type="spellEnd"/>
      <w:r w:rsidRPr="00E40C94">
        <w:rPr>
          <w:lang w:val="it-IT"/>
        </w:rPr>
        <w:t>.</w:t>
      </w:r>
    </w:p>
    <w:p w14:paraId="30D30A61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3. Cada </w:t>
      </w:r>
      <w:proofErr w:type="spellStart"/>
      <w:r w:rsidRPr="00E40C94">
        <w:rPr>
          <w:lang w:val="it-IT"/>
        </w:rPr>
        <w:t>día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más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fuerte</w:t>
      </w:r>
      <w:proofErr w:type="spellEnd"/>
      <w:r w:rsidRPr="00E40C94">
        <w:rPr>
          <w:lang w:val="it-IT"/>
        </w:rPr>
        <w:t xml:space="preserve">, </w:t>
      </w:r>
      <w:proofErr w:type="spellStart"/>
      <w:r w:rsidRPr="00E40C94">
        <w:rPr>
          <w:lang w:val="it-IT"/>
        </w:rPr>
        <w:t>más</w:t>
      </w:r>
      <w:proofErr w:type="spellEnd"/>
      <w:r w:rsidRPr="00E40C94">
        <w:rPr>
          <w:lang w:val="it-IT"/>
        </w:rPr>
        <w:t xml:space="preserve"> sabio y </w:t>
      </w:r>
      <w:proofErr w:type="spellStart"/>
      <w:r w:rsidRPr="00E40C94">
        <w:rPr>
          <w:lang w:val="it-IT"/>
        </w:rPr>
        <w:t>más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feliz</w:t>
      </w:r>
      <w:proofErr w:type="spellEnd"/>
      <w:r w:rsidRPr="00E40C94">
        <w:rPr>
          <w:lang w:val="it-IT"/>
        </w:rPr>
        <w:t>.</w:t>
      </w:r>
    </w:p>
    <w:p w14:paraId="2B41E8E8" w14:textId="77777777" w:rsidR="004F6709" w:rsidRDefault="00524020">
      <w:r>
        <w:t>4. Estoy agradecido por todas las bendiciones y oportunidades que recibo.</w:t>
      </w:r>
    </w:p>
    <w:p w14:paraId="1A90D291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5. </w:t>
      </w:r>
      <w:proofErr w:type="spellStart"/>
      <w:r w:rsidRPr="00E40C94">
        <w:rPr>
          <w:lang w:val="it-IT"/>
        </w:rPr>
        <w:t>Puedo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afrontar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cualquier</w:t>
      </w:r>
      <w:proofErr w:type="spellEnd"/>
      <w:r w:rsidRPr="00E40C94">
        <w:rPr>
          <w:lang w:val="it-IT"/>
        </w:rPr>
        <w:t xml:space="preserve"> reto con </w:t>
      </w:r>
      <w:proofErr w:type="spellStart"/>
      <w:r w:rsidRPr="00E40C94">
        <w:rPr>
          <w:lang w:val="it-IT"/>
        </w:rPr>
        <w:t>confianza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valentía</w:t>
      </w:r>
      <w:proofErr w:type="spellEnd"/>
      <w:r w:rsidRPr="00E40C94">
        <w:rPr>
          <w:lang w:val="it-IT"/>
        </w:rPr>
        <w:t>.</w:t>
      </w:r>
    </w:p>
    <w:p w14:paraId="40EAC6B0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6. Mi mente </w:t>
      </w:r>
      <w:proofErr w:type="spellStart"/>
      <w:r w:rsidRPr="00E40C94">
        <w:rPr>
          <w:lang w:val="it-IT"/>
        </w:rPr>
        <w:t>está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tranquila</w:t>
      </w:r>
      <w:proofErr w:type="spellEnd"/>
      <w:r w:rsidRPr="00E40C94">
        <w:rPr>
          <w:lang w:val="it-IT"/>
        </w:rPr>
        <w:t xml:space="preserve">, mi </w:t>
      </w:r>
      <w:proofErr w:type="spellStart"/>
      <w:r w:rsidRPr="00E40C94">
        <w:rPr>
          <w:lang w:val="it-IT"/>
        </w:rPr>
        <w:t>cuerpo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está</w:t>
      </w:r>
      <w:proofErr w:type="spellEnd"/>
      <w:r w:rsidRPr="00E40C94">
        <w:rPr>
          <w:lang w:val="it-IT"/>
        </w:rPr>
        <w:t xml:space="preserve"> sano y mi </w:t>
      </w:r>
      <w:proofErr w:type="spellStart"/>
      <w:r w:rsidRPr="00E40C94">
        <w:rPr>
          <w:lang w:val="it-IT"/>
        </w:rPr>
        <w:t>espíritu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está</w:t>
      </w:r>
      <w:proofErr w:type="spellEnd"/>
      <w:r w:rsidRPr="00E40C94">
        <w:rPr>
          <w:lang w:val="it-IT"/>
        </w:rPr>
        <w:t xml:space="preserve"> sereno.</w:t>
      </w:r>
    </w:p>
    <w:p w14:paraId="09D528C1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7. Solo </w:t>
      </w:r>
      <w:proofErr w:type="spellStart"/>
      <w:r w:rsidRPr="00E40C94">
        <w:rPr>
          <w:lang w:val="it-IT"/>
        </w:rPr>
        <w:t>atraigo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energía</w:t>
      </w:r>
      <w:proofErr w:type="spellEnd"/>
      <w:r w:rsidRPr="00E40C94">
        <w:rPr>
          <w:lang w:val="it-IT"/>
        </w:rPr>
        <w:t xml:space="preserve"> positiva y </w:t>
      </w:r>
      <w:proofErr w:type="spellStart"/>
      <w:r w:rsidRPr="00E40C94">
        <w:rPr>
          <w:lang w:val="it-IT"/>
        </w:rPr>
        <w:t>personas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que</w:t>
      </w:r>
      <w:proofErr w:type="spellEnd"/>
      <w:r w:rsidRPr="00E40C94">
        <w:rPr>
          <w:lang w:val="it-IT"/>
        </w:rPr>
        <w:t xml:space="preserve"> me </w:t>
      </w:r>
      <w:proofErr w:type="spellStart"/>
      <w:r w:rsidRPr="00E40C94">
        <w:rPr>
          <w:lang w:val="it-IT"/>
        </w:rPr>
        <w:t>apoyan</w:t>
      </w:r>
      <w:proofErr w:type="spellEnd"/>
      <w:r w:rsidRPr="00E40C94">
        <w:rPr>
          <w:lang w:val="it-IT"/>
        </w:rPr>
        <w:t>.</w:t>
      </w:r>
    </w:p>
    <w:p w14:paraId="51892D48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en </w:t>
      </w:r>
      <w:proofErr w:type="spellStart"/>
      <w:r w:rsidRPr="00E40C94">
        <w:rPr>
          <w:lang w:val="it-IT"/>
        </w:rPr>
        <w:t>paz</w:t>
      </w:r>
      <w:proofErr w:type="spellEnd"/>
      <w:r w:rsidRPr="00E40C94">
        <w:rPr>
          <w:lang w:val="it-IT"/>
        </w:rPr>
        <w:t xml:space="preserve"> </w:t>
      </w:r>
      <w:proofErr w:type="gramStart"/>
      <w:r w:rsidRPr="00E40C94">
        <w:rPr>
          <w:lang w:val="it-IT"/>
        </w:rPr>
        <w:t>con mi</w:t>
      </w:r>
      <w:proofErr w:type="gram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pasado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emocionado</w:t>
      </w:r>
      <w:proofErr w:type="spellEnd"/>
      <w:r w:rsidRPr="00E40C94">
        <w:rPr>
          <w:lang w:val="it-IT"/>
        </w:rPr>
        <w:t xml:space="preserve"> por mi futuro.</w:t>
      </w:r>
    </w:p>
    <w:p w14:paraId="169B13B4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9.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creativo, </w:t>
      </w:r>
      <w:proofErr w:type="spellStart"/>
      <w:r w:rsidRPr="00E40C94">
        <w:rPr>
          <w:lang w:val="it-IT"/>
        </w:rPr>
        <w:t>inspirado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lleno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ideas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innovadoras</w:t>
      </w:r>
      <w:proofErr w:type="spellEnd"/>
      <w:r w:rsidRPr="00E40C94">
        <w:rPr>
          <w:lang w:val="it-IT"/>
        </w:rPr>
        <w:t>.</w:t>
      </w:r>
    </w:p>
    <w:p w14:paraId="564F8D1F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10. Me </w:t>
      </w:r>
      <w:proofErr w:type="spellStart"/>
      <w:r w:rsidRPr="00E40C94">
        <w:rPr>
          <w:lang w:val="it-IT"/>
        </w:rPr>
        <w:t>acepto</w:t>
      </w:r>
      <w:proofErr w:type="spellEnd"/>
      <w:r w:rsidRPr="00E40C94">
        <w:rPr>
          <w:lang w:val="it-IT"/>
        </w:rPr>
        <w:t xml:space="preserve"> y me amo completamente por lo </w:t>
      </w:r>
      <w:proofErr w:type="spellStart"/>
      <w:r w:rsidRPr="00E40C94">
        <w:rPr>
          <w:lang w:val="it-IT"/>
        </w:rPr>
        <w:t>que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>.</w:t>
      </w:r>
    </w:p>
    <w:p w14:paraId="44E5C8F6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11.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resiliente y </w:t>
      </w:r>
      <w:proofErr w:type="spellStart"/>
      <w:r w:rsidRPr="00E40C94">
        <w:rPr>
          <w:lang w:val="it-IT"/>
        </w:rPr>
        <w:t>puedo</w:t>
      </w:r>
      <w:proofErr w:type="spellEnd"/>
      <w:r w:rsidRPr="00E40C94">
        <w:rPr>
          <w:lang w:val="it-IT"/>
        </w:rPr>
        <w:t xml:space="preserve"> superar </w:t>
      </w:r>
      <w:proofErr w:type="spellStart"/>
      <w:r w:rsidRPr="00E40C94">
        <w:rPr>
          <w:lang w:val="it-IT"/>
        </w:rPr>
        <w:t>cualquier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dificultad</w:t>
      </w:r>
      <w:proofErr w:type="spellEnd"/>
      <w:r w:rsidRPr="00E40C94">
        <w:rPr>
          <w:lang w:val="it-IT"/>
        </w:rPr>
        <w:t>.</w:t>
      </w:r>
    </w:p>
    <w:p w14:paraId="3E5B5205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12. Vivo cada </w:t>
      </w:r>
      <w:proofErr w:type="spellStart"/>
      <w:r w:rsidRPr="00E40C94">
        <w:rPr>
          <w:lang w:val="it-IT"/>
        </w:rPr>
        <w:t>día</w:t>
      </w:r>
      <w:proofErr w:type="spellEnd"/>
      <w:r w:rsidRPr="00E40C94">
        <w:rPr>
          <w:lang w:val="it-IT"/>
        </w:rPr>
        <w:t xml:space="preserve"> con </w:t>
      </w:r>
      <w:proofErr w:type="spellStart"/>
      <w:r w:rsidRPr="00E40C94">
        <w:rPr>
          <w:lang w:val="it-IT"/>
        </w:rPr>
        <w:t>gratitud</w:t>
      </w:r>
      <w:proofErr w:type="spellEnd"/>
      <w:r w:rsidRPr="00E40C94">
        <w:rPr>
          <w:lang w:val="it-IT"/>
        </w:rPr>
        <w:t xml:space="preserve"> y amor.</w:t>
      </w:r>
    </w:p>
    <w:p w14:paraId="50665CB0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13.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una persona </w:t>
      </w:r>
      <w:proofErr w:type="spellStart"/>
      <w:r w:rsidRPr="00E40C94">
        <w:rPr>
          <w:lang w:val="it-IT"/>
        </w:rPr>
        <w:t>valiosa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merezco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respeto</w:t>
      </w:r>
      <w:proofErr w:type="spellEnd"/>
      <w:r w:rsidRPr="00E40C94">
        <w:rPr>
          <w:lang w:val="it-IT"/>
        </w:rPr>
        <w:t>.</w:t>
      </w:r>
    </w:p>
    <w:p w14:paraId="01FEA1BC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14. </w:t>
      </w:r>
      <w:proofErr w:type="spellStart"/>
      <w:r w:rsidRPr="00E40C94">
        <w:rPr>
          <w:lang w:val="it-IT"/>
        </w:rPr>
        <w:t>Elijo</w:t>
      </w:r>
      <w:proofErr w:type="spellEnd"/>
      <w:r w:rsidRPr="00E40C94">
        <w:rPr>
          <w:lang w:val="it-IT"/>
        </w:rPr>
        <w:t xml:space="preserve"> ser </w:t>
      </w:r>
      <w:proofErr w:type="spellStart"/>
      <w:r w:rsidRPr="00E40C94">
        <w:rPr>
          <w:lang w:val="it-IT"/>
        </w:rPr>
        <w:t>feliz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vivir</w:t>
      </w:r>
      <w:proofErr w:type="spellEnd"/>
      <w:r w:rsidRPr="00E40C94">
        <w:rPr>
          <w:lang w:val="it-IT"/>
        </w:rPr>
        <w:t xml:space="preserve"> una </w:t>
      </w:r>
      <w:proofErr w:type="spellStart"/>
      <w:r w:rsidRPr="00E40C94">
        <w:rPr>
          <w:lang w:val="it-IT"/>
        </w:rPr>
        <w:t>vida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alegre</w:t>
      </w:r>
      <w:proofErr w:type="spellEnd"/>
      <w:r w:rsidRPr="00E40C94">
        <w:rPr>
          <w:lang w:val="it-IT"/>
        </w:rPr>
        <w:t>.</w:t>
      </w:r>
    </w:p>
    <w:p w14:paraId="208F5BF3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15.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rodeado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personas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que</w:t>
      </w:r>
      <w:proofErr w:type="spellEnd"/>
      <w:r w:rsidRPr="00E40C94">
        <w:rPr>
          <w:lang w:val="it-IT"/>
        </w:rPr>
        <w:t xml:space="preserve"> me </w:t>
      </w:r>
      <w:proofErr w:type="spellStart"/>
      <w:r w:rsidRPr="00E40C94">
        <w:rPr>
          <w:lang w:val="it-IT"/>
        </w:rPr>
        <w:t>apoyan</w:t>
      </w:r>
      <w:proofErr w:type="spellEnd"/>
      <w:r w:rsidRPr="00E40C94">
        <w:rPr>
          <w:lang w:val="it-IT"/>
        </w:rPr>
        <w:t xml:space="preserve"> y me </w:t>
      </w:r>
      <w:proofErr w:type="spellStart"/>
      <w:r w:rsidRPr="00E40C94">
        <w:rPr>
          <w:lang w:val="it-IT"/>
        </w:rPr>
        <w:t>aman</w:t>
      </w:r>
      <w:proofErr w:type="spellEnd"/>
      <w:r w:rsidRPr="00E40C94">
        <w:rPr>
          <w:lang w:val="it-IT"/>
        </w:rPr>
        <w:t>.</w:t>
      </w:r>
    </w:p>
    <w:p w14:paraId="36C74B07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16.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lleno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energía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vitalidad</w:t>
      </w:r>
      <w:proofErr w:type="spellEnd"/>
      <w:r w:rsidRPr="00E40C94">
        <w:rPr>
          <w:lang w:val="it-IT"/>
        </w:rPr>
        <w:t>.</w:t>
      </w:r>
    </w:p>
    <w:p w14:paraId="16961C8B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17.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capaz</w:t>
      </w:r>
      <w:proofErr w:type="spellEnd"/>
      <w:r w:rsidRPr="00E40C94">
        <w:rPr>
          <w:lang w:val="it-IT"/>
        </w:rPr>
        <w:t xml:space="preserve"> de crear la </w:t>
      </w:r>
      <w:proofErr w:type="spellStart"/>
      <w:r w:rsidRPr="00E40C94">
        <w:rPr>
          <w:lang w:val="it-IT"/>
        </w:rPr>
        <w:t>vida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que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deseo</w:t>
      </w:r>
      <w:proofErr w:type="spellEnd"/>
      <w:r w:rsidRPr="00E40C94">
        <w:rPr>
          <w:lang w:val="it-IT"/>
        </w:rPr>
        <w:t>.</w:t>
      </w:r>
    </w:p>
    <w:p w14:paraId="17D1C189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18.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fuerte</w:t>
      </w:r>
      <w:proofErr w:type="spellEnd"/>
      <w:r w:rsidRPr="00E40C94">
        <w:rPr>
          <w:lang w:val="it-IT"/>
        </w:rPr>
        <w:t xml:space="preserve">, </w:t>
      </w:r>
      <w:proofErr w:type="spellStart"/>
      <w:r w:rsidRPr="00E40C94">
        <w:rPr>
          <w:lang w:val="it-IT"/>
        </w:rPr>
        <w:t>valiente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confiado</w:t>
      </w:r>
      <w:proofErr w:type="spellEnd"/>
      <w:r w:rsidRPr="00E40C94">
        <w:rPr>
          <w:lang w:val="it-IT"/>
        </w:rPr>
        <w:t>.</w:t>
      </w:r>
    </w:p>
    <w:p w14:paraId="64FA71B8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19.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</w:t>
      </w:r>
      <w:proofErr w:type="spellStart"/>
      <w:r w:rsidRPr="00E40C94">
        <w:rPr>
          <w:lang w:val="it-IT"/>
        </w:rPr>
        <w:t>imán</w:t>
      </w:r>
      <w:proofErr w:type="spellEnd"/>
      <w:r w:rsidRPr="00E40C94">
        <w:rPr>
          <w:lang w:val="it-IT"/>
        </w:rPr>
        <w:t xml:space="preserve"> para </w:t>
      </w:r>
      <w:proofErr w:type="spellStart"/>
      <w:r w:rsidRPr="00E40C94">
        <w:rPr>
          <w:lang w:val="it-IT"/>
        </w:rPr>
        <w:t>las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oportunidades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positivas</w:t>
      </w:r>
      <w:proofErr w:type="spellEnd"/>
      <w:r w:rsidRPr="00E40C94">
        <w:rPr>
          <w:lang w:val="it-IT"/>
        </w:rPr>
        <w:t>.</w:t>
      </w:r>
    </w:p>
    <w:p w14:paraId="76E98E96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20. </w:t>
      </w:r>
      <w:proofErr w:type="spellStart"/>
      <w:r w:rsidRPr="00E40C94">
        <w:rPr>
          <w:lang w:val="it-IT"/>
        </w:rPr>
        <w:t>Elijo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pensamientos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que</w:t>
      </w:r>
      <w:proofErr w:type="spellEnd"/>
      <w:r w:rsidRPr="00E40C94">
        <w:rPr>
          <w:lang w:val="it-IT"/>
        </w:rPr>
        <w:t xml:space="preserve"> me </w:t>
      </w:r>
      <w:proofErr w:type="spellStart"/>
      <w:r w:rsidRPr="00E40C94">
        <w:rPr>
          <w:lang w:val="it-IT"/>
        </w:rPr>
        <w:t>hacen</w:t>
      </w:r>
      <w:proofErr w:type="spellEnd"/>
      <w:r w:rsidRPr="00E40C94">
        <w:rPr>
          <w:lang w:val="it-IT"/>
        </w:rPr>
        <w:t xml:space="preserve"> sentir </w:t>
      </w:r>
      <w:proofErr w:type="spellStart"/>
      <w:r w:rsidRPr="00E40C94">
        <w:rPr>
          <w:lang w:val="it-IT"/>
        </w:rPr>
        <w:t>bien</w:t>
      </w:r>
      <w:proofErr w:type="spellEnd"/>
      <w:r w:rsidRPr="00E40C94">
        <w:rPr>
          <w:lang w:val="it-IT"/>
        </w:rPr>
        <w:t>.</w:t>
      </w:r>
    </w:p>
    <w:p w14:paraId="790FFC29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21.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digno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todo</w:t>
      </w:r>
      <w:proofErr w:type="spellEnd"/>
      <w:r w:rsidRPr="00E40C94">
        <w:rPr>
          <w:lang w:val="it-IT"/>
        </w:rPr>
        <w:t xml:space="preserve"> lo </w:t>
      </w:r>
      <w:proofErr w:type="spellStart"/>
      <w:r w:rsidRPr="00E40C94">
        <w:rPr>
          <w:lang w:val="it-IT"/>
        </w:rPr>
        <w:t>que</w:t>
      </w:r>
      <w:proofErr w:type="spellEnd"/>
      <w:r w:rsidRPr="00E40C94">
        <w:rPr>
          <w:lang w:val="it-IT"/>
        </w:rPr>
        <w:t xml:space="preserve"> es </w:t>
      </w:r>
      <w:proofErr w:type="spellStart"/>
      <w:r w:rsidRPr="00E40C94">
        <w:rPr>
          <w:lang w:val="it-IT"/>
        </w:rPr>
        <w:t>bueno</w:t>
      </w:r>
      <w:proofErr w:type="spellEnd"/>
      <w:r w:rsidRPr="00E40C94">
        <w:rPr>
          <w:lang w:val="it-IT"/>
        </w:rPr>
        <w:t xml:space="preserve"> en la </w:t>
      </w:r>
      <w:proofErr w:type="spellStart"/>
      <w:r w:rsidRPr="00E40C94">
        <w:rPr>
          <w:lang w:val="it-IT"/>
        </w:rPr>
        <w:t>vida</w:t>
      </w:r>
      <w:proofErr w:type="spellEnd"/>
      <w:r w:rsidRPr="00E40C94">
        <w:rPr>
          <w:lang w:val="it-IT"/>
        </w:rPr>
        <w:t>.</w:t>
      </w:r>
    </w:p>
    <w:p w14:paraId="7549B1D8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22. </w:t>
      </w:r>
      <w:proofErr w:type="spellStart"/>
      <w:r w:rsidRPr="00E40C94">
        <w:rPr>
          <w:lang w:val="it-IT"/>
        </w:rPr>
        <w:t>Atraigo</w:t>
      </w:r>
      <w:proofErr w:type="spellEnd"/>
      <w:r w:rsidRPr="00E40C94">
        <w:rPr>
          <w:lang w:val="it-IT"/>
        </w:rPr>
        <w:t xml:space="preserve"> la </w:t>
      </w:r>
      <w:proofErr w:type="spellStart"/>
      <w:r w:rsidRPr="00E40C94">
        <w:rPr>
          <w:lang w:val="it-IT"/>
        </w:rPr>
        <w:t>abundancia</w:t>
      </w:r>
      <w:proofErr w:type="spellEnd"/>
      <w:r w:rsidRPr="00E40C94">
        <w:rPr>
          <w:lang w:val="it-IT"/>
        </w:rPr>
        <w:t xml:space="preserve"> en </w:t>
      </w:r>
      <w:proofErr w:type="spellStart"/>
      <w:r w:rsidRPr="00E40C94">
        <w:rPr>
          <w:lang w:val="it-IT"/>
        </w:rPr>
        <w:t>todas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las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áreas</w:t>
      </w:r>
      <w:proofErr w:type="spellEnd"/>
      <w:r w:rsidRPr="00E40C94">
        <w:rPr>
          <w:lang w:val="it-IT"/>
        </w:rPr>
        <w:t xml:space="preserve"> de mi </w:t>
      </w:r>
      <w:proofErr w:type="spellStart"/>
      <w:r w:rsidRPr="00E40C94">
        <w:rPr>
          <w:lang w:val="it-IT"/>
        </w:rPr>
        <w:t>vida</w:t>
      </w:r>
      <w:proofErr w:type="spellEnd"/>
      <w:r w:rsidRPr="00E40C94">
        <w:rPr>
          <w:lang w:val="it-IT"/>
        </w:rPr>
        <w:t>.</w:t>
      </w:r>
    </w:p>
    <w:p w14:paraId="27389C8A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23.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lleno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creatividad</w:t>
      </w:r>
      <w:proofErr w:type="spellEnd"/>
      <w:r w:rsidRPr="00E40C94">
        <w:rPr>
          <w:lang w:val="it-IT"/>
        </w:rPr>
        <w:t xml:space="preserve"> e </w:t>
      </w:r>
      <w:proofErr w:type="spellStart"/>
      <w:r w:rsidRPr="00E40C94">
        <w:rPr>
          <w:lang w:val="it-IT"/>
        </w:rPr>
        <w:t>ideas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brillantes</w:t>
      </w:r>
      <w:proofErr w:type="spellEnd"/>
      <w:r w:rsidRPr="00E40C94">
        <w:rPr>
          <w:lang w:val="it-IT"/>
        </w:rPr>
        <w:t>.</w:t>
      </w:r>
    </w:p>
    <w:p w14:paraId="41DA115B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24. </w:t>
      </w:r>
      <w:proofErr w:type="spellStart"/>
      <w:r w:rsidRPr="00E40C94">
        <w:rPr>
          <w:lang w:val="it-IT"/>
        </w:rPr>
        <w:t>Siempre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abierto</w:t>
      </w:r>
      <w:proofErr w:type="spellEnd"/>
      <w:r w:rsidRPr="00E40C94">
        <w:rPr>
          <w:lang w:val="it-IT"/>
        </w:rPr>
        <w:t xml:space="preserve"> a </w:t>
      </w:r>
      <w:proofErr w:type="spellStart"/>
      <w:r w:rsidRPr="00E40C94">
        <w:rPr>
          <w:lang w:val="it-IT"/>
        </w:rPr>
        <w:t>nuevas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posibilidades</w:t>
      </w:r>
      <w:proofErr w:type="spellEnd"/>
      <w:r w:rsidRPr="00E40C94">
        <w:rPr>
          <w:lang w:val="it-IT"/>
        </w:rPr>
        <w:t>.</w:t>
      </w:r>
    </w:p>
    <w:p w14:paraId="65D8A4E0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lastRenderedPageBreak/>
        <w:t xml:space="preserve">25. </w:t>
      </w:r>
      <w:proofErr w:type="spellStart"/>
      <w:r w:rsidRPr="00E40C94">
        <w:rPr>
          <w:lang w:val="it-IT"/>
        </w:rPr>
        <w:t>Merezco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estar</w:t>
      </w:r>
      <w:proofErr w:type="spellEnd"/>
      <w:r w:rsidRPr="00E40C94">
        <w:rPr>
          <w:lang w:val="it-IT"/>
        </w:rPr>
        <w:t xml:space="preserve"> sano y </w:t>
      </w:r>
      <w:proofErr w:type="spellStart"/>
      <w:r w:rsidRPr="00E40C94">
        <w:rPr>
          <w:lang w:val="it-IT"/>
        </w:rPr>
        <w:t>feliz</w:t>
      </w:r>
      <w:proofErr w:type="spellEnd"/>
      <w:r w:rsidRPr="00E40C94">
        <w:rPr>
          <w:lang w:val="it-IT"/>
        </w:rPr>
        <w:t>.</w:t>
      </w:r>
    </w:p>
    <w:p w14:paraId="433A16E4" w14:textId="77777777" w:rsidR="004F6709" w:rsidRDefault="00524020">
      <w:r>
        <w:t>26. Soy capaz de hacer grandes cosas.</w:t>
      </w:r>
    </w:p>
    <w:p w14:paraId="268D09CA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27. Tengo </w:t>
      </w:r>
      <w:proofErr w:type="spellStart"/>
      <w:r w:rsidRPr="00E40C94">
        <w:rPr>
          <w:lang w:val="it-IT"/>
        </w:rPr>
        <w:t>el</w:t>
      </w:r>
      <w:proofErr w:type="spellEnd"/>
      <w:r w:rsidRPr="00E40C94">
        <w:rPr>
          <w:lang w:val="it-IT"/>
        </w:rPr>
        <w:t xml:space="preserve"> control de mi </w:t>
      </w:r>
      <w:proofErr w:type="spellStart"/>
      <w:r w:rsidRPr="00E40C94">
        <w:rPr>
          <w:lang w:val="it-IT"/>
        </w:rPr>
        <w:t>vida</w:t>
      </w:r>
      <w:proofErr w:type="spellEnd"/>
      <w:r w:rsidRPr="00E40C94">
        <w:rPr>
          <w:lang w:val="it-IT"/>
        </w:rPr>
        <w:t xml:space="preserve"> y mi destino.</w:t>
      </w:r>
    </w:p>
    <w:p w14:paraId="0BBD3F83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28. </w:t>
      </w:r>
      <w:proofErr w:type="spellStart"/>
      <w:r w:rsidRPr="00E40C94">
        <w:rPr>
          <w:lang w:val="it-IT"/>
        </w:rPr>
        <w:t>Elijo</w:t>
      </w:r>
      <w:proofErr w:type="spellEnd"/>
      <w:r w:rsidRPr="00E40C94">
        <w:rPr>
          <w:lang w:val="it-IT"/>
        </w:rPr>
        <w:t xml:space="preserve"> la </w:t>
      </w:r>
      <w:proofErr w:type="spellStart"/>
      <w:r w:rsidRPr="00E40C94">
        <w:rPr>
          <w:lang w:val="it-IT"/>
        </w:rPr>
        <w:t>paz</w:t>
      </w:r>
      <w:proofErr w:type="spellEnd"/>
      <w:r w:rsidRPr="00E40C94">
        <w:rPr>
          <w:lang w:val="it-IT"/>
        </w:rPr>
        <w:t xml:space="preserve"> y la </w:t>
      </w:r>
      <w:proofErr w:type="spellStart"/>
      <w:r w:rsidRPr="00E40C94">
        <w:rPr>
          <w:lang w:val="it-IT"/>
        </w:rPr>
        <w:t>armonía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todos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los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días</w:t>
      </w:r>
      <w:proofErr w:type="spellEnd"/>
      <w:r w:rsidRPr="00E40C94">
        <w:rPr>
          <w:lang w:val="it-IT"/>
        </w:rPr>
        <w:t>.</w:t>
      </w:r>
    </w:p>
    <w:p w14:paraId="763A2FBF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29.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una persona </w:t>
      </w:r>
      <w:proofErr w:type="spellStart"/>
      <w:r w:rsidRPr="00E40C94">
        <w:rPr>
          <w:lang w:val="it-IT"/>
        </w:rPr>
        <w:t>cariñosa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adorable</w:t>
      </w:r>
      <w:proofErr w:type="spellEnd"/>
      <w:r w:rsidRPr="00E40C94">
        <w:rPr>
          <w:lang w:val="it-IT"/>
        </w:rPr>
        <w:t>.</w:t>
      </w:r>
    </w:p>
    <w:p w14:paraId="3146A434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30.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agradecido</w:t>
      </w:r>
      <w:proofErr w:type="spellEnd"/>
      <w:r w:rsidRPr="00E40C94">
        <w:rPr>
          <w:lang w:val="it-IT"/>
        </w:rPr>
        <w:t xml:space="preserve"> por mi </w:t>
      </w:r>
      <w:proofErr w:type="spellStart"/>
      <w:r w:rsidRPr="00E40C94">
        <w:rPr>
          <w:lang w:val="it-IT"/>
        </w:rPr>
        <w:t>salud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bienestar</w:t>
      </w:r>
      <w:proofErr w:type="spellEnd"/>
      <w:r w:rsidRPr="00E40C94">
        <w:rPr>
          <w:lang w:val="it-IT"/>
        </w:rPr>
        <w:t>.</w:t>
      </w:r>
    </w:p>
    <w:p w14:paraId="7E16356E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31. </w:t>
      </w:r>
      <w:proofErr w:type="spellStart"/>
      <w:r w:rsidRPr="00E40C94">
        <w:rPr>
          <w:lang w:val="it-IT"/>
        </w:rPr>
        <w:t>Atraigo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el</w:t>
      </w:r>
      <w:proofErr w:type="spellEnd"/>
      <w:r w:rsidRPr="00E40C94">
        <w:rPr>
          <w:lang w:val="it-IT"/>
        </w:rPr>
        <w:t xml:space="preserve"> amor y la </w:t>
      </w:r>
      <w:proofErr w:type="spellStart"/>
      <w:r w:rsidRPr="00E40C94">
        <w:rPr>
          <w:lang w:val="it-IT"/>
        </w:rPr>
        <w:t>bondad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dondequiera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que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voy</w:t>
      </w:r>
      <w:proofErr w:type="spellEnd"/>
      <w:r w:rsidRPr="00E40C94">
        <w:rPr>
          <w:lang w:val="it-IT"/>
        </w:rPr>
        <w:t>.</w:t>
      </w:r>
    </w:p>
    <w:p w14:paraId="350CB54C" w14:textId="77777777" w:rsidR="004F6709" w:rsidRDefault="00524020">
      <w:r>
        <w:t>32. Confío en mis habilidades y talentos.</w:t>
      </w:r>
    </w:p>
    <w:p w14:paraId="4393F3A9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33. </w:t>
      </w:r>
      <w:proofErr w:type="spellStart"/>
      <w:r w:rsidRPr="00E40C94">
        <w:rPr>
          <w:lang w:val="it-IT"/>
        </w:rPr>
        <w:t>Siempre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a salvo y </w:t>
      </w:r>
      <w:proofErr w:type="spellStart"/>
      <w:r w:rsidRPr="00E40C94">
        <w:rPr>
          <w:lang w:val="it-IT"/>
        </w:rPr>
        <w:t>seguro</w:t>
      </w:r>
      <w:proofErr w:type="spellEnd"/>
      <w:r w:rsidRPr="00E40C94">
        <w:rPr>
          <w:lang w:val="it-IT"/>
        </w:rPr>
        <w:t>.</w:t>
      </w:r>
    </w:p>
    <w:p w14:paraId="1DF76613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34.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libre de ser </w:t>
      </w:r>
      <w:proofErr w:type="spellStart"/>
      <w:r w:rsidRPr="00E40C94">
        <w:rPr>
          <w:lang w:val="it-IT"/>
        </w:rPr>
        <w:t>yo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mismo</w:t>
      </w:r>
      <w:proofErr w:type="spellEnd"/>
      <w:r w:rsidRPr="00E40C94">
        <w:rPr>
          <w:lang w:val="it-IT"/>
        </w:rPr>
        <w:t>.</w:t>
      </w:r>
    </w:p>
    <w:p w14:paraId="3713ABEA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35.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una persona </w:t>
      </w:r>
      <w:proofErr w:type="spellStart"/>
      <w:r w:rsidRPr="00E40C94">
        <w:rPr>
          <w:lang w:val="it-IT"/>
        </w:rPr>
        <w:t>maravillosa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especial</w:t>
      </w:r>
      <w:proofErr w:type="spellEnd"/>
      <w:r w:rsidRPr="00E40C94">
        <w:rPr>
          <w:lang w:val="it-IT"/>
        </w:rPr>
        <w:t>.</w:t>
      </w:r>
    </w:p>
    <w:p w14:paraId="08B6EEA7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36.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digno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todo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el</w:t>
      </w:r>
      <w:proofErr w:type="spellEnd"/>
      <w:r w:rsidRPr="00E40C94">
        <w:rPr>
          <w:lang w:val="it-IT"/>
        </w:rPr>
        <w:t xml:space="preserve"> amor y la </w:t>
      </w:r>
      <w:proofErr w:type="spellStart"/>
      <w:r w:rsidRPr="00E40C94">
        <w:rPr>
          <w:lang w:val="it-IT"/>
        </w:rPr>
        <w:t>felicidad</w:t>
      </w:r>
      <w:proofErr w:type="spellEnd"/>
      <w:r w:rsidRPr="00E40C94">
        <w:rPr>
          <w:lang w:val="it-IT"/>
        </w:rPr>
        <w:t xml:space="preserve"> del </w:t>
      </w:r>
      <w:proofErr w:type="spellStart"/>
      <w:r w:rsidRPr="00E40C94">
        <w:rPr>
          <w:lang w:val="it-IT"/>
        </w:rPr>
        <w:t>mundo</w:t>
      </w:r>
      <w:proofErr w:type="spellEnd"/>
      <w:r w:rsidRPr="00E40C94">
        <w:rPr>
          <w:lang w:val="it-IT"/>
        </w:rPr>
        <w:t>.</w:t>
      </w:r>
    </w:p>
    <w:p w14:paraId="6CEE2A72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37.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</w:t>
      </w:r>
      <w:proofErr w:type="spellStart"/>
      <w:r w:rsidRPr="00E40C94">
        <w:rPr>
          <w:lang w:val="it-IT"/>
        </w:rPr>
        <w:t>ejemplo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positividad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optimismo</w:t>
      </w:r>
      <w:proofErr w:type="spellEnd"/>
      <w:r w:rsidRPr="00E40C94">
        <w:rPr>
          <w:lang w:val="it-IT"/>
        </w:rPr>
        <w:t>.</w:t>
      </w:r>
    </w:p>
    <w:p w14:paraId="07DF56F2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38. </w:t>
      </w:r>
      <w:proofErr w:type="spellStart"/>
      <w:r w:rsidRPr="00E40C94">
        <w:rPr>
          <w:lang w:val="it-IT"/>
        </w:rPr>
        <w:t>Merezco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vivir</w:t>
      </w:r>
      <w:proofErr w:type="spellEnd"/>
      <w:r w:rsidRPr="00E40C94">
        <w:rPr>
          <w:lang w:val="it-IT"/>
        </w:rPr>
        <w:t xml:space="preserve"> una </w:t>
      </w:r>
      <w:proofErr w:type="spellStart"/>
      <w:r w:rsidRPr="00E40C94">
        <w:rPr>
          <w:lang w:val="it-IT"/>
        </w:rPr>
        <w:t>vida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extraordinaria</w:t>
      </w:r>
      <w:proofErr w:type="spellEnd"/>
      <w:r w:rsidRPr="00E40C94">
        <w:rPr>
          <w:lang w:val="it-IT"/>
        </w:rPr>
        <w:t>.</w:t>
      </w:r>
    </w:p>
    <w:p w14:paraId="1E173B63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39.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orgulloso</w:t>
      </w:r>
      <w:proofErr w:type="spellEnd"/>
      <w:r w:rsidRPr="00E40C94">
        <w:rPr>
          <w:lang w:val="it-IT"/>
        </w:rPr>
        <w:t xml:space="preserve"> de lo </w:t>
      </w:r>
      <w:proofErr w:type="spellStart"/>
      <w:r w:rsidRPr="00E40C94">
        <w:rPr>
          <w:lang w:val="it-IT"/>
        </w:rPr>
        <w:t>que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y de lo </w:t>
      </w:r>
      <w:proofErr w:type="spellStart"/>
      <w:r w:rsidRPr="00E40C94">
        <w:rPr>
          <w:lang w:val="it-IT"/>
        </w:rPr>
        <w:t>que</w:t>
      </w:r>
      <w:proofErr w:type="spellEnd"/>
      <w:r w:rsidRPr="00E40C94">
        <w:rPr>
          <w:lang w:val="it-IT"/>
        </w:rPr>
        <w:t xml:space="preserve"> he </w:t>
      </w:r>
      <w:proofErr w:type="spellStart"/>
      <w:r w:rsidRPr="00E40C94">
        <w:rPr>
          <w:lang w:val="it-IT"/>
        </w:rPr>
        <w:t>logrado</w:t>
      </w:r>
      <w:proofErr w:type="spellEnd"/>
      <w:r w:rsidRPr="00E40C94">
        <w:rPr>
          <w:lang w:val="it-IT"/>
        </w:rPr>
        <w:t>.</w:t>
      </w:r>
    </w:p>
    <w:p w14:paraId="7C4E04A7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40.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en </w:t>
      </w:r>
      <w:proofErr w:type="spellStart"/>
      <w:r w:rsidRPr="00E40C94">
        <w:rPr>
          <w:lang w:val="it-IT"/>
        </w:rPr>
        <w:t>perfecta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armonía</w:t>
      </w:r>
      <w:proofErr w:type="spellEnd"/>
      <w:r w:rsidRPr="00E40C94">
        <w:rPr>
          <w:lang w:val="it-IT"/>
        </w:rPr>
        <w:t xml:space="preserve"> con </w:t>
      </w:r>
      <w:proofErr w:type="spellStart"/>
      <w:r w:rsidRPr="00E40C94">
        <w:rPr>
          <w:lang w:val="it-IT"/>
        </w:rPr>
        <w:t>el</w:t>
      </w:r>
      <w:proofErr w:type="spellEnd"/>
      <w:r w:rsidRPr="00E40C94">
        <w:rPr>
          <w:lang w:val="it-IT"/>
        </w:rPr>
        <w:t xml:space="preserve"> universo.</w:t>
      </w:r>
    </w:p>
    <w:p w14:paraId="581563A4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41.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faro de </w:t>
      </w:r>
      <w:proofErr w:type="spellStart"/>
      <w:r w:rsidRPr="00E40C94">
        <w:rPr>
          <w:lang w:val="it-IT"/>
        </w:rPr>
        <w:t>luz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esperanza</w:t>
      </w:r>
      <w:proofErr w:type="spellEnd"/>
      <w:r w:rsidRPr="00E40C94">
        <w:rPr>
          <w:lang w:val="it-IT"/>
        </w:rPr>
        <w:t>.</w:t>
      </w:r>
    </w:p>
    <w:p w14:paraId="479C76D9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42.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infinitamente </w:t>
      </w:r>
      <w:proofErr w:type="spellStart"/>
      <w:r w:rsidRPr="00E40C94">
        <w:rPr>
          <w:lang w:val="it-IT"/>
        </w:rPr>
        <w:t>amado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apoyado</w:t>
      </w:r>
      <w:proofErr w:type="spellEnd"/>
      <w:r w:rsidRPr="00E40C94">
        <w:rPr>
          <w:lang w:val="it-IT"/>
        </w:rPr>
        <w:t>.</w:t>
      </w:r>
    </w:p>
    <w:p w14:paraId="58884EBA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43.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lleno</w:t>
      </w:r>
      <w:proofErr w:type="spellEnd"/>
      <w:r w:rsidRPr="00E40C94">
        <w:rPr>
          <w:lang w:val="it-IT"/>
        </w:rPr>
        <w:t xml:space="preserve"> de entusiasmo y </w:t>
      </w:r>
      <w:proofErr w:type="spellStart"/>
      <w:r w:rsidRPr="00E40C94">
        <w:rPr>
          <w:lang w:val="it-IT"/>
        </w:rPr>
        <w:t>pasión</w:t>
      </w:r>
      <w:proofErr w:type="spellEnd"/>
      <w:r w:rsidRPr="00E40C94">
        <w:rPr>
          <w:lang w:val="it-IT"/>
        </w:rPr>
        <w:t xml:space="preserve"> por la </w:t>
      </w:r>
      <w:proofErr w:type="spellStart"/>
      <w:r w:rsidRPr="00E40C94">
        <w:rPr>
          <w:lang w:val="it-IT"/>
        </w:rPr>
        <w:t>vida</w:t>
      </w:r>
      <w:proofErr w:type="spellEnd"/>
      <w:r w:rsidRPr="00E40C94">
        <w:rPr>
          <w:lang w:val="it-IT"/>
        </w:rPr>
        <w:t>.</w:t>
      </w:r>
    </w:p>
    <w:p w14:paraId="004124FE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44.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rodeado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abundancia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prosperidad</w:t>
      </w:r>
      <w:proofErr w:type="spellEnd"/>
      <w:r w:rsidRPr="00E40C94">
        <w:rPr>
          <w:lang w:val="it-IT"/>
        </w:rPr>
        <w:t>.</w:t>
      </w:r>
    </w:p>
    <w:p w14:paraId="5E34DB92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45.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capaz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atraer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el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éxito</w:t>
      </w:r>
      <w:proofErr w:type="spellEnd"/>
      <w:r w:rsidRPr="00E40C94">
        <w:rPr>
          <w:lang w:val="it-IT"/>
        </w:rPr>
        <w:t xml:space="preserve"> en </w:t>
      </w:r>
      <w:proofErr w:type="spellStart"/>
      <w:r w:rsidRPr="00E40C94">
        <w:rPr>
          <w:lang w:val="it-IT"/>
        </w:rPr>
        <w:t>todo</w:t>
      </w:r>
      <w:proofErr w:type="spellEnd"/>
      <w:r w:rsidRPr="00E40C94">
        <w:rPr>
          <w:lang w:val="it-IT"/>
        </w:rPr>
        <w:t xml:space="preserve"> lo </w:t>
      </w:r>
      <w:proofErr w:type="spellStart"/>
      <w:r w:rsidRPr="00E40C94">
        <w:rPr>
          <w:lang w:val="it-IT"/>
        </w:rPr>
        <w:t>que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hago</w:t>
      </w:r>
      <w:proofErr w:type="spellEnd"/>
      <w:r w:rsidRPr="00E40C94">
        <w:rPr>
          <w:lang w:val="it-IT"/>
        </w:rPr>
        <w:t>.</w:t>
      </w:r>
    </w:p>
    <w:p w14:paraId="2CD84BD4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46.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una persona </w:t>
      </w:r>
      <w:proofErr w:type="spellStart"/>
      <w:r w:rsidRPr="00E40C94">
        <w:rPr>
          <w:lang w:val="it-IT"/>
        </w:rPr>
        <w:t>valiente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decidida</w:t>
      </w:r>
      <w:proofErr w:type="spellEnd"/>
      <w:r w:rsidRPr="00E40C94">
        <w:rPr>
          <w:lang w:val="it-IT"/>
        </w:rPr>
        <w:t>.</w:t>
      </w:r>
    </w:p>
    <w:p w14:paraId="00E1D970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47.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agradecido</w:t>
      </w:r>
      <w:proofErr w:type="spellEnd"/>
      <w:r w:rsidRPr="00E40C94">
        <w:rPr>
          <w:lang w:val="it-IT"/>
        </w:rPr>
        <w:t xml:space="preserve"> por cada momento de mi </w:t>
      </w:r>
      <w:proofErr w:type="spellStart"/>
      <w:r w:rsidRPr="00E40C94">
        <w:rPr>
          <w:lang w:val="it-IT"/>
        </w:rPr>
        <w:t>vida</w:t>
      </w:r>
      <w:proofErr w:type="spellEnd"/>
      <w:r w:rsidRPr="00E40C94">
        <w:rPr>
          <w:lang w:val="it-IT"/>
        </w:rPr>
        <w:t>.</w:t>
      </w:r>
    </w:p>
    <w:p w14:paraId="735F53DC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48.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</w:t>
      </w:r>
      <w:proofErr w:type="spellStart"/>
      <w:r w:rsidRPr="00E40C94">
        <w:rPr>
          <w:lang w:val="it-IT"/>
        </w:rPr>
        <w:t>creador</w:t>
      </w:r>
      <w:proofErr w:type="spellEnd"/>
      <w:r w:rsidRPr="00E40C94">
        <w:rPr>
          <w:lang w:val="it-IT"/>
        </w:rPr>
        <w:t xml:space="preserve"> de mi </w:t>
      </w:r>
      <w:proofErr w:type="spellStart"/>
      <w:r w:rsidRPr="00E40C94">
        <w:rPr>
          <w:lang w:val="it-IT"/>
        </w:rPr>
        <w:t>propia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realidad</w:t>
      </w:r>
      <w:proofErr w:type="spellEnd"/>
      <w:r w:rsidRPr="00E40C94">
        <w:rPr>
          <w:lang w:val="it-IT"/>
        </w:rPr>
        <w:t>.</w:t>
      </w:r>
    </w:p>
    <w:p w14:paraId="2B210547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49.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capaz</w:t>
      </w:r>
      <w:proofErr w:type="spellEnd"/>
      <w:r w:rsidRPr="00E40C94">
        <w:rPr>
          <w:lang w:val="it-IT"/>
        </w:rPr>
        <w:t xml:space="preserve"> de superar </w:t>
      </w:r>
      <w:proofErr w:type="spellStart"/>
      <w:r w:rsidRPr="00E40C94">
        <w:rPr>
          <w:lang w:val="it-IT"/>
        </w:rPr>
        <w:t>cualquier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obstáculo</w:t>
      </w:r>
      <w:proofErr w:type="spellEnd"/>
      <w:r w:rsidRPr="00E40C94">
        <w:rPr>
          <w:lang w:val="it-IT"/>
        </w:rPr>
        <w:t>.</w:t>
      </w:r>
    </w:p>
    <w:p w14:paraId="2CD43874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50.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</w:t>
      </w:r>
      <w:proofErr w:type="spellStart"/>
      <w:r w:rsidRPr="00E40C94">
        <w:rPr>
          <w:lang w:val="it-IT"/>
        </w:rPr>
        <w:t>ejemplo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fortaleza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resiliencia</w:t>
      </w:r>
      <w:proofErr w:type="spellEnd"/>
      <w:r w:rsidRPr="00E40C94">
        <w:rPr>
          <w:lang w:val="it-IT"/>
        </w:rPr>
        <w:t>.</w:t>
      </w:r>
    </w:p>
    <w:p w14:paraId="648694CD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lastRenderedPageBreak/>
        <w:t xml:space="preserve">51.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ser de </w:t>
      </w:r>
      <w:proofErr w:type="spellStart"/>
      <w:r w:rsidRPr="00E40C94">
        <w:rPr>
          <w:lang w:val="it-IT"/>
        </w:rPr>
        <w:t>luz</w:t>
      </w:r>
      <w:proofErr w:type="spellEnd"/>
      <w:r w:rsidRPr="00E40C94">
        <w:rPr>
          <w:lang w:val="it-IT"/>
        </w:rPr>
        <w:t xml:space="preserve"> y amor.</w:t>
      </w:r>
    </w:p>
    <w:p w14:paraId="1A07746F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52.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equilibrado</w:t>
      </w:r>
      <w:proofErr w:type="spellEnd"/>
      <w:r w:rsidRPr="00E40C94">
        <w:rPr>
          <w:lang w:val="it-IT"/>
        </w:rPr>
        <w:t xml:space="preserve"> y en </w:t>
      </w:r>
      <w:proofErr w:type="spellStart"/>
      <w:r w:rsidRPr="00E40C94">
        <w:rPr>
          <w:lang w:val="it-IT"/>
        </w:rPr>
        <w:t>paz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conmigo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mismo</w:t>
      </w:r>
      <w:proofErr w:type="spellEnd"/>
      <w:r w:rsidRPr="00E40C94">
        <w:rPr>
          <w:lang w:val="it-IT"/>
        </w:rPr>
        <w:t>.</w:t>
      </w:r>
    </w:p>
    <w:p w14:paraId="2B0A98BF" w14:textId="77777777" w:rsidR="004F6709" w:rsidRDefault="00524020">
      <w:r>
        <w:t>53. Soy capaz de lograr grandes cosas.</w:t>
      </w:r>
    </w:p>
    <w:p w14:paraId="5092A9BB" w14:textId="77777777" w:rsidR="004F6709" w:rsidRDefault="00524020">
      <w:r>
        <w:t>54. Soy digno de todos mis sueños y deseos.</w:t>
      </w:r>
    </w:p>
    <w:p w14:paraId="25865CAD" w14:textId="77777777" w:rsidR="004F6709" w:rsidRDefault="00524020">
      <w:r>
        <w:t>55. Yo soy un canal de abundancia y prosperidad.</w:t>
      </w:r>
    </w:p>
    <w:p w14:paraId="2E9E2859" w14:textId="77777777" w:rsidR="004F6709" w:rsidRDefault="00524020">
      <w:r>
        <w:t>56. Siempre estoy en el lugar correcto en el momento correcto.</w:t>
      </w:r>
    </w:p>
    <w:p w14:paraId="047EAD76" w14:textId="77777777" w:rsidR="004F6709" w:rsidRDefault="00524020">
      <w:r>
        <w:t>57. Soy un imán para los milagros y las bendiciones.</w:t>
      </w:r>
    </w:p>
    <w:p w14:paraId="0AD13427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58.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en </w:t>
      </w:r>
      <w:proofErr w:type="spellStart"/>
      <w:r w:rsidRPr="00E40C94">
        <w:rPr>
          <w:lang w:val="it-IT"/>
        </w:rPr>
        <w:t>perfecto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estado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salud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lleno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energía</w:t>
      </w:r>
      <w:proofErr w:type="spellEnd"/>
      <w:r w:rsidRPr="00E40C94">
        <w:rPr>
          <w:lang w:val="it-IT"/>
        </w:rPr>
        <w:t>.</w:t>
      </w:r>
    </w:p>
    <w:p w14:paraId="16CA7D0F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59.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</w:t>
      </w:r>
      <w:proofErr w:type="gramStart"/>
      <w:r w:rsidRPr="00E40C94">
        <w:rPr>
          <w:lang w:val="it-IT"/>
        </w:rPr>
        <w:t>un alma</w:t>
      </w:r>
      <w:proofErr w:type="gram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hermosa</w:t>
      </w:r>
      <w:proofErr w:type="spellEnd"/>
      <w:r w:rsidRPr="00E40C94">
        <w:rPr>
          <w:lang w:val="it-IT"/>
        </w:rPr>
        <w:t xml:space="preserve"> y luminosa.</w:t>
      </w:r>
    </w:p>
    <w:p w14:paraId="712C6776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60.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amado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respetado</w:t>
      </w:r>
      <w:proofErr w:type="spellEnd"/>
      <w:r w:rsidRPr="00E40C94">
        <w:rPr>
          <w:lang w:val="it-IT"/>
        </w:rPr>
        <w:t xml:space="preserve"> por lo </w:t>
      </w:r>
      <w:proofErr w:type="spellStart"/>
      <w:r w:rsidRPr="00E40C94">
        <w:rPr>
          <w:lang w:val="it-IT"/>
        </w:rPr>
        <w:t>que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>.</w:t>
      </w:r>
    </w:p>
    <w:p w14:paraId="4F8A10DA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61.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en </w:t>
      </w:r>
      <w:proofErr w:type="spellStart"/>
      <w:r w:rsidRPr="00E40C94">
        <w:rPr>
          <w:lang w:val="it-IT"/>
        </w:rPr>
        <w:t>paz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conmigo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mismo</w:t>
      </w:r>
      <w:proofErr w:type="spellEnd"/>
      <w:r w:rsidRPr="00E40C94">
        <w:rPr>
          <w:lang w:val="it-IT"/>
        </w:rPr>
        <w:t xml:space="preserve"> y con </w:t>
      </w:r>
      <w:proofErr w:type="spellStart"/>
      <w:r w:rsidRPr="00E40C94">
        <w:rPr>
          <w:lang w:val="it-IT"/>
        </w:rPr>
        <w:t>el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mundo</w:t>
      </w:r>
      <w:proofErr w:type="spellEnd"/>
      <w:r w:rsidRPr="00E40C94">
        <w:rPr>
          <w:lang w:val="it-IT"/>
        </w:rPr>
        <w:t>.</w:t>
      </w:r>
    </w:p>
    <w:p w14:paraId="7EB5661D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62.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agradecido</w:t>
      </w:r>
      <w:proofErr w:type="spellEnd"/>
      <w:r w:rsidRPr="00E40C94">
        <w:rPr>
          <w:lang w:val="it-IT"/>
        </w:rPr>
        <w:t xml:space="preserve"> por cada </w:t>
      </w:r>
      <w:proofErr w:type="spellStart"/>
      <w:r w:rsidRPr="00E40C94">
        <w:rPr>
          <w:lang w:val="it-IT"/>
        </w:rPr>
        <w:t>experiencia</w:t>
      </w:r>
      <w:proofErr w:type="spellEnd"/>
      <w:r w:rsidRPr="00E40C94">
        <w:rPr>
          <w:lang w:val="it-IT"/>
        </w:rPr>
        <w:t xml:space="preserve"> en mi </w:t>
      </w:r>
      <w:proofErr w:type="spellStart"/>
      <w:r w:rsidRPr="00E40C94">
        <w:rPr>
          <w:lang w:val="it-IT"/>
        </w:rPr>
        <w:t>vida</w:t>
      </w:r>
      <w:proofErr w:type="spellEnd"/>
      <w:r w:rsidRPr="00E40C94">
        <w:rPr>
          <w:lang w:val="it-IT"/>
        </w:rPr>
        <w:t>.</w:t>
      </w:r>
    </w:p>
    <w:p w14:paraId="101B6E75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63.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ser de </w:t>
      </w:r>
      <w:proofErr w:type="spellStart"/>
      <w:r w:rsidRPr="00E40C94">
        <w:rPr>
          <w:lang w:val="it-IT"/>
        </w:rPr>
        <w:t>luz</w:t>
      </w:r>
      <w:proofErr w:type="spellEnd"/>
      <w:r w:rsidRPr="00E40C94">
        <w:rPr>
          <w:lang w:val="it-IT"/>
        </w:rPr>
        <w:t xml:space="preserve"> pura y amor.</w:t>
      </w:r>
    </w:p>
    <w:p w14:paraId="0769452A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64. </w:t>
      </w:r>
      <w:proofErr w:type="spellStart"/>
      <w:r w:rsidRPr="00E40C94">
        <w:rPr>
          <w:lang w:val="it-IT"/>
        </w:rPr>
        <w:t>Siempre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rodeado</w:t>
      </w:r>
      <w:proofErr w:type="spellEnd"/>
      <w:r w:rsidRPr="00E40C94">
        <w:rPr>
          <w:lang w:val="it-IT"/>
        </w:rPr>
        <w:t xml:space="preserve"> de amor y </w:t>
      </w:r>
      <w:proofErr w:type="spellStart"/>
      <w:r w:rsidRPr="00E40C94">
        <w:rPr>
          <w:lang w:val="it-IT"/>
        </w:rPr>
        <w:t>felicidad</w:t>
      </w:r>
      <w:proofErr w:type="spellEnd"/>
      <w:r w:rsidRPr="00E40C94">
        <w:rPr>
          <w:lang w:val="it-IT"/>
        </w:rPr>
        <w:t>.</w:t>
      </w:r>
    </w:p>
    <w:p w14:paraId="6C8F1ABF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65.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una </w:t>
      </w:r>
      <w:proofErr w:type="spellStart"/>
      <w:r w:rsidRPr="00E40C94">
        <w:rPr>
          <w:lang w:val="it-IT"/>
        </w:rPr>
        <w:t>fuente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inspiración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positividad</w:t>
      </w:r>
      <w:proofErr w:type="spellEnd"/>
      <w:r w:rsidRPr="00E40C94">
        <w:rPr>
          <w:lang w:val="it-IT"/>
        </w:rPr>
        <w:t>.</w:t>
      </w:r>
    </w:p>
    <w:p w14:paraId="4901FDF5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66.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una persona </w:t>
      </w:r>
      <w:proofErr w:type="spellStart"/>
      <w:r w:rsidRPr="00E40C94">
        <w:rPr>
          <w:lang w:val="it-IT"/>
        </w:rPr>
        <w:t>maravillosa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digna</w:t>
      </w:r>
      <w:proofErr w:type="spellEnd"/>
      <w:r w:rsidRPr="00E40C94">
        <w:rPr>
          <w:lang w:val="it-IT"/>
        </w:rPr>
        <w:t xml:space="preserve"> de amor.</w:t>
      </w:r>
    </w:p>
    <w:p w14:paraId="6C78817C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67.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agradecido</w:t>
      </w:r>
      <w:proofErr w:type="spellEnd"/>
      <w:r w:rsidRPr="00E40C94">
        <w:rPr>
          <w:lang w:val="it-IT"/>
        </w:rPr>
        <w:t xml:space="preserve"> por mi </w:t>
      </w:r>
      <w:proofErr w:type="spellStart"/>
      <w:r w:rsidRPr="00E40C94">
        <w:rPr>
          <w:lang w:val="it-IT"/>
        </w:rPr>
        <w:t>vida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todo</w:t>
      </w:r>
      <w:proofErr w:type="spellEnd"/>
      <w:r w:rsidRPr="00E40C94">
        <w:rPr>
          <w:lang w:val="it-IT"/>
        </w:rPr>
        <w:t xml:space="preserve"> lo </w:t>
      </w:r>
      <w:proofErr w:type="spellStart"/>
      <w:r w:rsidRPr="00E40C94">
        <w:rPr>
          <w:lang w:val="it-IT"/>
        </w:rPr>
        <w:t>que</w:t>
      </w:r>
      <w:proofErr w:type="spellEnd"/>
      <w:r w:rsidRPr="00E40C94">
        <w:rPr>
          <w:lang w:val="it-IT"/>
        </w:rPr>
        <w:t xml:space="preserve"> tengo.</w:t>
      </w:r>
    </w:p>
    <w:p w14:paraId="660C57F3" w14:textId="77777777" w:rsidR="004F6709" w:rsidRDefault="00524020">
      <w:r>
        <w:t>68. Soy capaz de lograr todas mis metas.</w:t>
      </w:r>
    </w:p>
    <w:p w14:paraId="0296E052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69.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</w:t>
      </w:r>
      <w:proofErr w:type="spellStart"/>
      <w:r w:rsidRPr="00E40C94">
        <w:rPr>
          <w:lang w:val="it-IT"/>
        </w:rPr>
        <w:t>ejemplo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bondad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bondad</w:t>
      </w:r>
      <w:proofErr w:type="spellEnd"/>
      <w:r w:rsidRPr="00E40C94">
        <w:rPr>
          <w:lang w:val="it-IT"/>
        </w:rPr>
        <w:t>.</w:t>
      </w:r>
    </w:p>
    <w:p w14:paraId="71285180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70.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una persona </w:t>
      </w:r>
      <w:proofErr w:type="spellStart"/>
      <w:r w:rsidRPr="00E40C94">
        <w:rPr>
          <w:lang w:val="it-IT"/>
        </w:rPr>
        <w:t>exitosa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realizada</w:t>
      </w:r>
      <w:proofErr w:type="spellEnd"/>
      <w:r w:rsidRPr="00E40C94">
        <w:rPr>
          <w:lang w:val="it-IT"/>
        </w:rPr>
        <w:t>.</w:t>
      </w:r>
    </w:p>
    <w:p w14:paraId="32CB7FAF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71.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lleno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energía</w:t>
      </w:r>
      <w:proofErr w:type="spellEnd"/>
      <w:r w:rsidRPr="00E40C94">
        <w:rPr>
          <w:lang w:val="it-IT"/>
        </w:rPr>
        <w:t xml:space="preserve"> positiva y </w:t>
      </w:r>
      <w:proofErr w:type="spellStart"/>
      <w:r w:rsidRPr="00E40C94">
        <w:rPr>
          <w:lang w:val="it-IT"/>
        </w:rPr>
        <w:t>vitalidad</w:t>
      </w:r>
      <w:proofErr w:type="spellEnd"/>
      <w:r w:rsidRPr="00E40C94">
        <w:rPr>
          <w:lang w:val="it-IT"/>
        </w:rPr>
        <w:t>.</w:t>
      </w:r>
    </w:p>
    <w:p w14:paraId="43EE216F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72.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</w:t>
      </w:r>
      <w:proofErr w:type="gramStart"/>
      <w:r w:rsidRPr="00E40C94">
        <w:rPr>
          <w:lang w:val="it-IT"/>
        </w:rPr>
        <w:t>un alma</w:t>
      </w:r>
      <w:proofErr w:type="gramEnd"/>
      <w:r w:rsidRPr="00E40C94">
        <w:rPr>
          <w:lang w:val="it-IT"/>
        </w:rPr>
        <w:t xml:space="preserve"> serena y </w:t>
      </w:r>
      <w:proofErr w:type="spellStart"/>
      <w:r w:rsidRPr="00E40C94">
        <w:rPr>
          <w:lang w:val="it-IT"/>
        </w:rPr>
        <w:t>pacífica</w:t>
      </w:r>
      <w:proofErr w:type="spellEnd"/>
      <w:r w:rsidRPr="00E40C94">
        <w:rPr>
          <w:lang w:val="it-IT"/>
        </w:rPr>
        <w:t>.</w:t>
      </w:r>
    </w:p>
    <w:p w14:paraId="21857665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73.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faro de amor y </w:t>
      </w:r>
      <w:proofErr w:type="spellStart"/>
      <w:r w:rsidRPr="00E40C94">
        <w:rPr>
          <w:lang w:val="it-IT"/>
        </w:rPr>
        <w:t>compasión</w:t>
      </w:r>
      <w:proofErr w:type="spellEnd"/>
      <w:r w:rsidRPr="00E40C94">
        <w:rPr>
          <w:lang w:val="it-IT"/>
        </w:rPr>
        <w:t>.</w:t>
      </w:r>
    </w:p>
    <w:p w14:paraId="181BB6B8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74.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en </w:t>
      </w:r>
      <w:proofErr w:type="spellStart"/>
      <w:r w:rsidRPr="00E40C94">
        <w:rPr>
          <w:lang w:val="it-IT"/>
        </w:rPr>
        <w:t>armonía</w:t>
      </w:r>
      <w:proofErr w:type="spellEnd"/>
      <w:r w:rsidRPr="00E40C94">
        <w:rPr>
          <w:lang w:val="it-IT"/>
        </w:rPr>
        <w:t xml:space="preserve"> con </w:t>
      </w:r>
      <w:proofErr w:type="spellStart"/>
      <w:r w:rsidRPr="00E40C94">
        <w:rPr>
          <w:lang w:val="it-IT"/>
        </w:rPr>
        <w:t>todo</w:t>
      </w:r>
      <w:proofErr w:type="spellEnd"/>
      <w:r w:rsidRPr="00E40C94">
        <w:rPr>
          <w:lang w:val="it-IT"/>
        </w:rPr>
        <w:t xml:space="preserve"> lo </w:t>
      </w:r>
      <w:proofErr w:type="spellStart"/>
      <w:r w:rsidRPr="00E40C94">
        <w:rPr>
          <w:lang w:val="it-IT"/>
        </w:rPr>
        <w:t>que</w:t>
      </w:r>
      <w:proofErr w:type="spellEnd"/>
      <w:r w:rsidRPr="00E40C94">
        <w:rPr>
          <w:lang w:val="it-IT"/>
        </w:rPr>
        <w:t xml:space="preserve"> me </w:t>
      </w:r>
      <w:proofErr w:type="spellStart"/>
      <w:r w:rsidRPr="00E40C94">
        <w:rPr>
          <w:lang w:val="it-IT"/>
        </w:rPr>
        <w:t>rodea</w:t>
      </w:r>
      <w:proofErr w:type="spellEnd"/>
      <w:r w:rsidRPr="00E40C94">
        <w:rPr>
          <w:lang w:val="it-IT"/>
        </w:rPr>
        <w:t>.</w:t>
      </w:r>
    </w:p>
    <w:p w14:paraId="7A3D62E5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75.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</w:t>
      </w:r>
      <w:proofErr w:type="spellStart"/>
      <w:r w:rsidRPr="00E40C94">
        <w:rPr>
          <w:lang w:val="it-IT"/>
        </w:rPr>
        <w:t>ejemplo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fortaleza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determinación</w:t>
      </w:r>
      <w:proofErr w:type="spellEnd"/>
      <w:r w:rsidRPr="00E40C94">
        <w:rPr>
          <w:lang w:val="it-IT"/>
        </w:rPr>
        <w:t>.</w:t>
      </w:r>
    </w:p>
    <w:p w14:paraId="2007D1EC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76.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una persona </w:t>
      </w:r>
      <w:proofErr w:type="spellStart"/>
      <w:r w:rsidRPr="00E40C94">
        <w:rPr>
          <w:lang w:val="it-IT"/>
        </w:rPr>
        <w:t>valiente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segura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sí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misma</w:t>
      </w:r>
      <w:proofErr w:type="spellEnd"/>
      <w:r w:rsidRPr="00E40C94">
        <w:rPr>
          <w:lang w:val="it-IT"/>
        </w:rPr>
        <w:t>.</w:t>
      </w:r>
    </w:p>
    <w:p w14:paraId="670CFF68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lastRenderedPageBreak/>
        <w:t xml:space="preserve">77.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ser de infinita </w:t>
      </w:r>
      <w:proofErr w:type="spellStart"/>
      <w:r w:rsidRPr="00E40C94">
        <w:rPr>
          <w:lang w:val="it-IT"/>
        </w:rPr>
        <w:t>sabiduría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conocimiento</w:t>
      </w:r>
      <w:proofErr w:type="spellEnd"/>
      <w:r w:rsidRPr="00E40C94">
        <w:rPr>
          <w:lang w:val="it-IT"/>
        </w:rPr>
        <w:t>.</w:t>
      </w:r>
    </w:p>
    <w:p w14:paraId="78AF2D37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78. </w:t>
      </w:r>
      <w:proofErr w:type="spellStart"/>
      <w:r w:rsidRPr="00E40C94">
        <w:rPr>
          <w:lang w:val="it-IT"/>
        </w:rPr>
        <w:t>Siempre</w:t>
      </w:r>
      <w:proofErr w:type="spellEnd"/>
      <w:r w:rsidRPr="00E40C94">
        <w:rPr>
          <w:lang w:val="it-IT"/>
        </w:rPr>
        <w:t xml:space="preserve"> me </w:t>
      </w:r>
      <w:proofErr w:type="spellStart"/>
      <w:r w:rsidRPr="00E40C94">
        <w:rPr>
          <w:lang w:val="it-IT"/>
        </w:rPr>
        <w:t>guío</w:t>
      </w:r>
      <w:proofErr w:type="spellEnd"/>
      <w:r w:rsidRPr="00E40C94">
        <w:rPr>
          <w:lang w:val="it-IT"/>
        </w:rPr>
        <w:t xml:space="preserve"> por mi </w:t>
      </w:r>
      <w:proofErr w:type="spellStart"/>
      <w:r w:rsidRPr="00E40C94">
        <w:rPr>
          <w:lang w:val="it-IT"/>
        </w:rPr>
        <w:t>intuición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sabiduría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interior</w:t>
      </w:r>
      <w:proofErr w:type="spellEnd"/>
      <w:r w:rsidRPr="00E40C94">
        <w:rPr>
          <w:lang w:val="it-IT"/>
        </w:rPr>
        <w:t>.</w:t>
      </w:r>
    </w:p>
    <w:p w14:paraId="7366A185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79.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</w:t>
      </w:r>
      <w:proofErr w:type="spellStart"/>
      <w:r w:rsidRPr="00E40C94">
        <w:rPr>
          <w:lang w:val="it-IT"/>
        </w:rPr>
        <w:t>ejemplo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serenidad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tranquilidad</w:t>
      </w:r>
      <w:proofErr w:type="spellEnd"/>
      <w:r w:rsidRPr="00E40C94">
        <w:rPr>
          <w:lang w:val="it-IT"/>
        </w:rPr>
        <w:t>.</w:t>
      </w:r>
    </w:p>
    <w:p w14:paraId="434F65F9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80.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</w:t>
      </w:r>
      <w:proofErr w:type="gramStart"/>
      <w:r w:rsidRPr="00E40C94">
        <w:rPr>
          <w:lang w:val="it-IT"/>
        </w:rPr>
        <w:t>un alma</w:t>
      </w:r>
      <w:proofErr w:type="gram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feliz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realizada</w:t>
      </w:r>
      <w:proofErr w:type="spellEnd"/>
      <w:r w:rsidRPr="00E40C94">
        <w:rPr>
          <w:lang w:val="it-IT"/>
        </w:rPr>
        <w:t>.</w:t>
      </w:r>
    </w:p>
    <w:p w14:paraId="5807E8A2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81.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una persona de gran valor y </w:t>
      </w:r>
      <w:proofErr w:type="spellStart"/>
      <w:r w:rsidRPr="00E40C94">
        <w:rPr>
          <w:lang w:val="it-IT"/>
        </w:rPr>
        <w:t>dignidad</w:t>
      </w:r>
      <w:proofErr w:type="spellEnd"/>
      <w:r w:rsidRPr="00E40C94">
        <w:rPr>
          <w:lang w:val="it-IT"/>
        </w:rPr>
        <w:t>.</w:t>
      </w:r>
    </w:p>
    <w:p w14:paraId="42746D43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82. </w:t>
      </w:r>
      <w:proofErr w:type="spellStart"/>
      <w:r w:rsidRPr="00E40C94">
        <w:rPr>
          <w:lang w:val="it-IT"/>
        </w:rPr>
        <w:t>Siempre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en equilibrio y </w:t>
      </w:r>
      <w:proofErr w:type="spellStart"/>
      <w:r w:rsidRPr="00E40C94">
        <w:rPr>
          <w:lang w:val="it-IT"/>
        </w:rPr>
        <w:t>armonía</w:t>
      </w:r>
      <w:proofErr w:type="spellEnd"/>
      <w:r w:rsidRPr="00E40C94">
        <w:rPr>
          <w:lang w:val="it-IT"/>
        </w:rPr>
        <w:t>.</w:t>
      </w:r>
    </w:p>
    <w:p w14:paraId="07907816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83. </w:t>
      </w:r>
      <w:proofErr w:type="spellStart"/>
      <w:r w:rsidRPr="00E40C94">
        <w:rPr>
          <w:lang w:val="it-IT"/>
        </w:rPr>
        <w:t>Yo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canal de </w:t>
      </w:r>
      <w:proofErr w:type="spellStart"/>
      <w:r w:rsidRPr="00E40C94">
        <w:rPr>
          <w:lang w:val="it-IT"/>
        </w:rPr>
        <w:t>paz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serenidad</w:t>
      </w:r>
      <w:proofErr w:type="spellEnd"/>
      <w:r w:rsidRPr="00E40C94">
        <w:rPr>
          <w:lang w:val="it-IT"/>
        </w:rPr>
        <w:t>.</w:t>
      </w:r>
    </w:p>
    <w:p w14:paraId="4C5BA82D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84.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una persona </w:t>
      </w:r>
      <w:proofErr w:type="spellStart"/>
      <w:r w:rsidRPr="00E40C94">
        <w:rPr>
          <w:lang w:val="it-IT"/>
        </w:rPr>
        <w:t>agradecida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bendecida</w:t>
      </w:r>
      <w:proofErr w:type="spellEnd"/>
      <w:r w:rsidRPr="00E40C94">
        <w:rPr>
          <w:lang w:val="it-IT"/>
        </w:rPr>
        <w:t>.</w:t>
      </w:r>
    </w:p>
    <w:p w14:paraId="734FAB6C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85.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ser de infinita </w:t>
      </w:r>
      <w:proofErr w:type="spellStart"/>
      <w:r w:rsidRPr="00E40C94">
        <w:rPr>
          <w:lang w:val="it-IT"/>
        </w:rPr>
        <w:t>alegría</w:t>
      </w:r>
      <w:proofErr w:type="spellEnd"/>
      <w:r w:rsidRPr="00E40C94">
        <w:rPr>
          <w:lang w:val="it-IT"/>
        </w:rPr>
        <w:t xml:space="preserve"> y amor.</w:t>
      </w:r>
    </w:p>
    <w:p w14:paraId="52704FB6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86.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faro de </w:t>
      </w:r>
      <w:proofErr w:type="spellStart"/>
      <w:r w:rsidRPr="00E40C94">
        <w:rPr>
          <w:lang w:val="it-IT"/>
        </w:rPr>
        <w:t>positividad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optimismo</w:t>
      </w:r>
      <w:proofErr w:type="spellEnd"/>
      <w:r w:rsidRPr="00E40C94">
        <w:rPr>
          <w:lang w:val="it-IT"/>
        </w:rPr>
        <w:t>.</w:t>
      </w:r>
    </w:p>
    <w:p w14:paraId="39AECE29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87.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una persona de gran </w:t>
      </w:r>
      <w:proofErr w:type="spellStart"/>
      <w:r w:rsidRPr="00E40C94">
        <w:rPr>
          <w:lang w:val="it-IT"/>
        </w:rPr>
        <w:t>coraje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fuerza</w:t>
      </w:r>
      <w:proofErr w:type="spellEnd"/>
      <w:r w:rsidRPr="00E40C94">
        <w:rPr>
          <w:lang w:val="it-IT"/>
        </w:rPr>
        <w:t>.</w:t>
      </w:r>
    </w:p>
    <w:p w14:paraId="0227DAF5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88.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</w:t>
      </w:r>
      <w:proofErr w:type="spellStart"/>
      <w:r w:rsidRPr="00E40C94">
        <w:rPr>
          <w:lang w:val="it-IT"/>
        </w:rPr>
        <w:t>ejemplo</w:t>
      </w:r>
      <w:proofErr w:type="spellEnd"/>
      <w:r w:rsidRPr="00E40C94">
        <w:rPr>
          <w:lang w:val="it-IT"/>
        </w:rPr>
        <w:t xml:space="preserve"> de amor y </w:t>
      </w:r>
      <w:proofErr w:type="spellStart"/>
      <w:r w:rsidRPr="00E40C94">
        <w:rPr>
          <w:lang w:val="it-IT"/>
        </w:rPr>
        <w:t>compasión</w:t>
      </w:r>
      <w:proofErr w:type="spellEnd"/>
      <w:r w:rsidRPr="00E40C94">
        <w:rPr>
          <w:lang w:val="it-IT"/>
        </w:rPr>
        <w:t>.</w:t>
      </w:r>
    </w:p>
    <w:p w14:paraId="4E07973C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89. </w:t>
      </w:r>
      <w:proofErr w:type="spellStart"/>
      <w:r w:rsidRPr="00E40C94">
        <w:rPr>
          <w:lang w:val="it-IT"/>
        </w:rPr>
        <w:t>Siempre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lleno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energía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vitalidad</w:t>
      </w:r>
      <w:proofErr w:type="spellEnd"/>
      <w:r w:rsidRPr="00E40C94">
        <w:rPr>
          <w:lang w:val="it-IT"/>
        </w:rPr>
        <w:t>.</w:t>
      </w:r>
    </w:p>
    <w:p w14:paraId="1441B56A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90.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ser de </w:t>
      </w:r>
      <w:proofErr w:type="spellStart"/>
      <w:r w:rsidRPr="00E40C94">
        <w:rPr>
          <w:lang w:val="it-IT"/>
        </w:rPr>
        <w:t>luz</w:t>
      </w:r>
      <w:proofErr w:type="spellEnd"/>
      <w:r w:rsidRPr="00E40C94">
        <w:rPr>
          <w:lang w:val="it-IT"/>
        </w:rPr>
        <w:t xml:space="preserve"> y amor </w:t>
      </w:r>
      <w:proofErr w:type="spellStart"/>
      <w:r w:rsidRPr="00E40C94">
        <w:rPr>
          <w:lang w:val="it-IT"/>
        </w:rPr>
        <w:t>incondicional</w:t>
      </w:r>
      <w:proofErr w:type="spellEnd"/>
      <w:r w:rsidRPr="00E40C94">
        <w:rPr>
          <w:lang w:val="it-IT"/>
        </w:rPr>
        <w:t>.</w:t>
      </w:r>
    </w:p>
    <w:p w14:paraId="37D95B1B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91. </w:t>
      </w:r>
      <w:proofErr w:type="spellStart"/>
      <w:r w:rsidRPr="00E40C94">
        <w:rPr>
          <w:lang w:val="it-IT"/>
        </w:rPr>
        <w:t>Siempre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abierto</w:t>
      </w:r>
      <w:proofErr w:type="spellEnd"/>
      <w:r w:rsidRPr="00E40C94">
        <w:rPr>
          <w:lang w:val="it-IT"/>
        </w:rPr>
        <w:t xml:space="preserve"> al amor y </w:t>
      </w:r>
      <w:proofErr w:type="gramStart"/>
      <w:r w:rsidRPr="00E40C94">
        <w:rPr>
          <w:lang w:val="it-IT"/>
        </w:rPr>
        <w:t>a la</w:t>
      </w:r>
      <w:proofErr w:type="gram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felicidad</w:t>
      </w:r>
      <w:proofErr w:type="spellEnd"/>
      <w:r w:rsidRPr="00E40C94">
        <w:rPr>
          <w:lang w:val="it-IT"/>
        </w:rPr>
        <w:t>.</w:t>
      </w:r>
    </w:p>
    <w:p w14:paraId="2888EC1C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92.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</w:t>
      </w:r>
      <w:proofErr w:type="spellStart"/>
      <w:r w:rsidRPr="00E40C94">
        <w:rPr>
          <w:lang w:val="it-IT"/>
        </w:rPr>
        <w:t>ejemplo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gratitud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aprecio</w:t>
      </w:r>
      <w:proofErr w:type="spellEnd"/>
      <w:r w:rsidRPr="00E40C94">
        <w:rPr>
          <w:lang w:val="it-IT"/>
        </w:rPr>
        <w:t>.</w:t>
      </w:r>
    </w:p>
    <w:p w14:paraId="27D6A4B9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93.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una persona de gran </w:t>
      </w:r>
      <w:proofErr w:type="spellStart"/>
      <w:r w:rsidRPr="00E40C94">
        <w:rPr>
          <w:lang w:val="it-IT"/>
        </w:rPr>
        <w:t>sabiduría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conocimiento</w:t>
      </w:r>
      <w:proofErr w:type="spellEnd"/>
      <w:r w:rsidRPr="00E40C94">
        <w:rPr>
          <w:lang w:val="it-IT"/>
        </w:rPr>
        <w:t>.</w:t>
      </w:r>
    </w:p>
    <w:p w14:paraId="707A09AC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94.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</w:t>
      </w:r>
      <w:proofErr w:type="gramStart"/>
      <w:r w:rsidRPr="00E40C94">
        <w:rPr>
          <w:lang w:val="it-IT"/>
        </w:rPr>
        <w:t>un alma</w:t>
      </w:r>
      <w:proofErr w:type="gram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hermosa</w:t>
      </w:r>
      <w:proofErr w:type="spellEnd"/>
      <w:r w:rsidRPr="00E40C94">
        <w:rPr>
          <w:lang w:val="it-IT"/>
        </w:rPr>
        <w:t xml:space="preserve"> y brillante.</w:t>
      </w:r>
    </w:p>
    <w:p w14:paraId="14D1FBBB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95. </w:t>
      </w:r>
      <w:proofErr w:type="spellStart"/>
      <w:r w:rsidRPr="00E40C94">
        <w:rPr>
          <w:lang w:val="it-IT"/>
        </w:rPr>
        <w:t>Siempre</w:t>
      </w:r>
      <w:proofErr w:type="spellEnd"/>
      <w:r w:rsidRPr="00E40C94">
        <w:rPr>
          <w:lang w:val="it-IT"/>
        </w:rPr>
        <w:t xml:space="preserve"> me </w:t>
      </w:r>
      <w:proofErr w:type="spellStart"/>
      <w:r w:rsidRPr="00E40C94">
        <w:rPr>
          <w:lang w:val="it-IT"/>
        </w:rPr>
        <w:t>guío</w:t>
      </w:r>
      <w:proofErr w:type="spellEnd"/>
      <w:r w:rsidRPr="00E40C94">
        <w:rPr>
          <w:lang w:val="it-IT"/>
        </w:rPr>
        <w:t xml:space="preserve"> por mi </w:t>
      </w:r>
      <w:proofErr w:type="spellStart"/>
      <w:r w:rsidRPr="00E40C94">
        <w:rPr>
          <w:lang w:val="it-IT"/>
        </w:rPr>
        <w:t>intuición</w:t>
      </w:r>
      <w:proofErr w:type="spellEnd"/>
      <w:r w:rsidRPr="00E40C94">
        <w:rPr>
          <w:lang w:val="it-IT"/>
        </w:rPr>
        <w:t xml:space="preserve"> y mi corazón.</w:t>
      </w:r>
    </w:p>
    <w:p w14:paraId="56B2EC4E" w14:textId="44079C7F" w:rsidR="004F6709" w:rsidRDefault="00524020">
      <w:pPr>
        <w:rPr>
          <w:lang w:val="it-IT"/>
        </w:rPr>
      </w:pPr>
      <w:r w:rsidRPr="00E40C94">
        <w:rPr>
          <w:lang w:val="it-IT"/>
        </w:rPr>
        <w:t xml:space="preserve">96. </w:t>
      </w:r>
      <w:proofErr w:type="spellStart"/>
      <w:r w:rsidRPr="00E40C94">
        <w:rPr>
          <w:lang w:val="it-IT"/>
        </w:rPr>
        <w:t>Soy</w:t>
      </w:r>
      <w:proofErr w:type="spellEnd"/>
      <w:r w:rsidRPr="00E40C94">
        <w:rPr>
          <w:lang w:val="it-IT"/>
        </w:rPr>
        <w:t xml:space="preserve"> un faro de </w:t>
      </w:r>
      <w:proofErr w:type="spellStart"/>
      <w:r w:rsidRPr="00E40C94">
        <w:rPr>
          <w:lang w:val="it-IT"/>
        </w:rPr>
        <w:t>esperanza</w:t>
      </w:r>
      <w:proofErr w:type="spellEnd"/>
      <w:r w:rsidRPr="00E40C94">
        <w:rPr>
          <w:lang w:val="it-IT"/>
        </w:rPr>
        <w:t xml:space="preserve"> e </w:t>
      </w:r>
      <w:proofErr w:type="spellStart"/>
      <w:r w:rsidRPr="00E40C94">
        <w:rPr>
          <w:lang w:val="it-IT"/>
        </w:rPr>
        <w:t>inspiración</w:t>
      </w:r>
      <w:proofErr w:type="spellEnd"/>
      <w:r w:rsidRPr="00E40C94">
        <w:rPr>
          <w:lang w:val="it-IT"/>
        </w:rPr>
        <w:t>.</w:t>
      </w:r>
    </w:p>
    <w:p w14:paraId="705947B3" w14:textId="260F37C0" w:rsidR="00E40C94" w:rsidRDefault="00E40C94">
      <w:pPr>
        <w:rPr>
          <w:lang w:val="it-IT"/>
        </w:rPr>
      </w:pPr>
      <w:r>
        <w:rPr>
          <w:lang w:val="it-IT"/>
        </w:rPr>
        <w:t xml:space="preserve">97. </w:t>
      </w:r>
      <w:r w:rsidRPr="00E40C94">
        <w:rPr>
          <w:lang w:val="it-IT"/>
        </w:rPr>
        <w:t xml:space="preserve">Creo en mis </w:t>
      </w:r>
      <w:proofErr w:type="spellStart"/>
      <w:r w:rsidRPr="00E40C94">
        <w:rPr>
          <w:lang w:val="it-IT"/>
        </w:rPr>
        <w:t>capacidades</w:t>
      </w:r>
      <w:proofErr w:type="spellEnd"/>
      <w:r w:rsidRPr="00E40C94">
        <w:rPr>
          <w:lang w:val="it-IT"/>
        </w:rPr>
        <w:t xml:space="preserve"> y sé </w:t>
      </w:r>
      <w:proofErr w:type="spellStart"/>
      <w:r w:rsidRPr="00E40C94">
        <w:rPr>
          <w:lang w:val="it-IT"/>
        </w:rPr>
        <w:t>que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puedo</w:t>
      </w:r>
      <w:proofErr w:type="spellEnd"/>
      <w:r w:rsidRPr="00E40C94">
        <w:rPr>
          <w:lang w:val="it-IT"/>
        </w:rPr>
        <w:t xml:space="preserve"> lograr mis </w:t>
      </w:r>
      <w:proofErr w:type="spellStart"/>
      <w:r w:rsidRPr="00E40C94">
        <w:rPr>
          <w:lang w:val="it-IT"/>
        </w:rPr>
        <w:t>metas</w:t>
      </w:r>
      <w:proofErr w:type="spellEnd"/>
      <w:r w:rsidRPr="00E40C94">
        <w:rPr>
          <w:lang w:val="it-IT"/>
        </w:rPr>
        <w:t>.</w:t>
      </w:r>
    </w:p>
    <w:p w14:paraId="00BAAAFA" w14:textId="0ADC36AC" w:rsidR="00E40C94" w:rsidRDefault="00E40C94">
      <w:pPr>
        <w:rPr>
          <w:lang w:val="it-IT"/>
        </w:rPr>
      </w:pPr>
      <w:r>
        <w:rPr>
          <w:lang w:val="it-IT"/>
        </w:rPr>
        <w:t xml:space="preserve">98. </w:t>
      </w:r>
      <w:r w:rsidRPr="00E40C94">
        <w:rPr>
          <w:lang w:val="it-IT"/>
        </w:rPr>
        <w:t xml:space="preserve">Cada </w:t>
      </w:r>
      <w:proofErr w:type="spellStart"/>
      <w:r w:rsidRPr="00E40C94">
        <w:rPr>
          <w:lang w:val="it-IT"/>
        </w:rPr>
        <w:t>día</w:t>
      </w:r>
      <w:proofErr w:type="spellEnd"/>
      <w:r w:rsidRPr="00E40C94">
        <w:rPr>
          <w:lang w:val="it-IT"/>
        </w:rPr>
        <w:t xml:space="preserve"> es una </w:t>
      </w:r>
      <w:proofErr w:type="spellStart"/>
      <w:r w:rsidRPr="00E40C94">
        <w:rPr>
          <w:lang w:val="it-IT"/>
        </w:rPr>
        <w:t>nueva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oportunidad</w:t>
      </w:r>
      <w:proofErr w:type="spellEnd"/>
      <w:r w:rsidRPr="00E40C94">
        <w:rPr>
          <w:lang w:val="it-IT"/>
        </w:rPr>
        <w:t xml:space="preserve"> para ser </w:t>
      </w:r>
      <w:proofErr w:type="spellStart"/>
      <w:r w:rsidRPr="00E40C94">
        <w:rPr>
          <w:lang w:val="it-IT"/>
        </w:rPr>
        <w:t>feliz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mejorar</w:t>
      </w:r>
      <w:proofErr w:type="spellEnd"/>
    </w:p>
    <w:p w14:paraId="38BDE706" w14:textId="1CCE7509" w:rsidR="00E40C94" w:rsidRDefault="00E40C94">
      <w:pPr>
        <w:rPr>
          <w:lang w:val="it-IT"/>
        </w:rPr>
      </w:pPr>
      <w:r>
        <w:rPr>
          <w:lang w:val="it-IT"/>
        </w:rPr>
        <w:t xml:space="preserve">99.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rodeado</w:t>
      </w:r>
      <w:proofErr w:type="spellEnd"/>
      <w:r w:rsidRPr="00E40C94">
        <w:rPr>
          <w:lang w:val="it-IT"/>
        </w:rPr>
        <w:t xml:space="preserve"> de </w:t>
      </w:r>
      <w:proofErr w:type="spellStart"/>
      <w:r w:rsidRPr="00E40C94">
        <w:rPr>
          <w:lang w:val="it-IT"/>
        </w:rPr>
        <w:t>personas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que</w:t>
      </w:r>
      <w:proofErr w:type="spellEnd"/>
      <w:r w:rsidRPr="00E40C94">
        <w:rPr>
          <w:lang w:val="it-IT"/>
        </w:rPr>
        <w:t xml:space="preserve"> me </w:t>
      </w:r>
      <w:proofErr w:type="spellStart"/>
      <w:r w:rsidRPr="00E40C94">
        <w:rPr>
          <w:lang w:val="it-IT"/>
        </w:rPr>
        <w:t>apoyan</w:t>
      </w:r>
      <w:proofErr w:type="spellEnd"/>
      <w:r w:rsidRPr="00E40C94">
        <w:rPr>
          <w:lang w:val="it-IT"/>
        </w:rPr>
        <w:t xml:space="preserve"> y me </w:t>
      </w:r>
      <w:proofErr w:type="spellStart"/>
      <w:r w:rsidRPr="00E40C94">
        <w:rPr>
          <w:lang w:val="it-IT"/>
        </w:rPr>
        <w:t>quieren</w:t>
      </w:r>
      <w:proofErr w:type="spellEnd"/>
      <w:r w:rsidRPr="00E40C94">
        <w:rPr>
          <w:lang w:val="it-IT"/>
        </w:rPr>
        <w:t>.</w:t>
      </w:r>
    </w:p>
    <w:p w14:paraId="2EFD1A60" w14:textId="77777777" w:rsidR="00E40C94" w:rsidRPr="00E40C94" w:rsidRDefault="00E40C94" w:rsidP="00E40C94">
      <w:pPr>
        <w:rPr>
          <w:lang w:val="it-IT"/>
        </w:rPr>
      </w:pPr>
      <w:r>
        <w:rPr>
          <w:lang w:val="it-IT"/>
        </w:rPr>
        <w:t xml:space="preserve">100. </w:t>
      </w:r>
      <w:proofErr w:type="spellStart"/>
      <w:r w:rsidRPr="00E40C94">
        <w:rPr>
          <w:lang w:val="it-IT"/>
        </w:rPr>
        <w:t>Aprecio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todas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las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bendiciones</w:t>
      </w:r>
      <w:proofErr w:type="spellEnd"/>
      <w:r w:rsidRPr="00E40C94">
        <w:rPr>
          <w:lang w:val="it-IT"/>
        </w:rPr>
        <w:t xml:space="preserve"> en mi </w:t>
      </w:r>
      <w:proofErr w:type="spellStart"/>
      <w:r w:rsidRPr="00E40C94">
        <w:rPr>
          <w:lang w:val="it-IT"/>
        </w:rPr>
        <w:t>vida</w:t>
      </w:r>
      <w:proofErr w:type="spellEnd"/>
      <w:r w:rsidRPr="00E40C94">
        <w:rPr>
          <w:lang w:val="it-IT"/>
        </w:rPr>
        <w:t xml:space="preserve"> y </w:t>
      </w:r>
      <w:proofErr w:type="spellStart"/>
      <w:r w:rsidRPr="00E40C94">
        <w:rPr>
          <w:lang w:val="it-IT"/>
        </w:rPr>
        <w:t>estoy</w:t>
      </w:r>
      <w:proofErr w:type="spellEnd"/>
      <w:r w:rsidRPr="00E40C94">
        <w:rPr>
          <w:lang w:val="it-IT"/>
        </w:rPr>
        <w:t xml:space="preserve"> </w:t>
      </w:r>
      <w:proofErr w:type="spellStart"/>
      <w:r w:rsidRPr="00E40C94">
        <w:rPr>
          <w:lang w:val="it-IT"/>
        </w:rPr>
        <w:t>agradecido</w:t>
      </w:r>
      <w:proofErr w:type="spellEnd"/>
      <w:r w:rsidRPr="00E40C94">
        <w:rPr>
          <w:lang w:val="it-IT"/>
        </w:rPr>
        <w:t xml:space="preserve"> por </w:t>
      </w:r>
      <w:proofErr w:type="spellStart"/>
      <w:r w:rsidRPr="00E40C94">
        <w:rPr>
          <w:lang w:val="it-IT"/>
        </w:rPr>
        <w:t>ellas</w:t>
      </w:r>
      <w:proofErr w:type="spellEnd"/>
      <w:r w:rsidRPr="00E40C94">
        <w:rPr>
          <w:lang w:val="it-IT"/>
        </w:rPr>
        <w:t>.</w:t>
      </w:r>
    </w:p>
    <w:p w14:paraId="3EE992C4" w14:textId="77777777" w:rsidR="00E40C94" w:rsidRPr="00E40C94" w:rsidRDefault="00E40C94" w:rsidP="00E40C94">
      <w:pPr>
        <w:rPr>
          <w:lang w:val="it-IT"/>
        </w:rPr>
      </w:pPr>
    </w:p>
    <w:p w14:paraId="21B04465" w14:textId="77777777" w:rsidR="00E40C94" w:rsidRPr="00E40C94" w:rsidRDefault="00E40C94" w:rsidP="00E40C94">
      <w:pPr>
        <w:rPr>
          <w:lang w:val="it-IT"/>
        </w:rPr>
      </w:pPr>
    </w:p>
    <w:p w14:paraId="023C8C58" w14:textId="77777777" w:rsidR="00E40C94" w:rsidRPr="00E40C94" w:rsidRDefault="00E40C94" w:rsidP="00E40C94">
      <w:pPr>
        <w:rPr>
          <w:lang w:val="it-IT"/>
        </w:rPr>
      </w:pPr>
    </w:p>
    <w:p w14:paraId="67E0C18A" w14:textId="77777777" w:rsidR="00E40C94" w:rsidRPr="00E40C94" w:rsidRDefault="00E40C94" w:rsidP="00E40C94">
      <w:pPr>
        <w:rPr>
          <w:lang w:val="it-IT"/>
        </w:rPr>
      </w:pPr>
    </w:p>
    <w:p w14:paraId="346DC678" w14:textId="77777777" w:rsidR="00E40C94" w:rsidRPr="00E40C94" w:rsidRDefault="00E40C94" w:rsidP="00E40C94">
      <w:pPr>
        <w:rPr>
          <w:lang w:val="it-IT"/>
        </w:rPr>
      </w:pPr>
    </w:p>
    <w:p w14:paraId="1599F787" w14:textId="7263B352" w:rsidR="00E40C94" w:rsidRPr="00E40C94" w:rsidRDefault="00E40C94">
      <w:pPr>
        <w:rPr>
          <w:lang w:val="it-IT"/>
        </w:rPr>
      </w:pPr>
    </w:p>
    <w:sectPr w:rsidR="00E40C94" w:rsidRPr="00E40C9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6267140">
    <w:abstractNumId w:val="8"/>
  </w:num>
  <w:num w:numId="2" w16cid:durableId="460265129">
    <w:abstractNumId w:val="6"/>
  </w:num>
  <w:num w:numId="3" w16cid:durableId="871116538">
    <w:abstractNumId w:val="5"/>
  </w:num>
  <w:num w:numId="4" w16cid:durableId="1602302587">
    <w:abstractNumId w:val="4"/>
  </w:num>
  <w:num w:numId="5" w16cid:durableId="747923104">
    <w:abstractNumId w:val="7"/>
  </w:num>
  <w:num w:numId="6" w16cid:durableId="1264653905">
    <w:abstractNumId w:val="3"/>
  </w:num>
  <w:num w:numId="7" w16cid:durableId="2065323494">
    <w:abstractNumId w:val="2"/>
  </w:num>
  <w:num w:numId="8" w16cid:durableId="629437018">
    <w:abstractNumId w:val="1"/>
  </w:num>
  <w:num w:numId="9" w16cid:durableId="501429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F6709"/>
    <w:rsid w:val="00524020"/>
    <w:rsid w:val="00562DA2"/>
    <w:rsid w:val="00AA1D8D"/>
    <w:rsid w:val="00B47730"/>
    <w:rsid w:val="00CB0664"/>
    <w:rsid w:val="00E40C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91831"/>
  <w14:defaultImageDpi w14:val="300"/>
  <w15:docId w15:val="{387A7A8C-CBB7-4869-95AA-BB5EE8BF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stosegnaposto">
    <w:name w:val="Placeholder Text"/>
    <w:basedOn w:val="Carpredefinitoparagrafo"/>
    <w:uiPriority w:val="99"/>
    <w:semiHidden/>
    <w:rsid w:val="00E40C9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Generado por python-docx</dc:description>
  <cp:lastModifiedBy>loris sichetti</cp:lastModifiedBy>
  <cp:revision>1</cp:revision>
  <dcterms:created xsi:type="dcterms:W3CDTF">2013-12-23T23:15:00Z</dcterms:created>
  <dcterms:modified xsi:type="dcterms:W3CDTF">2024-05-18T10:26:00Z</dcterms:modified>
  <cp:category/>
</cp:coreProperties>
</file>