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rPr/>
      </w:pPr>
      <w:r>
        <w:rPr/>
        <w:t xml:space="preserve">100 </w:t>
      </w:r>
      <w:r>
        <w:rPr/>
        <w:t>Positive Affirmations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deserve love, happiness, and success in my life.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Every day I am becoming stronger, wiser, and happier.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grateful for all the blessings and opportunities I receive.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can face any challenge with confidence and courage.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My mind is calm, my body is healthy, and my spirit is serene.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attract only positive energy and supportive people.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at peace with my past and excited for my future.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creative, inspired, and full of innovative ideas.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accept and love myself completely for who I am.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resilient and can overcome any difficulty.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live each day with gratitude and love.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valuable person and deserve respect.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choose to be happy and live a life full of joy.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surrounded by people who support and love me.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full of energy and vitality.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capable of creating the life I desire.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strong, courageous, and confident.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magnet for positive opportunities.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choose thoughts that make me feel good.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worthy of all the good things in life.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attract abundance in all areas of my life.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full of creativity and brilliant ideas.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always open to new possibilities.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deserve to be healthy and happy.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capable of great things.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in control of my life and destiny.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choose peace and harmony every day.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loving and lovable person.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grateful for my health and well-being.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attract love and kindness wherever I go.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confident in my abilities and talents.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always safe and protected.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free to be myself.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wonderful and special person.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worthy of all the love and happiness in the world.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beacon of positivity and optimism.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deserve to live an extraordinary life.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proud of who I am and what I have accomplished.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in perfect harmony with the universe.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beacon of light and hope.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infinitely loved and supported.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full of enthusiasm and passion for life.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surrounded by abundance and prosperity.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capable of attracting success in everything I do.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courageous and determined person.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grateful for every moment of my life.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creator of my reality.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able to overcome any obstacle.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an example of strength and resilience.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being of light and love.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in balance and at peace with myself.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capable of achieving great things.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worthy of all my dreams and desires.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channel of abundance and prosperity.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always in the right place at the right time.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magnet for miracles and blessings.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in perfect health and full of energy.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beautiful and radiant soul.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loved and respected for who I am.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at peace with myself and the world.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grateful for every experience in my life.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being of pure light and love.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always surrounded by love and happiness.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source of inspiration and positivity.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wonderful and lovable person.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grateful for my life and everything I have.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capable of achieving all my goals.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an example of goodness and kindness.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successful and accomplished person.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full of positive energy and vitality.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serene and peaceful soul.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beacon of love and compassion.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in harmony with everything around me.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an example of strength and determination.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courageous and self-assured person.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being of infinite wisdom and knowledge.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always guided by my intuition and inner wisdom.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an example of serenity and tranquility.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happy and fulfilled soul.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person of great value and dignity.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always in balance and harmony.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channel of peace and serenity.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grateful and blessed person.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being of infinite joy and love.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beacon of positivity and optimism.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person of great courage and strength.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an example of love and compassion.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always full of energy and vitality.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being of light and unconditional love.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always open to love and happiness.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an example of gratitude and appreciation.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person of great wisdom and knowledge.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beautiful and radiant soul.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always guided by my intuition and heart.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a beacon of hope and inspiration.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shine like the sun for myself and for everyone.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am compassionate and benevolent.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spacing w:before="0" w:after="0"/>
        <w:ind w:left="707" w:hanging="283"/>
        <w:rPr/>
      </w:pPr>
      <w:r>
        <w:rPr/>
        <w:t>I embody calm and tranquility.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ind w:left="707" w:hanging="283"/>
        <w:rPr/>
      </w:pPr>
      <w:r>
        <w:rPr/>
        <w:t>I pursue and continue to achieve my goals.</w:t>
      </w:r>
    </w:p>
    <w:p>
      <w:pPr>
        <w:pStyle w:val="Corpodeltesto"/>
        <w:numPr>
          <w:ilvl w:val="0"/>
          <w:numId w:val="1"/>
        </w:numPr>
        <w:pBdr>
          <w:top w:val="single" w:sz="2" w:space="1" w:color="E3E3E3"/>
          <w:left w:val="single" w:sz="2" w:space="1" w:color="E3E3E3"/>
          <w:bottom w:val="single" w:sz="2" w:space="1" w:color="E3E3E3"/>
          <w:right w:val="single" w:sz="2" w:space="1" w:color="E3E3E3"/>
        </w:pBdr>
        <w:tabs>
          <w:tab w:val="clear" w:pos="720"/>
          <w:tab w:val="left" w:pos="0" w:leader="none"/>
        </w:tabs>
        <w:ind w:left="707" w:hanging="283"/>
        <w:rPr/>
      </w:pPr>
      <w:r>
        <w:rPr/>
        <w:t>I am capable of achieving my goals and realizing my dreams.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5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olo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itolo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olo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itolo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olo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itolo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nfasi">
    <w:name w:val="Enfasi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Elenco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oloprincipa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Elenco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Elenco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Titolo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Trio_Office/6.2.8.2$Windows_x86 LibreOffice_project/</Application>
  <Pages>3</Pages>
  <Words>932</Words>
  <Characters>3777</Characters>
  <CharactersWithSpaces>4508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2024-05-16T17:49:55Z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