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C5A8" w14:textId="67EEDDE0" w:rsidR="0016277F" w:rsidRPr="00090721" w:rsidRDefault="00EE7A21">
      <w:pPr>
        <w:pStyle w:val="Titolo1"/>
        <w:rPr>
          <w:lang w:val="it-IT"/>
        </w:rPr>
      </w:pPr>
      <w:r w:rsidRPr="00090721">
        <w:rPr>
          <w:lang w:val="it-IT"/>
        </w:rPr>
        <w:t>Modulo di Domande Preliminari per la Creazione di un Video di Brand</w:t>
      </w:r>
      <w:r>
        <w:rPr>
          <w:lang w:val="it-IT"/>
        </w:rPr>
        <w:t xml:space="preserve"> per Explotecnica</w:t>
      </w:r>
    </w:p>
    <w:p w14:paraId="3926079D" w14:textId="77777777" w:rsidR="006E4E07" w:rsidRDefault="006E4E07" w:rsidP="006E4E07">
      <w:pPr>
        <w:rPr>
          <w:lang w:val="it-IT"/>
        </w:rPr>
      </w:pPr>
    </w:p>
    <w:p w14:paraId="1C8C7C90" w14:textId="6D7525D2" w:rsidR="006E4E07" w:rsidRDefault="006E4E07" w:rsidP="006E4E07">
      <w:pPr>
        <w:pBdr>
          <w:bottom w:val="single" w:sz="12" w:space="1" w:color="auto"/>
        </w:pBdr>
        <w:rPr>
          <w:lang w:val="it-IT"/>
        </w:rPr>
      </w:pPr>
      <w:r w:rsidRPr="006E4E07">
        <w:rPr>
          <w:b/>
          <w:bCs/>
          <w:color w:val="FF0000"/>
          <w:lang w:val="it-IT"/>
        </w:rPr>
        <w:t>0.1 Testo della voce narrante che accompagna le riprese</w:t>
      </w:r>
      <w:r w:rsidR="00C22EF0">
        <w:rPr>
          <w:b/>
          <w:bCs/>
          <w:color w:val="FF0000"/>
          <w:lang w:val="it-IT"/>
        </w:rPr>
        <w:t xml:space="preserve"> / </w:t>
      </w:r>
      <w:r w:rsidR="00C22EF0" w:rsidRPr="00C22EF0">
        <w:rPr>
          <w:b/>
          <w:bCs/>
          <w:lang w:val="it-IT"/>
        </w:rPr>
        <w:t>in alternativa,</w:t>
      </w:r>
      <w:r w:rsidR="0078348C">
        <w:rPr>
          <w:b/>
          <w:bCs/>
          <w:lang w:val="it-IT"/>
        </w:rPr>
        <w:t xml:space="preserve"> spiegare il concept del video e cosa si vuole </w:t>
      </w:r>
      <w:proofErr w:type="gramStart"/>
      <w:r w:rsidR="0078348C">
        <w:rPr>
          <w:b/>
          <w:bCs/>
          <w:lang w:val="it-IT"/>
        </w:rPr>
        <w:t>comunicare</w:t>
      </w:r>
      <w:r w:rsidR="00C22EF0" w:rsidRPr="00C22EF0">
        <w:rPr>
          <w:b/>
          <w:bCs/>
          <w:lang w:val="it-IT"/>
        </w:rPr>
        <w:t xml:space="preserve"> </w:t>
      </w:r>
      <w:r w:rsidRPr="00C22EF0">
        <w:rPr>
          <w:b/>
          <w:bCs/>
          <w:lang w:val="it-IT"/>
        </w:rPr>
        <w:t xml:space="preserve"> </w:t>
      </w:r>
      <w:r>
        <w:rPr>
          <w:lang w:val="it-IT"/>
        </w:rPr>
        <w:t>(</w:t>
      </w:r>
      <w:proofErr w:type="gramEnd"/>
      <w:r>
        <w:rPr>
          <w:lang w:val="it-IT"/>
        </w:rPr>
        <w:t>dalle 15 alle 20 righe)</w:t>
      </w:r>
    </w:p>
    <w:p w14:paraId="7B2A3368" w14:textId="77777777" w:rsidR="006E4E07" w:rsidRPr="006058BB" w:rsidRDefault="006E4E07" w:rsidP="006E4E07">
      <w:pPr>
        <w:pBdr>
          <w:bottom w:val="single" w:sz="12" w:space="1" w:color="auto"/>
        </w:pBdr>
        <w:rPr>
          <w:lang w:val="it-IT"/>
        </w:rPr>
      </w:pPr>
    </w:p>
    <w:p w14:paraId="281A15D8" w14:textId="1E4ED09B" w:rsidR="006E4E07" w:rsidRDefault="006E4E07">
      <w:pPr>
        <w:rPr>
          <w:lang w:val="it-IT"/>
        </w:rPr>
      </w:pPr>
      <w:r w:rsidRPr="006058BB"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03FB0" w14:textId="77777777" w:rsidR="006E4E07" w:rsidRDefault="006E4E07">
      <w:pPr>
        <w:rPr>
          <w:lang w:val="it-IT"/>
        </w:rPr>
      </w:pPr>
    </w:p>
    <w:p w14:paraId="38866786" w14:textId="77777777" w:rsidR="00EE7A21" w:rsidRDefault="0007614B" w:rsidP="001B2737">
      <w:pPr>
        <w:pStyle w:val="Paragrafoelenco"/>
        <w:numPr>
          <w:ilvl w:val="1"/>
          <w:numId w:val="11"/>
        </w:numPr>
        <w:pBdr>
          <w:bottom w:val="single" w:sz="12" w:space="1" w:color="auto"/>
        </w:pBdr>
        <w:rPr>
          <w:b/>
          <w:bCs/>
          <w:color w:val="FF0000"/>
          <w:lang w:val="it-IT"/>
        </w:rPr>
      </w:pPr>
      <w:r w:rsidRPr="00462069">
        <w:rPr>
          <w:b/>
          <w:bCs/>
          <w:color w:val="FF0000"/>
          <w:lang w:val="it-IT"/>
        </w:rPr>
        <w:t xml:space="preserve">Link di </w:t>
      </w:r>
      <w:proofErr w:type="spellStart"/>
      <w:r w:rsidRPr="00462069">
        <w:rPr>
          <w:b/>
          <w:bCs/>
          <w:color w:val="FF0000"/>
          <w:lang w:val="it-IT"/>
        </w:rPr>
        <w:t>reference</w:t>
      </w:r>
      <w:proofErr w:type="spellEnd"/>
      <w:r w:rsidRPr="00462069">
        <w:rPr>
          <w:b/>
          <w:bCs/>
          <w:color w:val="FF0000"/>
          <w:lang w:val="it-IT"/>
        </w:rPr>
        <w:t xml:space="preserve"> Video (anche di altri s</w:t>
      </w:r>
      <w:r w:rsidR="00EE7A21">
        <w:rPr>
          <w:b/>
          <w:bCs/>
          <w:color w:val="FF0000"/>
          <w:lang w:val="it-IT"/>
        </w:rPr>
        <w:t>ettori)</w:t>
      </w:r>
    </w:p>
    <w:p w14:paraId="688F3229" w14:textId="1E7C3002" w:rsidR="00462069" w:rsidRDefault="00462069" w:rsidP="00EE7A21">
      <w:pPr>
        <w:pBdr>
          <w:bottom w:val="single" w:sz="12" w:space="1" w:color="auto"/>
        </w:pBdr>
        <w:ind w:left="360"/>
        <w:rPr>
          <w:lang w:val="it-IT"/>
        </w:rPr>
      </w:pPr>
      <w:r w:rsidRPr="00EE7A21">
        <w:rPr>
          <w:lang w:val="it-IT"/>
        </w:rPr>
        <w:t xml:space="preserve"> - __________________________</w:t>
      </w:r>
    </w:p>
    <w:p w14:paraId="66486112" w14:textId="77777777" w:rsidR="00EE7A21" w:rsidRPr="00EE7A21" w:rsidRDefault="00EE7A21" w:rsidP="00EE7A21">
      <w:pPr>
        <w:pBdr>
          <w:bottom w:val="single" w:sz="12" w:space="1" w:color="auto"/>
        </w:pBdr>
        <w:ind w:left="360"/>
        <w:rPr>
          <w:b/>
          <w:bCs/>
          <w:color w:val="FF0000"/>
          <w:lang w:val="it-IT"/>
        </w:rPr>
      </w:pPr>
    </w:p>
    <w:p w14:paraId="2E5FB4E4" w14:textId="77777777" w:rsidR="006E4E07" w:rsidRDefault="006E4E07">
      <w:pPr>
        <w:rPr>
          <w:lang w:val="it-IT"/>
        </w:rPr>
      </w:pPr>
    </w:p>
    <w:p w14:paraId="6013E08E" w14:textId="50576C90" w:rsidR="00F97B1F" w:rsidRPr="00F97B1F" w:rsidRDefault="00E45BDA" w:rsidP="00F97B1F">
      <w:pPr>
        <w:pStyle w:val="Paragrafoelenco"/>
        <w:numPr>
          <w:ilvl w:val="1"/>
          <w:numId w:val="11"/>
        </w:numPr>
        <w:pBdr>
          <w:bottom w:val="single" w:sz="12" w:space="1" w:color="auto"/>
        </w:pBdr>
        <w:rPr>
          <w:b/>
          <w:bCs/>
          <w:color w:val="FF0000"/>
          <w:lang w:val="it-IT"/>
        </w:rPr>
      </w:pPr>
      <w:r w:rsidRPr="00F97B1F">
        <w:rPr>
          <w:b/>
          <w:bCs/>
          <w:color w:val="FF0000"/>
          <w:lang w:val="it-IT"/>
        </w:rPr>
        <w:t xml:space="preserve">Sono necessarie riprese </w:t>
      </w:r>
      <w:r w:rsidR="00F97B1F" w:rsidRPr="00F97B1F">
        <w:rPr>
          <w:b/>
          <w:bCs/>
          <w:color w:val="FF0000"/>
          <w:lang w:val="it-IT"/>
        </w:rPr>
        <w:t xml:space="preserve">dell’azienda o si prospetta di realizzare il video solamente con stock video / stock images </w:t>
      </w:r>
    </w:p>
    <w:p w14:paraId="27AB438A" w14:textId="77777777" w:rsidR="00F97B1F" w:rsidRPr="00F97B1F" w:rsidRDefault="00F97B1F" w:rsidP="00F97B1F">
      <w:pPr>
        <w:pStyle w:val="Paragrafoelenco"/>
        <w:pBdr>
          <w:bottom w:val="single" w:sz="12" w:space="1" w:color="auto"/>
        </w:pBdr>
        <w:rPr>
          <w:lang w:val="it-IT"/>
        </w:rPr>
      </w:pPr>
    </w:p>
    <w:p w14:paraId="4E7FEBF9" w14:textId="77777777" w:rsidR="006E4E07" w:rsidRDefault="006E4E07">
      <w:pPr>
        <w:rPr>
          <w:lang w:val="it-IT"/>
        </w:rPr>
      </w:pPr>
    </w:p>
    <w:p w14:paraId="000DAAE8" w14:textId="28AB4B99" w:rsidR="0016277F" w:rsidRPr="00090721" w:rsidRDefault="00EE7A21">
      <w:pPr>
        <w:rPr>
          <w:lang w:val="it-IT"/>
        </w:rPr>
      </w:pPr>
      <w:r w:rsidRPr="00090721">
        <w:rPr>
          <w:lang w:val="it-IT"/>
        </w:rPr>
        <w:t>1. Obiettivi del Video</w:t>
      </w:r>
    </w:p>
    <w:p w14:paraId="276236E9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Qual è l'obiettivo principale del video?</w:t>
      </w:r>
    </w:p>
    <w:p w14:paraId="7DE15E10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lastRenderedPageBreak/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Informare</w:t>
      </w:r>
    </w:p>
    <w:p w14:paraId="49E275FC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Educare</w:t>
      </w:r>
    </w:p>
    <w:p w14:paraId="0FD52D3A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Promuovere il brand</w:t>
      </w:r>
    </w:p>
    <w:p w14:paraId="0034B409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Coinvolgere emotivamente</w:t>
      </w:r>
    </w:p>
    <w:p w14:paraId="00EB65F6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Altro: ______________</w:t>
      </w:r>
    </w:p>
    <w:p w14:paraId="61B333AE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2. Pubblico Target</w:t>
      </w:r>
    </w:p>
    <w:p w14:paraId="32D293F5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Chi è il pubblico target?</w:t>
      </w:r>
    </w:p>
    <w:p w14:paraId="5382F2D2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Età: ______________</w:t>
      </w:r>
    </w:p>
    <w:p w14:paraId="61AA53CE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Genere: ______________</w:t>
      </w:r>
    </w:p>
    <w:p w14:paraId="5E5DE6CB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Settore lavorativo: ______________</w:t>
      </w:r>
    </w:p>
    <w:p w14:paraId="536BD53C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Interessi: ______________</w:t>
      </w:r>
    </w:p>
    <w:p w14:paraId="6AE03051" w14:textId="77777777" w:rsidR="0016277F" w:rsidRPr="00090721" w:rsidRDefault="00EE7A21">
      <w:pPr>
        <w:rPr>
          <w:lang w:val="it-IT"/>
        </w:rPr>
      </w:pPr>
      <w:r w:rsidRPr="006E4E07">
        <w:rPr>
          <w:color w:val="FF0000"/>
          <w:lang w:val="it-IT"/>
        </w:rPr>
        <w:t>3</w:t>
      </w:r>
      <w:r w:rsidRPr="006E4E07">
        <w:rPr>
          <w:b/>
          <w:bCs/>
          <w:color w:val="FF0000"/>
          <w:lang w:val="it-IT"/>
        </w:rPr>
        <w:t>. Posizionamento Strategico</w:t>
      </w:r>
    </w:p>
    <w:p w14:paraId="35AA853E" w14:textId="30626596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Qual è il posizionamento strategico dell'azienda</w:t>
      </w:r>
      <w:r w:rsidR="00C22EF0">
        <w:rPr>
          <w:lang w:val="it-IT"/>
        </w:rPr>
        <w:t>?</w:t>
      </w:r>
      <w:r w:rsidR="006E4E07">
        <w:rPr>
          <w:lang w:val="it-IT"/>
        </w:rPr>
        <w:t xml:space="preserve"> (identifica </w:t>
      </w:r>
      <w:proofErr w:type="gramStart"/>
      <w:r w:rsidR="006E4E07">
        <w:rPr>
          <w:lang w:val="it-IT"/>
        </w:rPr>
        <w:t>3</w:t>
      </w:r>
      <w:proofErr w:type="gramEnd"/>
      <w:r w:rsidR="006E4E07">
        <w:rPr>
          <w:lang w:val="it-IT"/>
        </w:rPr>
        <w:t xml:space="preserve"> o più </w:t>
      </w:r>
      <w:r w:rsidR="00C22EF0">
        <w:rPr>
          <w:lang w:val="it-IT"/>
        </w:rPr>
        <w:t>capabilities</w:t>
      </w:r>
      <w:r w:rsidR="006E4E07">
        <w:rPr>
          <w:lang w:val="it-IT"/>
        </w:rPr>
        <w:t xml:space="preserve"> differenzianti da sottolineare con il video)</w:t>
      </w:r>
    </w:p>
    <w:p w14:paraId="69C67210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__________________________</w:t>
      </w:r>
    </w:p>
    <w:p w14:paraId="7D12C825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__________________________</w:t>
      </w:r>
    </w:p>
    <w:p w14:paraId="549528B4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__________________________</w:t>
      </w:r>
    </w:p>
    <w:p w14:paraId="79476591" w14:textId="77777777" w:rsidR="0016277F" w:rsidRPr="006E4E07" w:rsidRDefault="00EE7A21">
      <w:pPr>
        <w:rPr>
          <w:b/>
          <w:bCs/>
          <w:color w:val="FF0000"/>
          <w:lang w:val="it-IT"/>
        </w:rPr>
      </w:pPr>
      <w:r w:rsidRPr="006E4E07">
        <w:rPr>
          <w:b/>
          <w:bCs/>
          <w:color w:val="FF0000"/>
          <w:lang w:val="it-IT"/>
        </w:rPr>
        <w:t>4. Messaggio Principale</w:t>
      </w:r>
    </w:p>
    <w:p w14:paraId="43106642" w14:textId="26475C20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Qual è il messaggio principale che volete comunicare?</w:t>
      </w:r>
      <w:r w:rsidR="00C22EF0">
        <w:rPr>
          <w:lang w:val="it-IT"/>
        </w:rPr>
        <w:t xml:space="preserve"> (identifica </w:t>
      </w:r>
      <w:proofErr w:type="gramStart"/>
      <w:r w:rsidR="00C22EF0">
        <w:rPr>
          <w:lang w:val="it-IT"/>
        </w:rPr>
        <w:t>3</w:t>
      </w:r>
      <w:proofErr w:type="gramEnd"/>
      <w:r w:rsidR="00C22EF0">
        <w:rPr>
          <w:lang w:val="it-IT"/>
        </w:rPr>
        <w:t xml:space="preserve"> o più valori da sottolineare con il video)</w:t>
      </w:r>
    </w:p>
    <w:p w14:paraId="672FD21C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__________________________</w:t>
      </w:r>
    </w:p>
    <w:p w14:paraId="309C57BC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__________________________</w:t>
      </w:r>
    </w:p>
    <w:p w14:paraId="78DE9FC9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__________________________</w:t>
      </w:r>
    </w:p>
    <w:p w14:paraId="0FA4CFB8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5. Tone of Voice</w:t>
      </w:r>
    </w:p>
    <w:p w14:paraId="40C17653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Quale tono di voce volete adottare nel video?</w:t>
      </w:r>
    </w:p>
    <w:p w14:paraId="58E515A2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Informale</w:t>
      </w:r>
    </w:p>
    <w:p w14:paraId="677BCCA1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Professionale</w:t>
      </w:r>
    </w:p>
    <w:p w14:paraId="13662218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lastRenderedPageBreak/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Divertente</w:t>
      </w:r>
    </w:p>
    <w:p w14:paraId="5036B1E2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</w:t>
      </w:r>
      <w:proofErr w:type="spellStart"/>
      <w:r w:rsidRPr="00090721">
        <w:rPr>
          <w:lang w:val="it-IT"/>
        </w:rPr>
        <w:t>Ispirazionale</w:t>
      </w:r>
      <w:proofErr w:type="spellEnd"/>
    </w:p>
    <w:p w14:paraId="5D5309A9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Altro: ______________</w:t>
      </w:r>
    </w:p>
    <w:p w14:paraId="55A67B13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6. Modelli di VSL</w:t>
      </w:r>
    </w:p>
    <w:p w14:paraId="6ECC6A35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- Quale modello di Video Sales </w:t>
      </w:r>
      <w:proofErr w:type="spellStart"/>
      <w:r w:rsidRPr="00090721">
        <w:rPr>
          <w:lang w:val="it-IT"/>
        </w:rPr>
        <w:t>Letter</w:t>
      </w:r>
      <w:proofErr w:type="spellEnd"/>
      <w:r w:rsidRPr="00090721">
        <w:rPr>
          <w:lang w:val="it-IT"/>
        </w:rPr>
        <w:t xml:space="preserve"> (VSL) preferite utilizzare?</w:t>
      </w:r>
    </w:p>
    <w:p w14:paraId="33135915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Problema-Soluzione</w:t>
      </w:r>
    </w:p>
    <w:p w14:paraId="084D4EC7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AIDA (Attenzione, Interesse, Desiderio, Azione)</w:t>
      </w:r>
    </w:p>
    <w:p w14:paraId="18D3DB19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PAS (Problema, Agitazione, Soluzione)</w:t>
      </w:r>
    </w:p>
    <w:p w14:paraId="12890768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The </w:t>
      </w:r>
      <w:proofErr w:type="spellStart"/>
      <w:r w:rsidRPr="00090721">
        <w:rPr>
          <w:lang w:val="it-IT"/>
        </w:rPr>
        <w:t>Hero's</w:t>
      </w:r>
      <w:proofErr w:type="spellEnd"/>
      <w:r w:rsidRPr="00090721">
        <w:rPr>
          <w:lang w:val="it-IT"/>
        </w:rPr>
        <w:t xml:space="preserve"> </w:t>
      </w:r>
      <w:proofErr w:type="spellStart"/>
      <w:r w:rsidRPr="00090721">
        <w:rPr>
          <w:lang w:val="it-IT"/>
        </w:rPr>
        <w:t>Journey</w:t>
      </w:r>
      <w:proofErr w:type="spellEnd"/>
    </w:p>
    <w:p w14:paraId="2DEDD289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Altro: ______________</w:t>
      </w:r>
    </w:p>
    <w:p w14:paraId="17B29CA0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7. Call to Action</w:t>
      </w:r>
    </w:p>
    <w:p w14:paraId="3A2F6B36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Quale call to action vorreste includere nel video?</w:t>
      </w:r>
    </w:p>
    <w:p w14:paraId="4830BC3A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Visita il nostro sito web</w:t>
      </w:r>
    </w:p>
    <w:p w14:paraId="10B1CD19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Contattaci per maggiori informazioni</w:t>
      </w:r>
    </w:p>
    <w:p w14:paraId="1015EB43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Iscriviti alla nostra newsletter</w:t>
      </w:r>
    </w:p>
    <w:p w14:paraId="33EF1F24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Seguici sui social media</w:t>
      </w:r>
    </w:p>
    <w:p w14:paraId="778A6B96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Altro: ______________</w:t>
      </w:r>
    </w:p>
    <w:p w14:paraId="144E4C96" w14:textId="77777777" w:rsidR="0016277F" w:rsidRPr="00C22EF0" w:rsidRDefault="00EE7A21">
      <w:pPr>
        <w:rPr>
          <w:b/>
          <w:bCs/>
          <w:color w:val="FF0000"/>
          <w:lang w:val="it-IT"/>
        </w:rPr>
      </w:pPr>
      <w:r w:rsidRPr="00C22EF0">
        <w:rPr>
          <w:b/>
          <w:bCs/>
          <w:color w:val="FF0000"/>
          <w:lang w:val="it-IT"/>
        </w:rPr>
        <w:t>8. Valori del Brand</w:t>
      </w:r>
    </w:p>
    <w:p w14:paraId="1ADCC9F8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- Quali valori del </w:t>
      </w:r>
      <w:proofErr w:type="gramStart"/>
      <w:r w:rsidRPr="00090721">
        <w:rPr>
          <w:lang w:val="it-IT"/>
        </w:rPr>
        <w:t>brand</w:t>
      </w:r>
      <w:proofErr w:type="gramEnd"/>
      <w:r w:rsidRPr="00090721">
        <w:rPr>
          <w:lang w:val="it-IT"/>
        </w:rPr>
        <w:t xml:space="preserve"> vorreste evidenziare nel video?</w:t>
      </w:r>
    </w:p>
    <w:p w14:paraId="233D00C5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Innovazione</w:t>
      </w:r>
    </w:p>
    <w:p w14:paraId="76533897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Sostenibilità</w:t>
      </w:r>
    </w:p>
    <w:p w14:paraId="71AEED71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Qualità</w:t>
      </w:r>
    </w:p>
    <w:p w14:paraId="5ED7FA2A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Affidabilità</w:t>
      </w:r>
    </w:p>
    <w:p w14:paraId="1EA50FAD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Altro: ______________</w:t>
      </w:r>
    </w:p>
    <w:p w14:paraId="3D572156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9. Stile Visivo</w:t>
      </w:r>
    </w:p>
    <w:p w14:paraId="52A6B0A4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Quale stile visivo preferite per il video?</w:t>
      </w:r>
    </w:p>
    <w:p w14:paraId="5FD35998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lastRenderedPageBreak/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Animato</w:t>
      </w:r>
    </w:p>
    <w:p w14:paraId="4A210A23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Live action</w:t>
      </w:r>
    </w:p>
    <w:p w14:paraId="708ECC76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Misto</w:t>
      </w:r>
    </w:p>
    <w:p w14:paraId="3146AC5A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Altro: ______________</w:t>
      </w:r>
    </w:p>
    <w:p w14:paraId="7F4EB84E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10. Colonna Sonora</w:t>
      </w:r>
    </w:p>
    <w:p w14:paraId="0A0190B6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>- Quale tipo di colonna sonora vorreste per il video?</w:t>
      </w:r>
    </w:p>
    <w:p w14:paraId="791939B4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Musica motivazionale</w:t>
      </w:r>
    </w:p>
    <w:p w14:paraId="57C7B94E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Musica rilassante</w:t>
      </w:r>
    </w:p>
    <w:p w14:paraId="241CDC8D" w14:textId="77777777" w:rsidR="0016277F" w:rsidRPr="00090721" w:rsidRDefault="00EE7A21">
      <w:pPr>
        <w:rPr>
          <w:lang w:val="it-IT"/>
        </w:rPr>
      </w:pPr>
      <w:r w:rsidRPr="00090721">
        <w:rPr>
          <w:lang w:val="it-IT"/>
        </w:rPr>
        <w:t xml:space="preserve">  - </w:t>
      </w:r>
      <w:proofErr w:type="gramStart"/>
      <w:r w:rsidRPr="00090721">
        <w:rPr>
          <w:lang w:val="it-IT"/>
        </w:rPr>
        <w:t>[ ]</w:t>
      </w:r>
      <w:proofErr w:type="gramEnd"/>
      <w:r w:rsidRPr="00090721">
        <w:rPr>
          <w:lang w:val="it-IT"/>
        </w:rPr>
        <w:t xml:space="preserve"> Voce narrante</w:t>
      </w:r>
    </w:p>
    <w:p w14:paraId="0245C054" w14:textId="77777777" w:rsidR="0016277F" w:rsidRPr="006058BB" w:rsidRDefault="00EE7A21">
      <w:pPr>
        <w:rPr>
          <w:lang w:val="it-IT"/>
        </w:rPr>
      </w:pPr>
      <w:r w:rsidRPr="00090721">
        <w:rPr>
          <w:lang w:val="it-IT"/>
        </w:rPr>
        <w:t xml:space="preserve">  </w:t>
      </w:r>
      <w:r w:rsidRPr="006058BB">
        <w:rPr>
          <w:lang w:val="it-IT"/>
        </w:rPr>
        <w:t xml:space="preserve">- </w:t>
      </w:r>
      <w:proofErr w:type="gramStart"/>
      <w:r w:rsidRPr="006058BB">
        <w:rPr>
          <w:lang w:val="it-IT"/>
        </w:rPr>
        <w:t>[ ]</w:t>
      </w:r>
      <w:proofErr w:type="gramEnd"/>
      <w:r w:rsidRPr="006058BB">
        <w:rPr>
          <w:lang w:val="it-IT"/>
        </w:rPr>
        <w:t xml:space="preserve"> Solo effetti sonori</w:t>
      </w:r>
    </w:p>
    <w:p w14:paraId="48F00558" w14:textId="77777777" w:rsidR="0016277F" w:rsidRPr="006058BB" w:rsidRDefault="00EE7A21">
      <w:pPr>
        <w:rPr>
          <w:lang w:val="it-IT"/>
        </w:rPr>
      </w:pPr>
      <w:r w:rsidRPr="006058BB">
        <w:rPr>
          <w:lang w:val="it-IT"/>
        </w:rPr>
        <w:t xml:space="preserve">  - </w:t>
      </w:r>
      <w:proofErr w:type="gramStart"/>
      <w:r w:rsidRPr="006058BB">
        <w:rPr>
          <w:lang w:val="it-IT"/>
        </w:rPr>
        <w:t>[ ]</w:t>
      </w:r>
      <w:proofErr w:type="gramEnd"/>
      <w:r w:rsidRPr="006058BB">
        <w:rPr>
          <w:lang w:val="it-IT"/>
        </w:rPr>
        <w:t xml:space="preserve"> Altro: ______________</w:t>
      </w:r>
    </w:p>
    <w:p w14:paraId="02F2B41C" w14:textId="77777777" w:rsidR="00090721" w:rsidRPr="006058BB" w:rsidRDefault="00090721">
      <w:pPr>
        <w:rPr>
          <w:lang w:val="it-IT"/>
        </w:rPr>
      </w:pPr>
    </w:p>
    <w:p w14:paraId="74D338A3" w14:textId="4DCE9669" w:rsidR="006058BB" w:rsidRPr="006058BB" w:rsidRDefault="006058BB">
      <w:pPr>
        <w:rPr>
          <w:lang w:val="it-IT"/>
        </w:rPr>
      </w:pPr>
    </w:p>
    <w:sectPr w:rsidR="006058BB" w:rsidRPr="006058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DD1AC8"/>
    <w:multiLevelType w:val="multilevel"/>
    <w:tmpl w:val="4A62094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6622B4F"/>
    <w:multiLevelType w:val="multilevel"/>
    <w:tmpl w:val="7692287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938296">
    <w:abstractNumId w:val="8"/>
  </w:num>
  <w:num w:numId="2" w16cid:durableId="873075805">
    <w:abstractNumId w:val="6"/>
  </w:num>
  <w:num w:numId="3" w16cid:durableId="168105303">
    <w:abstractNumId w:val="5"/>
  </w:num>
  <w:num w:numId="4" w16cid:durableId="1662081558">
    <w:abstractNumId w:val="4"/>
  </w:num>
  <w:num w:numId="5" w16cid:durableId="711612341">
    <w:abstractNumId w:val="7"/>
  </w:num>
  <w:num w:numId="6" w16cid:durableId="1839996643">
    <w:abstractNumId w:val="3"/>
  </w:num>
  <w:num w:numId="7" w16cid:durableId="1980767303">
    <w:abstractNumId w:val="2"/>
  </w:num>
  <w:num w:numId="8" w16cid:durableId="567806401">
    <w:abstractNumId w:val="1"/>
  </w:num>
  <w:num w:numId="9" w16cid:durableId="1551651711">
    <w:abstractNumId w:val="0"/>
  </w:num>
  <w:num w:numId="10" w16cid:durableId="1594585949">
    <w:abstractNumId w:val="10"/>
  </w:num>
  <w:num w:numId="11" w16cid:durableId="309097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14B"/>
    <w:rsid w:val="00090721"/>
    <w:rsid w:val="0015074B"/>
    <w:rsid w:val="0016277F"/>
    <w:rsid w:val="001B2737"/>
    <w:rsid w:val="0029639D"/>
    <w:rsid w:val="00326F90"/>
    <w:rsid w:val="00462069"/>
    <w:rsid w:val="0056661F"/>
    <w:rsid w:val="006058BB"/>
    <w:rsid w:val="006E4E07"/>
    <w:rsid w:val="0078348C"/>
    <w:rsid w:val="00AA1D8D"/>
    <w:rsid w:val="00AF21E7"/>
    <w:rsid w:val="00B47730"/>
    <w:rsid w:val="00C22EF0"/>
    <w:rsid w:val="00CB0664"/>
    <w:rsid w:val="00E45BDA"/>
    <w:rsid w:val="00EE7A21"/>
    <w:rsid w:val="00F97B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71B31E0-A516-40F4-A8FF-50CB48F8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MEDDI Andrea2 - MANPOWER</cp:lastModifiedBy>
  <cp:revision>14</cp:revision>
  <dcterms:created xsi:type="dcterms:W3CDTF">2013-12-23T23:15:00Z</dcterms:created>
  <dcterms:modified xsi:type="dcterms:W3CDTF">2024-09-05T11:46:00Z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bca4c2-e50b-486e-8f26-05163b174112_Enabled">
    <vt:lpwstr>true</vt:lpwstr>
  </property>
  <property fmtid="{D5CDD505-2E9C-101B-9397-08002B2CF9AE}" pid="3" name="MSIP_Label_99bca4c2-e50b-486e-8f26-05163b174112_SetDate">
    <vt:lpwstr>2024-09-04T16:23:26Z</vt:lpwstr>
  </property>
  <property fmtid="{D5CDD505-2E9C-101B-9397-08002B2CF9AE}" pid="4" name="MSIP_Label_99bca4c2-e50b-486e-8f26-05163b174112_Method">
    <vt:lpwstr>Privileged</vt:lpwstr>
  </property>
  <property fmtid="{D5CDD505-2E9C-101B-9397-08002B2CF9AE}" pid="5" name="MSIP_Label_99bca4c2-e50b-486e-8f26-05163b174112_Name">
    <vt:lpwstr>General - Prod</vt:lpwstr>
  </property>
  <property fmtid="{D5CDD505-2E9C-101B-9397-08002B2CF9AE}" pid="6" name="MSIP_Label_99bca4c2-e50b-486e-8f26-05163b174112_SiteId">
    <vt:lpwstr>68b865d5-cf18-4b2b-82a4-a4eddb9c5237</vt:lpwstr>
  </property>
  <property fmtid="{D5CDD505-2E9C-101B-9397-08002B2CF9AE}" pid="7" name="MSIP_Label_99bca4c2-e50b-486e-8f26-05163b174112_ActionId">
    <vt:lpwstr>fdae1514-b27f-44cd-baf7-cf6636234e7a</vt:lpwstr>
  </property>
  <property fmtid="{D5CDD505-2E9C-101B-9397-08002B2CF9AE}" pid="8" name="MSIP_Label_99bca4c2-e50b-486e-8f26-05163b174112_ContentBits">
    <vt:lpwstr>0</vt:lpwstr>
  </property>
</Properties>
</file>