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Modulo di Domande Preliminari per la Creazione di un Video di Brand</w:t>
      </w:r>
    </w:p>
    <w:p>
      <w:r>
        <w:t>1. Obiettivi del Video</w:t>
      </w:r>
    </w:p>
    <w:p>
      <w:r>
        <w:t>- Qual è l'obiettivo principale del video?</w:t>
      </w:r>
    </w:p>
    <w:p>
      <w:r>
        <w:t xml:space="preserve">  - [ ] Informare</w:t>
      </w:r>
    </w:p>
    <w:p>
      <w:r>
        <w:t xml:space="preserve">  - [ ] Educare</w:t>
      </w:r>
    </w:p>
    <w:p>
      <w:r>
        <w:t xml:space="preserve">  - [ ] Promuovere il brand</w:t>
      </w:r>
    </w:p>
    <w:p>
      <w:r>
        <w:t xml:space="preserve">  - [ ] Coinvolgere emotivamente</w:t>
      </w:r>
    </w:p>
    <w:p>
      <w:r>
        <w:t xml:space="preserve">  - [ ] Altro: ______________</w:t>
      </w:r>
    </w:p>
    <w:p>
      <w:r>
        <w:t>2. Pubblico Target</w:t>
      </w:r>
    </w:p>
    <w:p>
      <w:r>
        <w:t>- Chi è il pubblico target?</w:t>
      </w:r>
    </w:p>
    <w:p>
      <w:r>
        <w:t xml:space="preserve">  - Età: ______________</w:t>
      </w:r>
    </w:p>
    <w:p>
      <w:r>
        <w:t xml:space="preserve">  - Genere: ______________</w:t>
      </w:r>
    </w:p>
    <w:p>
      <w:r>
        <w:t xml:space="preserve">  - Settore lavorativo: ______________</w:t>
      </w:r>
    </w:p>
    <w:p>
      <w:r>
        <w:t xml:space="preserve">  - Interessi: ______________</w:t>
      </w:r>
    </w:p>
    <w:p>
      <w:r>
        <w:t>3. Posizionamento Strategico</w:t>
      </w:r>
    </w:p>
    <w:p>
      <w:r>
        <w:t>- Qual è il posizionamento strategico dell'azienda?</w:t>
      </w:r>
    </w:p>
    <w:p>
      <w:r>
        <w:t xml:space="preserve">  - __________________________</w:t>
      </w:r>
    </w:p>
    <w:p>
      <w:r>
        <w:t xml:space="preserve">  - __________________________</w:t>
      </w:r>
    </w:p>
    <w:p>
      <w:r>
        <w:t xml:space="preserve">  - __________________________</w:t>
      </w:r>
    </w:p>
    <w:p>
      <w:r>
        <w:t>4. Messaggio Principale</w:t>
      </w:r>
    </w:p>
    <w:p>
      <w:r>
        <w:t>- Qual è il messaggio principale che volete comunicare?</w:t>
      </w:r>
    </w:p>
    <w:p>
      <w:r>
        <w:t xml:space="preserve">  - __________________________</w:t>
      </w:r>
    </w:p>
    <w:p>
      <w:r>
        <w:t xml:space="preserve">  - __________________________</w:t>
      </w:r>
    </w:p>
    <w:p>
      <w:r>
        <w:t xml:space="preserve">  - __________________________</w:t>
      </w:r>
    </w:p>
    <w:p>
      <w:r>
        <w:t>5. Tone of Voice</w:t>
      </w:r>
    </w:p>
    <w:p>
      <w:r>
        <w:t>- Quale tono di voce volete adottare nel video?</w:t>
      </w:r>
    </w:p>
    <w:p>
      <w:r>
        <w:t xml:space="preserve">  - [ ] Informale</w:t>
      </w:r>
    </w:p>
    <w:p>
      <w:r>
        <w:t xml:space="preserve">  - [ ] Professionale</w:t>
      </w:r>
    </w:p>
    <w:p>
      <w:r>
        <w:t xml:space="preserve">  - [ ] Divertente</w:t>
      </w:r>
    </w:p>
    <w:p>
      <w:r>
        <w:t xml:space="preserve">  - [ ] Ispirazionale</w:t>
      </w:r>
    </w:p>
    <w:p>
      <w:r>
        <w:t xml:space="preserve">  - [ ] Altro: ______________</w:t>
      </w:r>
    </w:p>
    <w:p>
      <w:r>
        <w:t>6. Modelli di VSL</w:t>
      </w:r>
    </w:p>
    <w:p>
      <w:r>
        <w:t>- Quale modello di Video Sales Letter (VSL) preferite utilizzare?</w:t>
      </w:r>
    </w:p>
    <w:p>
      <w:r>
        <w:t xml:space="preserve">  - [ ] Problema-Soluzione</w:t>
      </w:r>
    </w:p>
    <w:p>
      <w:r>
        <w:t xml:space="preserve">  - [ ] AIDA (Attenzione, Interesse, Desiderio, Azione)</w:t>
      </w:r>
    </w:p>
    <w:p>
      <w:r>
        <w:t xml:space="preserve">  - [ ] PAS (Problema, Agitazione, Soluzione)</w:t>
      </w:r>
    </w:p>
    <w:p>
      <w:r>
        <w:t xml:space="preserve">  - [ ] The Hero's Journey</w:t>
      </w:r>
    </w:p>
    <w:p>
      <w:r>
        <w:t xml:space="preserve">  - [ ] Altro: ______________</w:t>
      </w:r>
    </w:p>
    <w:p>
      <w:r>
        <w:t>7. Call to Action</w:t>
      </w:r>
    </w:p>
    <w:p>
      <w:r>
        <w:t>- Quale call to action vorreste includere nel video?</w:t>
      </w:r>
    </w:p>
    <w:p>
      <w:r>
        <w:t xml:space="preserve">  - [ ] Visita il nostro sito web</w:t>
      </w:r>
    </w:p>
    <w:p>
      <w:r>
        <w:t xml:space="preserve">  - [ ] Contattaci per maggiori informazioni</w:t>
      </w:r>
    </w:p>
    <w:p>
      <w:r>
        <w:t xml:space="preserve">  - [ ] Iscriviti alla nostra newsletter</w:t>
      </w:r>
    </w:p>
    <w:p>
      <w:r>
        <w:t xml:space="preserve">  - [ ] Seguici sui social media</w:t>
      </w:r>
    </w:p>
    <w:p>
      <w:r>
        <w:t xml:space="preserve">  - [ ] Altro: ______________</w:t>
      </w:r>
    </w:p>
    <w:p>
      <w:r>
        <w:t>8. Valori del Brand</w:t>
      </w:r>
    </w:p>
    <w:p>
      <w:r>
        <w:t>- Quali valori del brand vorreste evidenziare nel video?</w:t>
      </w:r>
    </w:p>
    <w:p>
      <w:r>
        <w:t xml:space="preserve">  - [ ] Innovazione</w:t>
      </w:r>
    </w:p>
    <w:p>
      <w:r>
        <w:t xml:space="preserve">  - [ ] Sostenibilità</w:t>
      </w:r>
    </w:p>
    <w:p>
      <w:r>
        <w:t xml:space="preserve">  - [ ] Qualità</w:t>
      </w:r>
    </w:p>
    <w:p>
      <w:r>
        <w:t xml:space="preserve">  - [ ] Affidabilità</w:t>
      </w:r>
    </w:p>
    <w:p>
      <w:r>
        <w:t xml:space="preserve">  - [ ] Altro: ______________</w:t>
      </w:r>
    </w:p>
    <w:p>
      <w:r>
        <w:t>9. Stile Visivo</w:t>
      </w:r>
    </w:p>
    <w:p>
      <w:r>
        <w:t>- Quale stile visivo preferite per il video?</w:t>
      </w:r>
    </w:p>
    <w:p>
      <w:r>
        <w:t xml:space="preserve">  - [ ] Animato</w:t>
      </w:r>
    </w:p>
    <w:p>
      <w:r>
        <w:t xml:space="preserve">  - [ ] Live action</w:t>
      </w:r>
    </w:p>
    <w:p>
      <w:r>
        <w:t xml:space="preserve">  - [ ] Misto</w:t>
      </w:r>
    </w:p>
    <w:p>
      <w:r>
        <w:t xml:space="preserve">  - [ ] Altro: ______________</w:t>
      </w:r>
    </w:p>
    <w:p>
      <w:r>
        <w:t>10. Colonna Sonora</w:t>
      </w:r>
    </w:p>
    <w:p>
      <w:r>
        <w:t>- Quale tipo di colonna sonora vorreste per il video?</w:t>
      </w:r>
    </w:p>
    <w:p>
      <w:r>
        <w:t xml:space="preserve">  - [ ] Musica motivazionale</w:t>
      </w:r>
    </w:p>
    <w:p>
      <w:r>
        <w:t xml:space="preserve">  - [ ] Musica rilassante</w:t>
      </w:r>
    </w:p>
    <w:p>
      <w:r>
        <w:t xml:space="preserve">  - [ ] Voce narrante</w:t>
      </w:r>
    </w:p>
    <w:p>
      <w:r>
        <w:t xml:space="preserve">  - [ ] Solo effetti sonori</w:t>
      </w:r>
    </w:p>
    <w:p>
      <w:r>
        <w:t xml:space="preserve">  - [ ] Altro: 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