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25EE" w14:textId="77777777" w:rsidR="00F55110" w:rsidRPr="0004428E" w:rsidRDefault="0004428E">
      <w:pPr>
        <w:pStyle w:val="Titolo1"/>
        <w:rPr>
          <w:lang w:val="it-IT"/>
        </w:rPr>
      </w:pPr>
      <w:r w:rsidRPr="0004428E">
        <w:rPr>
          <w:lang w:val="it-IT"/>
        </w:rPr>
        <w:t>Modulo di Domande Preliminari per la Creazione di un Format</w:t>
      </w:r>
    </w:p>
    <w:p w14:paraId="5F75E257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1. Obiettivi del Format</w:t>
      </w:r>
    </w:p>
    <w:p w14:paraId="48791D5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Qual è l'obiettivo principale del format?</w:t>
      </w:r>
    </w:p>
    <w:p w14:paraId="696858FE" w14:textId="4643503E" w:rsidR="00F55110" w:rsidRDefault="0004428E">
      <w:r w:rsidRPr="0004428E">
        <w:rPr>
          <w:lang w:val="it-IT"/>
        </w:rPr>
        <w:t xml:space="preserve">  </w:t>
      </w:r>
      <w:r>
        <w:t xml:space="preserve">- [ </w:t>
      </w:r>
      <w:r>
        <w:t xml:space="preserve">] </w:t>
      </w:r>
      <w:proofErr w:type="spellStart"/>
      <w:r>
        <w:t>Informare</w:t>
      </w:r>
      <w:proofErr w:type="spellEnd"/>
    </w:p>
    <w:p w14:paraId="632AEAC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Educare</w:t>
      </w:r>
    </w:p>
    <w:p w14:paraId="007EB536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Promuovere prodotti/servizi</w:t>
      </w:r>
    </w:p>
    <w:p w14:paraId="17FA79F7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Intrattenere</w:t>
      </w:r>
    </w:p>
    <w:p w14:paraId="7F25A5AF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Altro: ______________</w:t>
      </w:r>
    </w:p>
    <w:p w14:paraId="625235A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2. Pubblico Target</w:t>
      </w:r>
    </w:p>
    <w:p w14:paraId="06E22344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Chi è il pubblico target?</w:t>
      </w:r>
    </w:p>
    <w:p w14:paraId="2C6F8D05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Età: ______________</w:t>
      </w:r>
    </w:p>
    <w:p w14:paraId="4E81BDD3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Genere: ______________</w:t>
      </w:r>
    </w:p>
    <w:p w14:paraId="625C2CA7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Settore lavorativo: ______________</w:t>
      </w:r>
    </w:p>
    <w:p w14:paraId="0529FD2E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Interessi: ______________</w:t>
      </w:r>
    </w:p>
    <w:p w14:paraId="36E28083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3. Contenuto del Format</w:t>
      </w:r>
    </w:p>
    <w:p w14:paraId="2A690146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Quali argomenti principali vorres</w:t>
      </w:r>
      <w:r w:rsidRPr="0004428E">
        <w:rPr>
          <w:lang w:val="it-IT"/>
        </w:rPr>
        <w:t>te trattare nel format?</w:t>
      </w:r>
    </w:p>
    <w:p w14:paraId="1962B28C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7A686FB6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13928491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76F4746E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4. Durata e Frequenza</w:t>
      </w:r>
    </w:p>
    <w:p w14:paraId="1B23A449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Qual è la durata ideale di ciascun episodio?</w:t>
      </w:r>
    </w:p>
    <w:p w14:paraId="416255F8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1-3 minuti</w:t>
      </w:r>
    </w:p>
    <w:p w14:paraId="7488CF93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3-5 minuti</w:t>
      </w:r>
    </w:p>
    <w:p w14:paraId="3F903B5B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5-10 minuti</w:t>
      </w:r>
    </w:p>
    <w:p w14:paraId="1B41DCC4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Altr</w:t>
      </w:r>
      <w:r w:rsidRPr="0004428E">
        <w:rPr>
          <w:lang w:val="it-IT"/>
        </w:rPr>
        <w:t>o: ______________</w:t>
      </w:r>
    </w:p>
    <w:p w14:paraId="48BF025A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lastRenderedPageBreak/>
        <w:t>- Con quale frequenza vorreste pubblicare nuovi episodi?</w:t>
      </w:r>
    </w:p>
    <w:p w14:paraId="62CA048B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Giornaliera</w:t>
      </w:r>
    </w:p>
    <w:p w14:paraId="7B1D3E21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Settimanale</w:t>
      </w:r>
    </w:p>
    <w:p w14:paraId="2BE57EF0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Mensile</w:t>
      </w:r>
    </w:p>
    <w:p w14:paraId="1E4375E9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Altro: ______________</w:t>
      </w:r>
    </w:p>
    <w:p w14:paraId="1D0F3261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5. Stile e Tono</w:t>
      </w:r>
    </w:p>
    <w:p w14:paraId="6B0C78B2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Quale stile e tono vorreste adottare per il format?</w:t>
      </w:r>
    </w:p>
    <w:p w14:paraId="587F2D1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Informale</w:t>
      </w:r>
    </w:p>
    <w:p w14:paraId="21F29378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Professionale</w:t>
      </w:r>
    </w:p>
    <w:p w14:paraId="72102594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Divertente</w:t>
      </w:r>
    </w:p>
    <w:p w14:paraId="707E8770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</w:t>
      </w:r>
      <w:proofErr w:type="spellStart"/>
      <w:r w:rsidRPr="0004428E">
        <w:rPr>
          <w:lang w:val="it-IT"/>
        </w:rPr>
        <w:t>Ispirazionale</w:t>
      </w:r>
      <w:proofErr w:type="spellEnd"/>
    </w:p>
    <w:p w14:paraId="411ECA73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Altro: ______________</w:t>
      </w:r>
    </w:p>
    <w:p w14:paraId="554973DE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6. Elementi Visivi e Grafici</w:t>
      </w:r>
    </w:p>
    <w:p w14:paraId="7DEF0088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Ci sono colori o elementi grafici specifici che vorreste includere nel design del logo e del format?</w:t>
      </w:r>
    </w:p>
    <w:p w14:paraId="54F46F65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</w:t>
      </w:r>
      <w:r w:rsidRPr="0004428E">
        <w:rPr>
          <w:lang w:val="it-IT"/>
        </w:rPr>
        <w:t>_________________</w:t>
      </w:r>
    </w:p>
    <w:p w14:paraId="4062579F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17C8581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7. Canali di Distribuzione</w:t>
      </w:r>
    </w:p>
    <w:p w14:paraId="7BE912D8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Su quali piattaforme volete distribuire il format?</w:t>
      </w:r>
    </w:p>
    <w:p w14:paraId="3784DF28" w14:textId="77777777" w:rsidR="00F55110" w:rsidRDefault="0004428E">
      <w:r w:rsidRPr="0004428E">
        <w:rPr>
          <w:lang w:val="it-IT"/>
        </w:rPr>
        <w:t xml:space="preserve">  </w:t>
      </w:r>
      <w:r>
        <w:t xml:space="preserve">- </w:t>
      </w:r>
      <w:proofErr w:type="gramStart"/>
      <w:r>
        <w:t>[ ]</w:t>
      </w:r>
      <w:proofErr w:type="gramEnd"/>
      <w:r>
        <w:t xml:space="preserve"> YouTube</w:t>
      </w:r>
    </w:p>
    <w:p w14:paraId="7F71D094" w14:textId="77777777" w:rsidR="00F55110" w:rsidRDefault="0004428E">
      <w:r>
        <w:t xml:space="preserve">  - [ ] Instagram</w:t>
      </w:r>
    </w:p>
    <w:p w14:paraId="4C5BAFCE" w14:textId="77777777" w:rsidR="00F55110" w:rsidRDefault="0004428E">
      <w:r>
        <w:t xml:space="preserve">  - [ ] LinkedIn</w:t>
      </w:r>
    </w:p>
    <w:p w14:paraId="74745D5B" w14:textId="77777777" w:rsidR="00F55110" w:rsidRDefault="0004428E">
      <w:r>
        <w:t xml:space="preserve">  - [ ] Facebook</w:t>
      </w:r>
    </w:p>
    <w:p w14:paraId="2F2E5F00" w14:textId="77777777" w:rsidR="00F55110" w:rsidRDefault="0004428E">
      <w:r>
        <w:t xml:space="preserve">  - [ ] Sito Web aziendale</w:t>
      </w:r>
    </w:p>
    <w:p w14:paraId="20FF4F0E" w14:textId="77777777" w:rsidR="00F55110" w:rsidRPr="0004428E" w:rsidRDefault="0004428E">
      <w:pPr>
        <w:rPr>
          <w:lang w:val="it-IT"/>
        </w:rPr>
      </w:pPr>
      <w:r>
        <w:t xml:space="preserve">  </w:t>
      </w:r>
      <w:r w:rsidRPr="0004428E">
        <w:rPr>
          <w:lang w:val="it-IT"/>
        </w:rPr>
        <w:t xml:space="preserve">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Altro: ______________</w:t>
      </w:r>
    </w:p>
    <w:p w14:paraId="7D888D92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8.</w:t>
      </w:r>
      <w:r w:rsidRPr="0004428E">
        <w:rPr>
          <w:lang w:val="it-IT"/>
        </w:rPr>
        <w:t xml:space="preserve"> Esempi e Riferimenti</w:t>
      </w:r>
    </w:p>
    <w:p w14:paraId="7AAC10CC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lastRenderedPageBreak/>
        <w:t>- Ci sono esempi di altri format o contenuti che vi piacciono e che vorreste prendere come riferimento?</w:t>
      </w:r>
    </w:p>
    <w:p w14:paraId="360D5E91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39F1AF47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07DDFF07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9. Budget e Risorse</w:t>
      </w:r>
    </w:p>
    <w:p w14:paraId="6A8D66EA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- Qual è il budget disponibile per la </w:t>
      </w:r>
      <w:r w:rsidRPr="0004428E">
        <w:rPr>
          <w:lang w:val="it-IT"/>
        </w:rPr>
        <w:t>creazione e la promozione del format?</w:t>
      </w:r>
    </w:p>
    <w:p w14:paraId="4DB201C3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40FA7F1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- Quali risorse avete a disposizione (es. team di produzione, attrezzature, ecc.)?</w:t>
      </w:r>
    </w:p>
    <w:p w14:paraId="64EB5D3D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__________________________</w:t>
      </w:r>
    </w:p>
    <w:p w14:paraId="3464E7F8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>10. Feedback e Revisioni</w:t>
      </w:r>
    </w:p>
    <w:p w14:paraId="1E23E3C5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- Come preferite gestire il processo di </w:t>
      </w:r>
      <w:r w:rsidRPr="0004428E">
        <w:rPr>
          <w:lang w:val="it-IT"/>
        </w:rPr>
        <w:t>feedback e revisioni durante la creazione del format?</w:t>
      </w:r>
    </w:p>
    <w:p w14:paraId="61E5CBC4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Riunioni settimanali</w:t>
      </w:r>
    </w:p>
    <w:p w14:paraId="47C6F7D1" w14:textId="77777777" w:rsidR="00F55110" w:rsidRPr="0004428E" w:rsidRDefault="0004428E">
      <w:pPr>
        <w:rPr>
          <w:lang w:val="it-IT"/>
        </w:rPr>
      </w:pPr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Email</w:t>
      </w:r>
    </w:p>
    <w:p w14:paraId="371DF00F" w14:textId="77777777" w:rsidR="00F55110" w:rsidRDefault="0004428E">
      <w:r w:rsidRPr="0004428E">
        <w:rPr>
          <w:lang w:val="it-IT"/>
        </w:rPr>
        <w:t xml:space="preserve">  - </w:t>
      </w:r>
      <w:proofErr w:type="gramStart"/>
      <w:r w:rsidRPr="0004428E">
        <w:rPr>
          <w:lang w:val="it-IT"/>
        </w:rPr>
        <w:t>[ ]</w:t>
      </w:r>
      <w:proofErr w:type="gramEnd"/>
      <w:r w:rsidRPr="0004428E">
        <w:rPr>
          <w:lang w:val="it-IT"/>
        </w:rPr>
        <w:t xml:space="preserve"> Strumenti di collaborazione online (es. </w:t>
      </w:r>
      <w:r>
        <w:t>Google Docs, Trello)</w:t>
      </w:r>
    </w:p>
    <w:p w14:paraId="128F2ED7" w14:textId="77777777" w:rsidR="00F55110" w:rsidRDefault="0004428E">
      <w:r>
        <w:t xml:space="preserve">  - [ ] Altro: ______________</w:t>
      </w:r>
    </w:p>
    <w:sectPr w:rsidR="00F551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052724">
    <w:abstractNumId w:val="8"/>
  </w:num>
  <w:num w:numId="2" w16cid:durableId="2044480940">
    <w:abstractNumId w:val="6"/>
  </w:num>
  <w:num w:numId="3" w16cid:durableId="1788039045">
    <w:abstractNumId w:val="5"/>
  </w:num>
  <w:num w:numId="4" w16cid:durableId="253246334">
    <w:abstractNumId w:val="4"/>
  </w:num>
  <w:num w:numId="5" w16cid:durableId="1510824908">
    <w:abstractNumId w:val="7"/>
  </w:num>
  <w:num w:numId="6" w16cid:durableId="136387364">
    <w:abstractNumId w:val="3"/>
  </w:num>
  <w:num w:numId="7" w16cid:durableId="515534009">
    <w:abstractNumId w:val="2"/>
  </w:num>
  <w:num w:numId="8" w16cid:durableId="356581956">
    <w:abstractNumId w:val="1"/>
  </w:num>
  <w:num w:numId="9" w16cid:durableId="63930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28E"/>
    <w:rsid w:val="0006063C"/>
    <w:rsid w:val="0015074B"/>
    <w:rsid w:val="0029639D"/>
    <w:rsid w:val="00326F90"/>
    <w:rsid w:val="00AA1D8D"/>
    <w:rsid w:val="00B47730"/>
    <w:rsid w:val="00CB0664"/>
    <w:rsid w:val="00F551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EF139A9-9646-4606-B8B7-1D1C3990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MEDDI Andrea2 - MANPOWER</cp:lastModifiedBy>
  <cp:revision>2</cp:revision>
  <dcterms:created xsi:type="dcterms:W3CDTF">2013-12-23T23:15:00Z</dcterms:created>
  <dcterms:modified xsi:type="dcterms:W3CDTF">2024-08-04T16:42:00Z</dcterms:modified>
  <cp:category/>
</cp:coreProperties>
</file>