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2E3C"/>
          <w:sz w:val="28"/>
        </w:rPr>
        <w:t>KIT DE CARTAS PTDP 2.0 — PLANTILLAS EDITABLES</w:t>
      </w:r>
    </w:p>
    <w:p>
      <w:r>
        <w:rPr>
          <w:b w:val="0"/>
          <w:i/>
        </w:rPr>
        <w:t>La Escuela del Crédito · Proceso de Disputa Pre-Litigio (PTDP)</w:t>
      </w:r>
    </w:p>
    <w:p>
      <w:r>
        <w:rPr>
          <w:b w:val="0"/>
          <w:i w:val="0"/>
        </w:rPr>
        <w:t>Cómo usar este archivo:</w:t>
      </w:r>
    </w:p>
    <w:p>
      <w:r>
        <w:rPr>
          <w:b w:val="0"/>
          <w:i w:val="0"/>
        </w:rPr>
        <w:t>1. Cada carta empieza en una página nueva. Copia la que necesites a un documento nuevo o borra las demás.</w:t>
      </w:r>
    </w:p>
    <w:p>
      <w:r>
        <w:rPr>
          <w:b w:val="0"/>
          <w:i w:val="0"/>
        </w:rPr>
        <w:t xml:space="preserve">2. Reemplaza todo lo que está resaltado en amarillo </w:t>
      </w:r>
      <w:r>
        <w:rPr>
          <w:b w:val="0"/>
          <w:i w:val="0"/>
          <w:highlight w:val="yellow"/>
        </w:rPr>
        <w:t>[ENTRE CORCHETES]</w:t>
      </w:r>
      <w:r>
        <w:rPr>
          <w:b w:val="0"/>
          <w:i w:val="0"/>
        </w:rPr>
        <w:t xml:space="preserve"> con tus datos reales y quita el resaltado.</w:t>
      </w:r>
    </w:p>
    <w:p>
      <w:r>
        <w:rPr>
          <w:b w:val="0"/>
          <w:i w:val="0"/>
        </w:rPr>
        <w:t>3. Borra la línea gris «PLANTILLA — …» que aparece arriba de cada carta.</w:t>
      </w:r>
    </w:p>
    <w:p>
      <w:r>
        <w:rPr>
          <w:b w:val="0"/>
          <w:i w:val="0"/>
        </w:rPr>
        <w:t>4. Cierra con tu nombre escrito. No agregues firma manuscrita.</w:t>
      </w:r>
    </w:p>
    <w:p>
      <w:r>
        <w:rPr>
          <w:b w:val="0"/>
          <w:i w:val="0"/>
        </w:rPr>
        <w:t>5. Imprime, adjunta tus documentos rotulados (Exhibit A, B, C) y envía por USPS Certified Mail con Return Receipt.</w:t>
      </w:r>
    </w:p>
    <w:p>
      <w:r>
        <w:rPr>
          <w:b w:val="0"/>
          <w:i w:val="0"/>
        </w:rPr>
        <w:t>6. Antes de enviar, revisa la ficha de cada carta en el Kit PDF: cuándo usarla, qué adjuntar y qué plazo abre.</w:t>
      </w:r>
    </w:p>
    <w:p>
      <w:r>
        <w:rPr>
          <w:b w:val="0"/>
          <w:i w:val="0"/>
        </w:rPr>
        <w:t>Material educativo. No es asesoría legal ni garantiza resultados. Adapta cada carta a tus hechos reales.</w:t>
      </w:r>
      <w:r>
        <w:br w:type="page"/>
      </w:r>
    </w:p>
    <w:p>
      <w:r>
        <w:rPr>
          <w:i/>
          <w:color w:val="888888"/>
          <w:sz w:val="17"/>
        </w:rPr>
        <w:t>PLANTILLA — Carta 1: Disputa de exactitud a la CRA (Ronda 1)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[CRA NAME — see addresses in this kit]</w:t>
      </w:r>
    </w:p>
    <w:p>
      <w:pPr>
        <w:spacing w:after="200"/>
      </w:pPr>
      <w:r>
        <w:rPr>
          <w:b w:val="0"/>
          <w:i w:val="0"/>
          <w:highlight w:val="yellow"/>
        </w:rPr>
        <w:t>[CRA DISPUTE ADDRESS]</w:t>
      </w:r>
    </w:p>
    <w:p>
      <w:r>
        <w:rPr>
          <w:b/>
          <w:i w:val="0"/>
        </w:rPr>
        <w:t>RE: Request for Reinvestigation of Inaccurate and Incomplete Information — 15 U.S.C. § 1681i</w:t>
      </w:r>
    </w:p>
    <w:p>
      <w:r>
        <w:rPr>
          <w:b w:val="0"/>
          <w:i w:val="0"/>
        </w:rPr>
        <w:t>To Whom It May Concern:</w:t>
      </w:r>
    </w:p>
    <w:p>
      <w:r>
        <w:rPr>
          <w:b w:val="0"/>
          <w:i w:val="0"/>
        </w:rPr>
        <w:t>I am writing to dispute the accuracy and completeness of the information described below, which appears in my consumer file. Copies of my government-issued identification and proof of my current address are enclosed.</w:t>
      </w:r>
    </w:p>
    <w:tbl>
      <w:tblPr>
        <w:tblStyle w:val="TableGrid"/>
        <w:tblW w:type="auto" w:w="0"/>
        <w:tblLook w:firstColumn="1" w:firstRow="1" w:lastColumn="0" w:lastRow="0" w:noHBand="0" w:noVBand="1" w:val="04A0"/>
      </w:tblPr>
      <w:tblGrid>
        <w:gridCol w:w="4680"/>
        <w:gridCol w:w="4680"/>
      </w:tblGrid>
      <w:tr>
        <w:tc>
          <w:tcPr>
            <w:tcW w:type="dxa" w:w="2592"/>
          </w:tcPr>
          <w:p>
            <w:r>
              <w:rPr>
                <w:b/>
              </w:rPr>
              <w:t>Furnisher / creditor</w:t>
            </w:r>
          </w:p>
        </w:tc>
        <w:tc>
          <w:tcPr>
            <w:tcW w:type="dxa" w:w="6768"/>
          </w:tcPr>
          <w:p>
            <w:r>
              <w:rPr>
                <w:b w:val="0"/>
                <w:i w:val="0"/>
                <w:highlight w:val="yellow"/>
              </w:rPr>
              <w:t>[NAME AS IT APPEARS ON THE REPORT]</w:t>
            </w:r>
          </w:p>
        </w:tc>
      </w:tr>
      <w:tr>
        <w:tc>
          <w:tcPr>
            <w:tcW w:type="dxa" w:w="2592"/>
          </w:tcPr>
          <w:p>
            <w:r>
              <w:rPr>
                <w:b/>
              </w:rPr>
              <w:t>Account number (partial)</w:t>
            </w:r>
          </w:p>
        </w:tc>
        <w:tc>
          <w:tcPr>
            <w:tcW w:type="dxa" w:w="6768"/>
          </w:tcPr>
          <w:p>
            <w:r>
              <w:rPr>
                <w:b w:val="0"/>
                <w:i w:val="0"/>
                <w:highlight w:val="yellow"/>
              </w:rPr>
              <w:t>[XXXX-1234]</w:t>
            </w:r>
          </w:p>
        </w:tc>
      </w:tr>
      <w:tr>
        <w:tc>
          <w:tcPr>
            <w:tcW w:type="dxa" w:w="2592"/>
          </w:tcPr>
          <w:p>
            <w:r>
              <w:rPr>
                <w:b/>
              </w:rPr>
              <w:t>Information I dispute</w:t>
            </w:r>
          </w:p>
        </w:tc>
        <w:tc>
          <w:tcPr>
            <w:tcW w:type="dxa" w:w="6768"/>
          </w:tcPr>
          <w:p>
            <w:r>
              <w:rPr>
                <w:b w:val="0"/>
                <w:i w:val="0"/>
                <w:highlight w:val="yellow"/>
              </w:rPr>
              <w:t>[THE SPECIFIC FIELD AND WHAT IT REPORTS — e.g., “Date of First Delinquency reported as 03/2022”]</w:t>
            </w:r>
          </w:p>
        </w:tc>
      </w:tr>
      <w:tr>
        <w:tc>
          <w:tcPr>
            <w:tcW w:type="dxa" w:w="2592"/>
          </w:tcPr>
          <w:p>
            <w:r>
              <w:rPr>
                <w:b/>
              </w:rPr>
              <w:t>Why it is inaccurate</w:t>
            </w:r>
          </w:p>
        </w:tc>
        <w:tc>
          <w:tcPr>
            <w:tcW w:type="dxa" w:w="6768"/>
          </w:tcPr>
          <w:p>
            <w:r>
              <w:rPr>
                <w:b w:val="0"/>
                <w:i w:val="0"/>
                <w:highlight w:val="yellow"/>
              </w:rPr>
              <w:t>[THE FACT AND YOUR PROOF — e.g., “TransUnion reports 11/2020 for the same account; see Exhibit A”]</w:t>
            </w:r>
          </w:p>
        </w:tc>
      </w:tr>
    </w:tbl>
    <w:p/>
    <w:p>
      <w:r>
        <w:rPr>
          <w:b w:val="0"/>
          <w:i w:val="0"/>
        </w:rPr>
        <w:t>Under 15 U.S.C. § 1681i(a), you must conduct a reasonable reinvestigation of the disputed information, forward all relevant information I have provided to the furnisher (§ 1681i(a)(2)), and review and consider all of the enclosed documentation (§ 1681i(a)(4)). Under § 1681e(b), you must follow reasonable procedures to assure the maximum possible accuracy of the information you report about me.</w:t>
      </w:r>
    </w:p>
    <w:p>
      <w:r>
        <w:rPr>
          <w:b w:val="0"/>
          <w:i w:val="0"/>
        </w:rPr>
        <w:t>If the information cannot be verified as accurate and complete, please delete it or modify it as required by 15 U.S.C. § 1681i(a)(5)(A). Please send me the results of your reinvestigation in writing, together with a copy of my updated file. If any item is maintained, I request a description of the procedure used to determine its accuracy and completeness, including the business name, address and telephone number of any furnisher contacted, as provided in § 1681i(a)(6)(B)(iii) and § 1681i(a)(7).</w:t>
      </w:r>
    </w:p>
    <w:p>
      <w:r>
        <w:rPr>
          <w:b w:val="0"/>
          <w:i w:val="0"/>
        </w:rPr>
        <w:t>I am submitting this dispute personally, on my own behalf.</w:t>
      </w:r>
    </w:p>
    <w:p>
      <w:r>
        <w:rPr>
          <w:b w:val="0"/>
          <w:i w:val="0"/>
        </w:rPr>
        <w:t>Sincerely,</w:t>
      </w:r>
    </w:p>
    <w:p>
      <w:r>
        <w:rPr>
          <w:b w:val="0"/>
          <w:i w:val="0"/>
          <w:highlight w:val="yellow"/>
        </w:rPr>
        <w:t>[YOUR FULL NAME]</w:t>
      </w:r>
    </w:p>
    <w:p>
      <w:r>
        <w:rPr>
          <w:b/>
        </w:rPr>
        <w:t xml:space="preserve">Enclosures: </w:t>
      </w:r>
      <w:r>
        <w:rPr>
          <w:b w:val="0"/>
          <w:i w:val="0"/>
        </w:rPr>
        <w:t xml:space="preserve">Copy of government-issued ID; proof of current address; Exhibit A </w:t>
      </w:r>
      <w:r>
        <w:rPr>
          <w:b w:val="0"/>
          <w:i w:val="0"/>
          <w:highlight w:val="yellow"/>
        </w:rPr>
        <w:t>[DESCRIBE]</w:t>
      </w:r>
      <w:r>
        <w:rPr>
          <w:b w:val="0"/>
          <w:i w:val="0"/>
        </w:rPr>
        <w:t xml:space="preserve">; Exhibit B </w:t>
      </w:r>
      <w:r>
        <w:rPr>
          <w:b w:val="0"/>
          <w:i w:val="0"/>
          <w:highlight w:val="yellow"/>
        </w:rPr>
        <w:t>[DESCRIBE]</w:t>
      </w:r>
      <w:r>
        <w:br w:type="page"/>
      </w:r>
    </w:p>
    <w:p>
      <w:r>
        <w:rPr>
          <w:i/>
          <w:color w:val="888888"/>
          <w:sz w:val="17"/>
        </w:rPr>
        <w:t>PLANTILLA — Carta 2: Corrección de información personal (Ronda 1)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[CRA NAME — see addresses in this kit]</w:t>
      </w:r>
    </w:p>
    <w:p>
      <w:pPr>
        <w:spacing w:after="200"/>
      </w:pPr>
      <w:r>
        <w:rPr>
          <w:b w:val="0"/>
          <w:i w:val="0"/>
          <w:highlight w:val="yellow"/>
        </w:rPr>
        <w:t>[CRA DISPUTE ADDRESS]</w:t>
      </w:r>
    </w:p>
    <w:p>
      <w:r>
        <w:rPr>
          <w:b/>
          <w:i w:val="0"/>
        </w:rPr>
        <w:t>RE: Dispute of Inaccurate Personal Identifying Information — 15 U.S.C. §§ 1681e(b) and 1681i</w:t>
      </w:r>
    </w:p>
    <w:p>
      <w:r>
        <w:rPr>
          <w:b w:val="0"/>
          <w:i w:val="0"/>
        </w:rPr>
        <w:t>To Whom It May Concern:</w:t>
      </w:r>
    </w:p>
    <w:p>
      <w:r>
        <w:rPr>
          <w:b w:val="0"/>
          <w:i w:val="0"/>
        </w:rPr>
        <w:t>I am writing to dispute personal identifying information in my consumer file that is inaccurate and does not belong to me. Copies of my government-issued identification and proof of my current address are enclosed.</w:t>
      </w:r>
    </w:p>
    <w:p>
      <w:r>
        <w:rPr>
          <w:b w:val="0"/>
          <w:i w:val="0"/>
        </w:rPr>
        <w:t>My correct personal information is:</w:t>
      </w:r>
    </w:p>
    <w:p>
      <w:pPr>
        <w:pStyle w:val="ListBullet"/>
      </w:pPr>
      <w:r>
        <w:rPr>
          <w:b w:val="0"/>
          <w:i w:val="0"/>
        </w:rPr>
        <w:t xml:space="preserve">Full legal name: </w:t>
      </w:r>
      <w:r>
        <w:rPr>
          <w:b w:val="0"/>
          <w:i w:val="0"/>
          <w:highlight w:val="yellow"/>
        </w:rPr>
        <w:t>[YOUR FULL LEGAL NAME]</w:t>
      </w:r>
    </w:p>
    <w:p>
      <w:pPr>
        <w:pStyle w:val="ListBullet"/>
      </w:pPr>
      <w:r>
        <w:rPr>
          <w:b w:val="0"/>
          <w:i w:val="0"/>
        </w:rPr>
        <w:t xml:space="preserve">Current address: </w:t>
      </w:r>
      <w:r>
        <w:rPr>
          <w:b w:val="0"/>
          <w:i w:val="0"/>
          <w:highlight w:val="yellow"/>
        </w:rPr>
        <w:t>[CURRENT ADDRESS]</w:t>
      </w:r>
      <w:r>
        <w:rPr>
          <w:b w:val="0"/>
          <w:i w:val="0"/>
        </w:rPr>
        <w:t xml:space="preserve">; previous address (last two years, if any): </w:t>
      </w:r>
      <w:r>
        <w:rPr>
          <w:b w:val="0"/>
          <w:i w:val="0"/>
          <w:highlight w:val="yellow"/>
        </w:rPr>
        <w:t>[PREVIOUS ADDRESS]</w:t>
      </w:r>
    </w:p>
    <w:p>
      <w:pPr>
        <w:pStyle w:val="ListBullet"/>
      </w:pPr>
      <w:r>
        <w:rPr>
          <w:b w:val="0"/>
          <w:i w:val="0"/>
        </w:rPr>
        <w:t xml:space="preserve">Date of birth: </w:t>
      </w:r>
      <w:r>
        <w:rPr>
          <w:b w:val="0"/>
          <w:i w:val="0"/>
          <w:highlight w:val="yellow"/>
        </w:rPr>
        <w:t>[MM/DD/YYYY]</w:t>
      </w:r>
    </w:p>
    <w:p>
      <w:r>
        <w:rPr>
          <w:b w:val="0"/>
          <w:i w:val="0"/>
        </w:rPr>
        <w:t>The following information in my file is inaccurate and should be removed:</w:t>
      </w:r>
    </w:p>
    <w:p>
      <w:pPr>
        <w:pStyle w:val="ListBullet"/>
      </w:pPr>
      <w:r>
        <w:rPr>
          <w:b w:val="0"/>
          <w:i w:val="0"/>
        </w:rPr>
        <w:t xml:space="preserve">Name variations that are not mine: </w:t>
      </w:r>
      <w:r>
        <w:rPr>
          <w:b w:val="0"/>
          <w:i w:val="0"/>
          <w:highlight w:val="yellow"/>
        </w:rPr>
        <w:t>[LIST]</w:t>
      </w:r>
    </w:p>
    <w:p>
      <w:pPr>
        <w:pStyle w:val="ListBullet"/>
      </w:pPr>
      <w:r>
        <w:rPr>
          <w:b w:val="0"/>
          <w:i w:val="0"/>
        </w:rPr>
        <w:t xml:space="preserve">Addresses where I have never lived: </w:t>
      </w:r>
      <w:r>
        <w:rPr>
          <w:b w:val="0"/>
          <w:i w:val="0"/>
          <w:highlight w:val="yellow"/>
        </w:rPr>
        <w:t>[LIST]</w:t>
      </w:r>
    </w:p>
    <w:p>
      <w:pPr>
        <w:pStyle w:val="ListBullet"/>
      </w:pPr>
      <w:r>
        <w:rPr>
          <w:b w:val="0"/>
          <w:i w:val="0"/>
        </w:rPr>
        <w:t xml:space="preserve">Employers I have never worked for: </w:t>
      </w:r>
      <w:r>
        <w:rPr>
          <w:b w:val="0"/>
          <w:i w:val="0"/>
          <w:highlight w:val="yellow"/>
        </w:rPr>
        <w:t>[LIST]</w:t>
      </w:r>
    </w:p>
    <w:p>
      <w:pPr>
        <w:pStyle w:val="ListBullet"/>
      </w:pPr>
      <w:r>
        <w:rPr>
          <w:b w:val="0"/>
          <w:i w:val="0"/>
        </w:rPr>
        <w:t xml:space="preserve">Incorrect Social Security number or date of birth variations: </w:t>
      </w:r>
      <w:r>
        <w:rPr>
          <w:b w:val="0"/>
          <w:i w:val="0"/>
          <w:highlight w:val="yellow"/>
        </w:rPr>
        <w:t>[DESCRIBE WITHOUT WRITING THE FULL NUMBER]</w:t>
      </w:r>
    </w:p>
    <w:p>
      <w:r>
        <w:rPr>
          <w:b w:val="0"/>
          <w:i w:val="0"/>
        </w:rPr>
        <w:t>Under 15 U.S.C. § 1681e(b), you must follow reasonable procedures to assure the maximum possible accuracy of the information concerning me. Inaccurate identifying information creates a serious risk that information belonging to another person will be merged into my file. Please reinvestigate under § 1681i(a), delete the inaccurate identifiers listed above, and send me written confirmation of the results together with a copy of my updated file.</w:t>
      </w:r>
    </w:p>
    <w:p>
      <w:r>
        <w:rPr>
          <w:b w:val="0"/>
          <w:i w:val="0"/>
        </w:rPr>
        <w:t>I am submitting this dispute personally, on my own behalf.</w:t>
      </w:r>
    </w:p>
    <w:p>
      <w:r>
        <w:rPr>
          <w:b w:val="0"/>
          <w:i w:val="0"/>
        </w:rPr>
        <w:t>Sincerely,</w:t>
      </w:r>
    </w:p>
    <w:p>
      <w:r>
        <w:rPr>
          <w:b w:val="0"/>
          <w:i w:val="0"/>
          <w:highlight w:val="yellow"/>
        </w:rPr>
        <w:t>[YOUR FULL NAME]</w:t>
      </w:r>
    </w:p>
    <w:p>
      <w:r>
        <w:rPr>
          <w:b/>
        </w:rPr>
        <w:t xml:space="preserve">Enclosures: </w:t>
      </w:r>
      <w:r>
        <w:rPr>
          <w:b w:val="0"/>
          <w:i w:val="0"/>
        </w:rPr>
        <w:t xml:space="preserve">Copy of government-issued ID; proof of current address; </w:t>
      </w:r>
      <w:r>
        <w:rPr>
          <w:b w:val="0"/>
          <w:i w:val="0"/>
          <w:highlight w:val="yellow"/>
        </w:rPr>
        <w:t>[NAME CHANGE DOCUMENT, IF APPLICABLE]</w:t>
      </w:r>
      <w:r>
        <w:br w:type="page"/>
      </w:r>
    </w:p>
    <w:p>
      <w:r>
        <w:rPr>
          <w:i/>
          <w:color w:val="888888"/>
          <w:sz w:val="17"/>
        </w:rPr>
        <w:t>PLANTILLA — Carta 3: Disputa directa al furnisher (Ronda 1)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[FURNISHER NAME]</w:t>
      </w:r>
    </w:p>
    <w:p>
      <w:pPr>
        <w:spacing w:after="200"/>
      </w:pPr>
      <w:r>
        <w:rPr>
          <w:b w:val="0"/>
          <w:i w:val="0"/>
          <w:highlight w:val="yellow"/>
        </w:rPr>
        <w:t>[ADDRESS DESIGNATED FOR DISPUTES — see your report or statements]</w:t>
      </w:r>
    </w:p>
    <w:p>
      <w:r>
        <w:rPr>
          <w:b/>
          <w:i w:val="0"/>
        </w:rPr>
        <w:t>RE: Direct Dispute of Inaccurate Information — 15 U.S.C. § 1681s-2(a)(8) and 12 C.F.R. § 1022.43</w:t>
      </w:r>
    </w:p>
    <w:p>
      <w:r>
        <w:rPr>
          <w:b w:val="0"/>
          <w:i w:val="0"/>
        </w:rPr>
        <w:t>To Whom It May Concern:</w:t>
      </w:r>
    </w:p>
    <w:p>
      <w:r>
        <w:rPr>
          <w:b w:val="0"/>
          <w:i w:val="0"/>
        </w:rPr>
        <w:t>I am writing to directly dispute the accuracy of information that you furnish to one or more consumer reporting agencies about the account identified below. Copies of my identification, proof of address and supporting documentation are enclosed.</w:t>
      </w:r>
    </w:p>
    <w:tbl>
      <w:tblPr>
        <w:tblStyle w:val="TableGrid"/>
        <w:tblW w:type="auto" w:w="0"/>
        <w:tblLook w:firstColumn="1" w:firstRow="1" w:lastColumn="0" w:lastRow="0" w:noHBand="0" w:noVBand="1" w:val="04A0"/>
      </w:tblPr>
      <w:tblGrid>
        <w:gridCol w:w="4680"/>
        <w:gridCol w:w="4680"/>
      </w:tblGrid>
      <w:tr>
        <w:tc>
          <w:tcPr>
            <w:tcW w:type="dxa" w:w="2592"/>
          </w:tcPr>
          <w:p>
            <w:r>
              <w:rPr>
                <w:b/>
              </w:rPr>
              <w:t>Furnisher / creditor</w:t>
            </w:r>
          </w:p>
        </w:tc>
        <w:tc>
          <w:tcPr>
            <w:tcW w:type="dxa" w:w="6768"/>
          </w:tcPr>
          <w:p>
            <w:r>
              <w:rPr>
                <w:b w:val="0"/>
                <w:i w:val="0"/>
                <w:highlight w:val="yellow"/>
              </w:rPr>
              <w:t>[NAME AS IT APPEARS ON THE REPORT]</w:t>
            </w:r>
          </w:p>
        </w:tc>
      </w:tr>
      <w:tr>
        <w:tc>
          <w:tcPr>
            <w:tcW w:type="dxa" w:w="2592"/>
          </w:tcPr>
          <w:p>
            <w:r>
              <w:rPr>
                <w:b/>
              </w:rPr>
              <w:t>Account number (partial)</w:t>
            </w:r>
          </w:p>
        </w:tc>
        <w:tc>
          <w:tcPr>
            <w:tcW w:type="dxa" w:w="6768"/>
          </w:tcPr>
          <w:p>
            <w:r>
              <w:rPr>
                <w:b w:val="0"/>
                <w:i w:val="0"/>
                <w:highlight w:val="yellow"/>
              </w:rPr>
              <w:t>[XXXX-1234]</w:t>
            </w:r>
          </w:p>
        </w:tc>
      </w:tr>
      <w:tr>
        <w:tc>
          <w:tcPr>
            <w:tcW w:type="dxa" w:w="2592"/>
          </w:tcPr>
          <w:p>
            <w:r>
              <w:rPr>
                <w:b/>
              </w:rPr>
              <w:t>Information I dispute</w:t>
            </w:r>
          </w:p>
        </w:tc>
        <w:tc>
          <w:tcPr>
            <w:tcW w:type="dxa" w:w="6768"/>
          </w:tcPr>
          <w:p>
            <w:r>
              <w:rPr>
                <w:b w:val="0"/>
                <w:i w:val="0"/>
                <w:highlight w:val="yellow"/>
              </w:rPr>
              <w:t>[THE SPECIFIC FIELD AND WHAT IT REPORTS — e.g., “Date of First Delinquency reported as 03/2022”]</w:t>
            </w:r>
          </w:p>
        </w:tc>
      </w:tr>
      <w:tr>
        <w:tc>
          <w:tcPr>
            <w:tcW w:type="dxa" w:w="2592"/>
          </w:tcPr>
          <w:p>
            <w:r>
              <w:rPr>
                <w:b/>
              </w:rPr>
              <w:t>Why it is inaccurate</w:t>
            </w:r>
          </w:p>
        </w:tc>
        <w:tc>
          <w:tcPr>
            <w:tcW w:type="dxa" w:w="6768"/>
          </w:tcPr>
          <w:p>
            <w:r>
              <w:rPr>
                <w:b w:val="0"/>
                <w:i w:val="0"/>
                <w:highlight w:val="yellow"/>
              </w:rPr>
              <w:t>[THE FACT AND YOUR PROOF — e.g., “TransUnion reports 11/2020 for the same account; see Exhibit A”]</w:t>
            </w:r>
          </w:p>
        </w:tc>
      </w:tr>
    </w:tbl>
    <w:p/>
    <w:p>
      <w:r>
        <w:rPr>
          <w:b w:val="0"/>
          <w:i w:val="0"/>
        </w:rPr>
        <w:t>Under 15 U.S.C. § 1681s-2(a)(8) and 12 C.F.R. § 1022.43, you must conduct a reasonable investigation of this dispute, review all relevant information I have provided, and report the results to me. If the information is inaccurate or incomplete, you must promptly notify every consumer reporting agency to which you furnished it and provide the corrections (§ 1681s-2(a)(2)). While this dispute is pending, you may not furnish this information without noting that I dispute it (§ 1681s-2(a)(3)).</w:t>
      </w:r>
    </w:p>
    <w:p>
      <w:r>
        <w:rPr>
          <w:b w:val="0"/>
          <w:i w:val="0"/>
        </w:rPr>
        <w:t>I also request that you confirm whether the information you report is fully supported by your records, including the Date of First Delinquency, balance, payment history and account status, and that all reported fields are consistent with one another.</w:t>
      </w:r>
    </w:p>
    <w:p>
      <w:r>
        <w:rPr>
          <w:b w:val="0"/>
          <w:i w:val="0"/>
        </w:rPr>
        <w:t>I prepared this dispute myself, based on my own review of my credit reports, and I am submitting it personally. I have also disputed this information with the consumer reporting agencies.</w:t>
      </w:r>
    </w:p>
    <w:p>
      <w:r>
        <w:rPr>
          <w:b w:val="0"/>
          <w:i w:val="0"/>
        </w:rPr>
        <w:t>Sincerely,</w:t>
      </w:r>
    </w:p>
    <w:p>
      <w:r>
        <w:rPr>
          <w:b w:val="0"/>
          <w:i w:val="0"/>
          <w:highlight w:val="yellow"/>
        </w:rPr>
        <w:t>[YOUR FULL NAME]</w:t>
      </w:r>
    </w:p>
    <w:p>
      <w:r>
        <w:rPr>
          <w:b/>
        </w:rPr>
        <w:t xml:space="preserve">Enclosures: </w:t>
      </w:r>
      <w:r>
        <w:rPr>
          <w:b w:val="0"/>
          <w:i w:val="0"/>
        </w:rPr>
        <w:t xml:space="preserve">Copy of government-issued ID; proof of current address; credit report page(s) showing the account; Exhibit A </w:t>
      </w:r>
      <w:r>
        <w:rPr>
          <w:b w:val="0"/>
          <w:i w:val="0"/>
          <w:highlight w:val="yellow"/>
        </w:rPr>
        <w:t>[DESCRIBE]</w:t>
      </w:r>
      <w:r>
        <w:br w:type="page"/>
      </w:r>
    </w:p>
    <w:p>
      <w:r>
        <w:rPr>
          <w:i/>
          <w:color w:val="888888"/>
          <w:sz w:val="17"/>
        </w:rPr>
        <w:t>PLANTILLA — Carta 4: Disputa y solicitud de validación de deuda (Ronda 1)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[COLLECTION AGENCY NAME]</w:t>
      </w:r>
    </w:p>
    <w:p>
      <w:pPr>
        <w:spacing w:after="200"/>
      </w:pPr>
      <w:r>
        <w:rPr>
          <w:b w:val="0"/>
          <w:i w:val="0"/>
          <w:highlight w:val="yellow"/>
        </w:rPr>
        <w:t>[ADDRESS SHOWN ON THEIR VALIDATION NOTICE]</w:t>
      </w:r>
    </w:p>
    <w:p>
      <w:r>
        <w:rPr>
          <w:b/>
          <w:i w:val="0"/>
        </w:rPr>
        <w:t xml:space="preserve">RE: Dispute and Request for Verification — 15 U.S.C. § 1692g(b) — Your Reference No. </w:t>
      </w:r>
      <w:r>
        <w:rPr>
          <w:b/>
          <w:i w:val="0"/>
          <w:highlight w:val="yellow"/>
        </w:rPr>
        <w:t>[NUMBER]</w:t>
      </w:r>
    </w:p>
    <w:p>
      <w:r>
        <w:rPr>
          <w:b w:val="0"/>
          <w:i w:val="0"/>
        </w:rPr>
        <w:t>To Whom It May Concern:</w:t>
      </w:r>
    </w:p>
    <w:p>
      <w:r>
        <w:rPr>
          <w:b w:val="0"/>
          <w:i w:val="0"/>
        </w:rPr>
        <w:t xml:space="preserve">I received your validation notice dated </w:t>
      </w:r>
      <w:r>
        <w:rPr>
          <w:b w:val="0"/>
          <w:i w:val="0"/>
          <w:highlight w:val="yellow"/>
        </w:rPr>
        <w:t>[DATE ON THEIR NOTICE]</w:t>
      </w:r>
      <w:r>
        <w:rPr>
          <w:b w:val="0"/>
          <w:i w:val="0"/>
        </w:rPr>
        <w:t xml:space="preserve"> on </w:t>
      </w:r>
      <w:r>
        <w:rPr>
          <w:b w:val="0"/>
          <w:i w:val="0"/>
          <w:highlight w:val="yellow"/>
        </w:rPr>
        <w:t>[DATE YOU RECEIVED IT]</w:t>
      </w:r>
      <w:r>
        <w:rPr>
          <w:b w:val="0"/>
          <w:i w:val="0"/>
        </w:rPr>
        <w:t>, concerning an alleged debt of $</w:t>
      </w:r>
      <w:r>
        <w:rPr>
          <w:b w:val="0"/>
          <w:i w:val="0"/>
          <w:highlight w:val="yellow"/>
        </w:rPr>
        <w:t>[AMOUNT]</w:t>
      </w:r>
      <w:r>
        <w:rPr>
          <w:b w:val="0"/>
          <w:i w:val="0"/>
        </w:rPr>
        <w:t xml:space="preserve">. </w:t>
      </w:r>
      <w:r>
        <w:rPr>
          <w:b w:val="0"/>
          <w:i w:val="0"/>
          <w:highlight w:val="yellow"/>
        </w:rPr>
        <w:t>[IF WITHIN THE VALIDATION PERIOD: Within the validation period,]</w:t>
      </w:r>
      <w:r>
        <w:rPr>
          <w:b w:val="0"/>
          <w:i w:val="0"/>
        </w:rPr>
        <w:t xml:space="preserve"> I dispute this debt and request verification </w:t>
      </w:r>
      <w:r>
        <w:rPr>
          <w:b w:val="0"/>
          <w:i w:val="0"/>
          <w:highlight w:val="yellow"/>
        </w:rPr>
        <w:t>[IF WITHIN THE VALIDATION PERIOD: under 15 U.S.C. § 1692g(b)]</w:t>
      </w:r>
      <w:r>
        <w:rPr>
          <w:b w:val="0"/>
          <w:i w:val="0"/>
        </w:rPr>
        <w:t>. This letter is not an acknowledgment that I owe this debt.</w:t>
      </w:r>
    </w:p>
    <w:p>
      <w:r>
        <w:rPr>
          <w:b w:val="0"/>
          <w:i w:val="0"/>
        </w:rPr>
        <w:t>Please provide:</w:t>
      </w:r>
    </w:p>
    <w:p>
      <w:pPr>
        <w:pStyle w:val="ListBullet"/>
      </w:pPr>
      <w:r>
        <w:rPr>
          <w:b w:val="0"/>
          <w:i w:val="0"/>
        </w:rPr>
        <w:t>The name of the original creditor and the account number used by the original creditor.</w:t>
      </w:r>
    </w:p>
    <w:p>
      <w:pPr>
        <w:pStyle w:val="ListBullet"/>
      </w:pPr>
      <w:r>
        <w:rPr>
          <w:b w:val="0"/>
          <w:i w:val="0"/>
        </w:rPr>
        <w:t>An itemization of the amount claimed, showing the amount on the itemization date and all interest, fees, payments and credits since that date.</w:t>
      </w:r>
    </w:p>
    <w:p>
      <w:pPr>
        <w:pStyle w:val="ListBullet"/>
      </w:pPr>
      <w:r>
        <w:rPr>
          <w:b w:val="0"/>
          <w:i w:val="0"/>
        </w:rPr>
        <w:t>Documentation showing that you own this debt or are authorized to collect it, including the chain of assignment from the original creditor.</w:t>
      </w:r>
    </w:p>
    <w:p>
      <w:pPr>
        <w:pStyle w:val="ListBullet"/>
      </w:pPr>
      <w:r>
        <w:rPr>
          <w:b w:val="0"/>
          <w:i w:val="0"/>
        </w:rPr>
        <w:t>A copy of a document that shows my obligation, such as the signed agreement or the final account statement from the original creditor.</w:t>
      </w:r>
    </w:p>
    <w:p>
      <w:pPr>
        <w:pStyle w:val="ListBullet"/>
      </w:pPr>
      <w:r>
        <w:rPr>
          <w:b w:val="0"/>
          <w:i w:val="0"/>
        </w:rPr>
        <w:t>The Date of First Delinquency.</w:t>
      </w:r>
    </w:p>
    <w:p>
      <w:r>
        <w:rPr>
          <w:b w:val="0"/>
          <w:i w:val="0"/>
          <w:highlight w:val="yellow"/>
        </w:rPr>
        <w:t>[IF WITHIN THE VALIDATION PERIOD: Until you provide this verification, you must cease collection of this debt (§ 1692g(b)).]</w:t>
      </w:r>
      <w:r>
        <w:rPr>
          <w:b w:val="0"/>
          <w:i w:val="0"/>
        </w:rPr>
        <w:t xml:space="preserve"> If you report or have reported this account to any consumer reporting agency, you must report it as disputed (§ 1692e(8)). I request that all future communications with me be in writing, sent to the address above.</w:t>
      </w:r>
    </w:p>
    <w:p>
      <w:r>
        <w:rPr>
          <w:b w:val="0"/>
          <w:i w:val="0"/>
        </w:rPr>
        <w:t>Sincerely,</w:t>
      </w:r>
    </w:p>
    <w:p>
      <w:r>
        <w:rPr>
          <w:b w:val="0"/>
          <w:i w:val="0"/>
          <w:highlight w:val="yellow"/>
        </w:rPr>
        <w:t>[YOUR FULL NAME]</w:t>
      </w:r>
    </w:p>
    <w:p>
      <w:r>
        <w:rPr>
          <w:b/>
        </w:rPr>
        <w:t xml:space="preserve">Enclosures: </w:t>
      </w:r>
      <w:r>
        <w:rPr>
          <w:b w:val="0"/>
          <w:i w:val="0"/>
        </w:rPr>
        <w:t>Copy of your validation notice</w:t>
      </w:r>
      <w:r>
        <w:br w:type="page"/>
      </w:r>
    </w:p>
    <w:p>
      <w:r>
        <w:rPr>
          <w:i/>
          <w:color w:val="888888"/>
          <w:sz w:val="17"/>
        </w:rPr>
        <w:t>PLANTILLA — Carta 5: Bloqueo por robo de identidad (§ 605B) (Ronda 1)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[CRA NAME — see addresses in this kit]</w:t>
      </w:r>
    </w:p>
    <w:p>
      <w:pPr>
        <w:spacing w:after="200"/>
      </w:pPr>
      <w:r>
        <w:rPr>
          <w:b w:val="0"/>
          <w:i w:val="0"/>
          <w:highlight w:val="yellow"/>
        </w:rPr>
        <w:t>[CRA DISPUTE ADDRESS]</w:t>
      </w:r>
    </w:p>
    <w:p>
      <w:r>
        <w:rPr>
          <w:b/>
          <w:i w:val="0"/>
        </w:rPr>
        <w:t>RE: Request to Block Information Resulting from Identity Theft — 15 U.S.C. § 1681c-2 (FCRA § 605B)</w:t>
      </w:r>
    </w:p>
    <w:p>
      <w:r>
        <w:rPr>
          <w:b w:val="0"/>
          <w:i w:val="0"/>
        </w:rPr>
        <w:t>To Whom It May Concern:</w:t>
      </w:r>
    </w:p>
    <w:p>
      <w:r>
        <w:rPr>
          <w:b w:val="0"/>
          <w:i w:val="0"/>
        </w:rPr>
        <w:t>I am a victim of identity theft. The information listed below appears in my consumer file as a result of that identity theft and does not relate to any transaction I made or authorized. I request that you block this information under 15 U.S.C. § 1681c-2.</w:t>
      </w:r>
    </w:p>
    <w:p>
      <w:r>
        <w:rPr>
          <w:b w:val="0"/>
          <w:i w:val="0"/>
        </w:rPr>
        <w:t>Information to be blocked:</w:t>
      </w:r>
    </w:p>
    <w:p>
      <w:pPr>
        <w:pStyle w:val="ListBullet"/>
      </w:pPr>
      <w:r>
        <w:rPr>
          <w:b w:val="0"/>
          <w:i w:val="0"/>
          <w:highlight w:val="yellow"/>
        </w:rPr>
        <w:t>[CREDITOR NAME]</w:t>
      </w:r>
      <w:r>
        <w:rPr>
          <w:b w:val="0"/>
          <w:i w:val="0"/>
        </w:rPr>
        <w:t xml:space="preserve"> — Account No. (partial) </w:t>
      </w:r>
      <w:r>
        <w:rPr>
          <w:b w:val="0"/>
          <w:i w:val="0"/>
          <w:highlight w:val="yellow"/>
        </w:rPr>
        <w:t>[XXXX-1234]</w:t>
      </w:r>
      <w:r>
        <w:rPr>
          <w:b w:val="0"/>
          <w:i w:val="0"/>
        </w:rPr>
        <w:t xml:space="preserve"> — </w:t>
      </w:r>
      <w:r>
        <w:rPr>
          <w:b w:val="0"/>
          <w:i w:val="0"/>
          <w:highlight w:val="yellow"/>
        </w:rPr>
        <w:t>[ACCOUNT / INQUIRY / ADDRESS]</w:t>
      </w:r>
    </w:p>
    <w:p>
      <w:pPr>
        <w:pStyle w:val="ListBullet"/>
      </w:pPr>
      <w:r>
        <w:rPr>
          <w:b w:val="0"/>
          <w:i w:val="0"/>
          <w:highlight w:val="yellow"/>
        </w:rPr>
        <w:t>[CREDITOR NAME]</w:t>
      </w:r>
      <w:r>
        <w:rPr>
          <w:b w:val="0"/>
          <w:i w:val="0"/>
        </w:rPr>
        <w:t xml:space="preserve"> — Account No. (partial) </w:t>
      </w:r>
      <w:r>
        <w:rPr>
          <w:b w:val="0"/>
          <w:i w:val="0"/>
          <w:highlight w:val="yellow"/>
        </w:rPr>
        <w:t>[XXXX-5678]</w:t>
      </w:r>
      <w:r>
        <w:rPr>
          <w:b w:val="0"/>
          <w:i w:val="0"/>
        </w:rPr>
        <w:t xml:space="preserve"> — </w:t>
      </w:r>
      <w:r>
        <w:rPr>
          <w:b w:val="0"/>
          <w:i w:val="0"/>
          <w:highlight w:val="yellow"/>
        </w:rPr>
        <w:t>[ACCOUNT / INQUIRY / ADDRESS]</w:t>
      </w:r>
    </w:p>
    <w:p>
      <w:r>
        <w:rPr>
          <w:b w:val="0"/>
          <w:i w:val="0"/>
        </w:rPr>
        <w:t>Enclosed are: proof of my identity; a copy of my Identity Theft Report; and this statement identifying the information that resulted from identity theft. Under § 1681c-2(a), you must block this information within four business days of receiving these documents, and under § 1681c-2(b) you must promptly notify the furnisher(s) that the information may be the result of identity theft and that a block has been placed.</w:t>
      </w:r>
    </w:p>
    <w:p>
      <w:r>
        <w:rPr>
          <w:b w:val="0"/>
          <w:i w:val="0"/>
          <w:highlight w:val="yellow"/>
        </w:rPr>
        <w:t>[OPTIONAL: Please also place an extended fraud alert on my file under 15 U.S.C. § 1681c-1(b). My preferred telephone number for verification is [PHONE NUMBER]</w:t>
      </w:r>
      <w:r>
        <w:rPr>
          <w:b w:val="0"/>
          <w:i w:val="0"/>
        </w:rPr>
        <w:t>.]</w:t>
      </w:r>
    </w:p>
    <w:p>
      <w:r>
        <w:rPr>
          <w:b w:val="0"/>
          <w:i w:val="0"/>
        </w:rPr>
        <w:t>Please confirm the block to me in writing and send me a copy of my updated file.</w:t>
      </w:r>
    </w:p>
    <w:p>
      <w:r>
        <w:rPr>
          <w:b w:val="0"/>
          <w:i w:val="0"/>
        </w:rPr>
        <w:t>Sincerely,</w:t>
      </w:r>
    </w:p>
    <w:p>
      <w:r>
        <w:rPr>
          <w:b w:val="0"/>
          <w:i w:val="0"/>
          <w:highlight w:val="yellow"/>
        </w:rPr>
        <w:t>[YOUR FULL NAME]</w:t>
      </w:r>
    </w:p>
    <w:p>
      <w:r>
        <w:rPr>
          <w:b/>
        </w:rPr>
        <w:t xml:space="preserve">Enclosures: </w:t>
      </w:r>
      <w:r>
        <w:rPr>
          <w:b w:val="0"/>
          <w:i w:val="0"/>
        </w:rPr>
        <w:t xml:space="preserve">Copy of government-issued ID; proof of current address; FTC Identity Theft Report; </w:t>
      </w:r>
      <w:r>
        <w:rPr>
          <w:b w:val="0"/>
          <w:i w:val="0"/>
          <w:highlight w:val="yellow"/>
        </w:rPr>
        <w:t>[POLICE REPORT, IF ANY]</w:t>
      </w:r>
      <w:r>
        <w:br w:type="page"/>
      </w:r>
    </w:p>
    <w:p>
      <w:r>
        <w:rPr>
          <w:i/>
          <w:color w:val="888888"/>
          <w:sz w:val="17"/>
        </w:rPr>
        <w:t>PLANTILLA — Carta 6: Solicitud del método de verificación (MOV) (Ronda 2)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[CRA NAME — see addresses in this kit]</w:t>
      </w:r>
    </w:p>
    <w:p>
      <w:pPr>
        <w:spacing w:after="200"/>
      </w:pPr>
      <w:r>
        <w:rPr>
          <w:b w:val="0"/>
          <w:i w:val="0"/>
          <w:highlight w:val="yellow"/>
        </w:rPr>
        <w:t>[CRA DISPUTE ADDRESS]</w:t>
      </w:r>
    </w:p>
    <w:p>
      <w:r>
        <w:rPr>
          <w:b/>
          <w:i w:val="0"/>
        </w:rPr>
        <w:t xml:space="preserve">RE: Request for Description of Reinvestigation Procedure — 15 U.S.C. § 1681i(a)(7) — Dispute No. </w:t>
      </w:r>
      <w:r>
        <w:rPr>
          <w:b/>
          <w:i w:val="0"/>
          <w:highlight w:val="yellow"/>
        </w:rPr>
        <w:t>[NUMBER]</w:t>
      </w:r>
    </w:p>
    <w:p>
      <w:r>
        <w:rPr>
          <w:b w:val="0"/>
          <w:i w:val="0"/>
        </w:rPr>
        <w:t>To Whom It May Concern:</w:t>
      </w:r>
    </w:p>
    <w:p>
      <w:r>
        <w:rPr>
          <w:b w:val="0"/>
          <w:i w:val="0"/>
        </w:rPr>
        <w:t xml:space="preserve">On </w:t>
      </w:r>
      <w:r>
        <w:rPr>
          <w:b w:val="0"/>
          <w:i w:val="0"/>
          <w:highlight w:val="yellow"/>
        </w:rPr>
        <w:t>[DATE]</w:t>
      </w:r>
      <w:r>
        <w:rPr>
          <w:b w:val="0"/>
          <w:i w:val="0"/>
        </w:rPr>
        <w:t xml:space="preserve">, I received the results of your reinvestigation of my dispute dated </w:t>
      </w:r>
      <w:r>
        <w:rPr>
          <w:b w:val="0"/>
          <w:i w:val="0"/>
          <w:highlight w:val="yellow"/>
        </w:rPr>
        <w:t>[DATE OF YOUR DISPUTE]</w:t>
      </w:r>
      <w:r>
        <w:rPr>
          <w:b w:val="0"/>
          <w:i w:val="0"/>
        </w:rPr>
        <w:t xml:space="preserve">, delivered to you on </w:t>
      </w:r>
      <w:r>
        <w:rPr>
          <w:b w:val="0"/>
          <w:i w:val="0"/>
          <w:highlight w:val="yellow"/>
        </w:rPr>
        <w:t>[DELIVERY DATE]</w:t>
      </w:r>
      <w:r>
        <w:rPr>
          <w:b w:val="0"/>
          <w:i w:val="0"/>
        </w:rPr>
        <w:t xml:space="preserve"> (Certified Mail No. </w:t>
      </w:r>
      <w:r>
        <w:rPr>
          <w:b w:val="0"/>
          <w:i w:val="0"/>
          <w:highlight w:val="yellow"/>
        </w:rPr>
        <w:t>[NUMBER]</w:t>
      </w:r>
      <w:r>
        <w:rPr>
          <w:b w:val="0"/>
          <w:i w:val="0"/>
        </w:rPr>
        <w:t>). Your results state that the following information was verified:</w:t>
      </w:r>
    </w:p>
    <w:p>
      <w:pPr>
        <w:pStyle w:val="ListBullet"/>
      </w:pPr>
      <w:r>
        <w:rPr>
          <w:b w:val="0"/>
          <w:i w:val="0"/>
          <w:highlight w:val="yellow"/>
        </w:rPr>
        <w:t>[FURNISHER NAME]</w:t>
      </w:r>
      <w:r>
        <w:rPr>
          <w:b w:val="0"/>
          <w:i w:val="0"/>
        </w:rPr>
        <w:t xml:space="preserve"> — Account No. (partial) </w:t>
      </w:r>
      <w:r>
        <w:rPr>
          <w:b w:val="0"/>
          <w:i w:val="0"/>
          <w:highlight w:val="yellow"/>
        </w:rPr>
        <w:t>[XXXX-1234]</w:t>
      </w:r>
      <w:r>
        <w:rPr>
          <w:b w:val="0"/>
          <w:i w:val="0"/>
        </w:rPr>
        <w:t xml:space="preserve"> — </w:t>
      </w:r>
      <w:r>
        <w:rPr>
          <w:b w:val="0"/>
          <w:i w:val="0"/>
          <w:highlight w:val="yellow"/>
        </w:rPr>
        <w:t>[DISPUTED INFORMATION]</w:t>
      </w:r>
    </w:p>
    <w:p>
      <w:r>
        <w:rPr>
          <w:b w:val="0"/>
          <w:i w:val="0"/>
        </w:rPr>
        <w:t>Under 15 U.S.C. § 1681i(a)(7), I request a description of the procedure used to determine the accuracy and completeness of this information, including the business name and address of each furnisher you contacted and, if reasonably available, its telephone number. You must provide this description within 15 days of receiving this request.</w:t>
      </w:r>
    </w:p>
    <w:p>
      <w:r>
        <w:rPr>
          <w:b w:val="0"/>
          <w:i w:val="0"/>
        </w:rPr>
        <w:t>To help me understand the reinvestigation, I also ask that your description include:</w:t>
      </w:r>
    </w:p>
    <w:p>
      <w:pPr>
        <w:pStyle w:val="ListBullet"/>
      </w:pPr>
      <w:r>
        <w:rPr>
          <w:b w:val="0"/>
          <w:i w:val="0"/>
        </w:rPr>
        <w:t>The information you transmitted to the furnisher, and whether the documents I enclosed with my dispute were forwarded to it.</w:t>
      </w:r>
    </w:p>
    <w:p>
      <w:pPr>
        <w:pStyle w:val="ListBullet"/>
      </w:pPr>
      <w:r>
        <w:rPr>
          <w:b w:val="0"/>
          <w:i w:val="0"/>
        </w:rPr>
        <w:t>The response you received from the furnisher, and its date.</w:t>
      </w:r>
    </w:p>
    <w:p>
      <w:pPr>
        <w:pStyle w:val="ListBullet"/>
      </w:pPr>
      <w:r>
        <w:rPr>
          <w:b w:val="0"/>
          <w:i w:val="0"/>
        </w:rPr>
        <w:t>Any documents you reviewed to verify the information.</w:t>
      </w:r>
    </w:p>
    <w:p>
      <w:r>
        <w:rPr>
          <w:b w:val="0"/>
          <w:i w:val="0"/>
        </w:rPr>
        <w:t>I also remind you that, under § 1681i(a)(5)(A), information that cannot be verified as accurate and complete must be deleted or modified.</w:t>
      </w:r>
    </w:p>
    <w:p>
      <w:r>
        <w:rPr>
          <w:b w:val="0"/>
          <w:i w:val="0"/>
        </w:rPr>
        <w:t>Sincerely,</w:t>
      </w:r>
    </w:p>
    <w:p>
      <w:r>
        <w:rPr>
          <w:b w:val="0"/>
          <w:i w:val="0"/>
          <w:highlight w:val="yellow"/>
        </w:rPr>
        <w:t>[YOUR FULL NAME]</w:t>
      </w:r>
    </w:p>
    <w:p>
      <w:r>
        <w:rPr>
          <w:b/>
        </w:rPr>
        <w:t xml:space="preserve">Enclosures: </w:t>
      </w:r>
      <w:r>
        <w:rPr>
          <w:b w:val="0"/>
          <w:i w:val="0"/>
        </w:rPr>
        <w:t xml:space="preserve">Copy of my dispute dated </w:t>
      </w:r>
      <w:r>
        <w:rPr>
          <w:b w:val="0"/>
          <w:i w:val="0"/>
          <w:highlight w:val="yellow"/>
        </w:rPr>
        <w:t>[DATE]</w:t>
      </w:r>
      <w:r>
        <w:rPr>
          <w:b w:val="0"/>
          <w:i w:val="0"/>
        </w:rPr>
        <w:t xml:space="preserve">; USPS delivery confirmation; copy of your results dated </w:t>
      </w:r>
      <w:r>
        <w:rPr>
          <w:b w:val="0"/>
          <w:i w:val="0"/>
          <w:highlight w:val="yellow"/>
        </w:rPr>
        <w:t>[DATE]</w:t>
      </w:r>
      <w:r>
        <w:br w:type="page"/>
      </w:r>
    </w:p>
    <w:p>
      <w:r>
        <w:rPr>
          <w:i/>
          <w:color w:val="888888"/>
          <w:sz w:val="17"/>
        </w:rPr>
        <w:t>PLANTILLA — Carta 7: Disputa de seguimiento con evidencia nueva (Ronda 2)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[CRA NAME or FURNISHER NAME]</w:t>
      </w:r>
    </w:p>
    <w:p>
      <w:pPr>
        <w:spacing w:after="200"/>
      </w:pPr>
      <w:r>
        <w:rPr>
          <w:b w:val="0"/>
          <w:i w:val="0"/>
          <w:highlight w:val="yellow"/>
        </w:rPr>
        <w:t>[ADDRESS]</w:t>
      </w:r>
    </w:p>
    <w:p>
      <w:r>
        <w:rPr>
          <w:b/>
          <w:i w:val="0"/>
        </w:rPr>
        <w:t xml:space="preserve">RE: Follow-Up Dispute with New and Additional Information — Prior Dispute No. </w:t>
      </w:r>
      <w:r>
        <w:rPr>
          <w:b/>
          <w:i w:val="0"/>
          <w:highlight w:val="yellow"/>
        </w:rPr>
        <w:t>[NUMBER]</w:t>
      </w:r>
    </w:p>
    <w:p>
      <w:r>
        <w:rPr>
          <w:b w:val="0"/>
          <w:i w:val="0"/>
        </w:rPr>
        <w:t>To Whom It May Concern:</w:t>
      </w:r>
    </w:p>
    <w:p>
      <w:r>
        <w:rPr>
          <w:b w:val="0"/>
          <w:i w:val="0"/>
        </w:rPr>
        <w:t xml:space="preserve">On </w:t>
      </w:r>
      <w:r>
        <w:rPr>
          <w:b w:val="0"/>
          <w:i w:val="0"/>
          <w:highlight w:val="yellow"/>
        </w:rPr>
        <w:t>[DATE OF PRIOR DISPUTE]</w:t>
      </w:r>
      <w:r>
        <w:rPr>
          <w:b w:val="0"/>
          <w:i w:val="0"/>
        </w:rPr>
        <w:t xml:space="preserve">, I disputed the information identified below. On </w:t>
      </w:r>
      <w:r>
        <w:rPr>
          <w:b w:val="0"/>
          <w:i w:val="0"/>
          <w:highlight w:val="yellow"/>
        </w:rPr>
        <w:t>[DATE]</w:t>
      </w:r>
      <w:r>
        <w:rPr>
          <w:b w:val="0"/>
          <w:i w:val="0"/>
        </w:rPr>
        <w:t xml:space="preserve">, you informed me that the information was </w:t>
      </w:r>
      <w:r>
        <w:rPr>
          <w:b w:val="0"/>
          <w:i w:val="0"/>
          <w:highlight w:val="yellow"/>
        </w:rPr>
        <w:t>[verified / updated]</w:t>
      </w:r>
      <w:r>
        <w:rPr>
          <w:b w:val="0"/>
          <w:i w:val="0"/>
        </w:rPr>
        <w:t>. I am submitting new and additional information that was not considered in that investigation.</w:t>
      </w:r>
    </w:p>
    <w:tbl>
      <w:tblPr>
        <w:tblStyle w:val="TableGrid"/>
        <w:tblW w:type="auto" w:w="0"/>
        <w:tblLook w:firstColumn="1" w:firstRow="1" w:lastColumn="0" w:lastRow="0" w:noHBand="0" w:noVBand="1" w:val="04A0"/>
      </w:tblPr>
      <w:tblGrid>
        <w:gridCol w:w="4680"/>
        <w:gridCol w:w="4680"/>
      </w:tblGrid>
      <w:tr>
        <w:tc>
          <w:tcPr>
            <w:tcW w:type="dxa" w:w="2592"/>
          </w:tcPr>
          <w:p>
            <w:r>
              <w:rPr>
                <w:b/>
              </w:rPr>
              <w:t>Furnisher / creditor</w:t>
            </w:r>
          </w:p>
        </w:tc>
        <w:tc>
          <w:tcPr>
            <w:tcW w:type="dxa" w:w="6768"/>
          </w:tcPr>
          <w:p>
            <w:r>
              <w:rPr>
                <w:b w:val="0"/>
                <w:i w:val="0"/>
                <w:highlight w:val="yellow"/>
              </w:rPr>
              <w:t>[NAME AS IT APPEARS ON THE REPORT]</w:t>
            </w:r>
          </w:p>
        </w:tc>
      </w:tr>
      <w:tr>
        <w:tc>
          <w:tcPr>
            <w:tcW w:type="dxa" w:w="2592"/>
          </w:tcPr>
          <w:p>
            <w:r>
              <w:rPr>
                <w:b/>
              </w:rPr>
              <w:t>Account number (partial)</w:t>
            </w:r>
          </w:p>
        </w:tc>
        <w:tc>
          <w:tcPr>
            <w:tcW w:type="dxa" w:w="6768"/>
          </w:tcPr>
          <w:p>
            <w:r>
              <w:rPr>
                <w:b w:val="0"/>
                <w:i w:val="0"/>
                <w:highlight w:val="yellow"/>
              </w:rPr>
              <w:t>[XXXX-1234]</w:t>
            </w:r>
          </w:p>
        </w:tc>
      </w:tr>
      <w:tr>
        <w:tc>
          <w:tcPr>
            <w:tcW w:type="dxa" w:w="2592"/>
          </w:tcPr>
          <w:p>
            <w:r>
              <w:rPr>
                <w:b/>
              </w:rPr>
              <w:t>Information I dispute</w:t>
            </w:r>
          </w:p>
        </w:tc>
        <w:tc>
          <w:tcPr>
            <w:tcW w:type="dxa" w:w="6768"/>
          </w:tcPr>
          <w:p>
            <w:r>
              <w:rPr>
                <w:b w:val="0"/>
                <w:i w:val="0"/>
                <w:highlight w:val="yellow"/>
              </w:rPr>
              <w:t>[THE SPECIFIC FIELD AND WHAT IT REPORTS — e.g., “Date of First Delinquency reported as 03/2022”]</w:t>
            </w:r>
          </w:p>
        </w:tc>
      </w:tr>
      <w:tr>
        <w:tc>
          <w:tcPr>
            <w:tcW w:type="dxa" w:w="2592"/>
          </w:tcPr>
          <w:p>
            <w:r>
              <w:rPr>
                <w:b/>
              </w:rPr>
              <w:t>Why it is inaccurate</w:t>
            </w:r>
          </w:p>
        </w:tc>
        <w:tc>
          <w:tcPr>
            <w:tcW w:type="dxa" w:w="6768"/>
          </w:tcPr>
          <w:p>
            <w:r>
              <w:rPr>
                <w:b w:val="0"/>
                <w:i w:val="0"/>
                <w:highlight w:val="yellow"/>
              </w:rPr>
              <w:t>[THE FACT AND YOUR PROOF — e.g., “TransUnion reports 11/2020 for the same account; see Exhibit A”]</w:t>
            </w:r>
          </w:p>
        </w:tc>
      </w:tr>
    </w:tbl>
    <w:p/>
    <w:p>
      <w:r>
        <w:rPr>
          <w:b w:val="0"/>
          <w:i w:val="0"/>
        </w:rPr>
        <w:t xml:space="preserve">New information: </w:t>
      </w:r>
      <w:r>
        <w:rPr>
          <w:b w:val="0"/>
          <w:i w:val="0"/>
          <w:highlight w:val="yellow"/>
        </w:rPr>
        <w:t>[DESCRIBE WHAT IS NEW — e.g., “Equifax and Experian now report different balances for the same account (Exhibits B and C)” or “the furnisher has not answered my direct dispute delivered on (date)”]</w:t>
      </w:r>
      <w:r>
        <w:rPr>
          <w:b w:val="0"/>
          <w:i w:val="0"/>
        </w:rPr>
        <w:t>.</w:t>
      </w:r>
    </w:p>
    <w:p>
      <w:r>
        <w:rPr>
          <w:b w:val="0"/>
          <w:i w:val="0"/>
        </w:rPr>
        <w:t xml:space="preserve">This is not a repetition of my prior dispute. The new information shows that the item remains inaccurate or incomplete and that it could not reasonably have been confirmed as accurate. Under 15 U.S.C. § 1681i(a)(1) and (a)(4) </w:t>
      </w:r>
      <w:r>
        <w:rPr>
          <w:b w:val="0"/>
          <w:i w:val="0"/>
          <w:highlight w:val="yellow"/>
        </w:rPr>
        <w:t>[or, for a furnisher, § 1681s-2(a)(8)]</w:t>
      </w:r>
      <w:r>
        <w:rPr>
          <w:b w:val="0"/>
          <w:i w:val="0"/>
        </w:rPr>
        <w:t>, please investigate again, considering all of the enclosed information, and delete or correct the item as required by § 1681i(a)(5)(A).</w:t>
      </w:r>
    </w:p>
    <w:p>
      <w:r>
        <w:rPr>
          <w:b w:val="0"/>
          <w:i w:val="0"/>
        </w:rPr>
        <w:t>Please send me the results in writing.</w:t>
      </w:r>
    </w:p>
    <w:p>
      <w:r>
        <w:rPr>
          <w:b w:val="0"/>
          <w:i w:val="0"/>
        </w:rPr>
        <w:t>Sincerely,</w:t>
      </w:r>
    </w:p>
    <w:p>
      <w:r>
        <w:rPr>
          <w:b w:val="0"/>
          <w:i w:val="0"/>
          <w:highlight w:val="yellow"/>
        </w:rPr>
        <w:t>[YOUR FULL NAME]</w:t>
      </w:r>
    </w:p>
    <w:p>
      <w:r>
        <w:rPr>
          <w:b/>
        </w:rPr>
        <w:t xml:space="preserve">Enclosures: </w:t>
      </w:r>
      <w:r>
        <w:rPr>
          <w:b w:val="0"/>
          <w:i w:val="0"/>
        </w:rPr>
        <w:t xml:space="preserve">Copy of my prior dispute and your response; Exhibit B </w:t>
      </w:r>
      <w:r>
        <w:rPr>
          <w:b w:val="0"/>
          <w:i w:val="0"/>
          <w:highlight w:val="yellow"/>
        </w:rPr>
        <w:t>[DESCRIBE]</w:t>
      </w:r>
      <w:r>
        <w:rPr>
          <w:b w:val="0"/>
          <w:i w:val="0"/>
        </w:rPr>
        <w:t xml:space="preserve">; Exhibit C </w:t>
      </w:r>
      <w:r>
        <w:rPr>
          <w:b w:val="0"/>
          <w:i w:val="0"/>
          <w:highlight w:val="yellow"/>
        </w:rPr>
        <w:t>[DESCRIBE]</w:t>
      </w:r>
      <w:r>
        <w:br w:type="page"/>
      </w:r>
    </w:p>
    <w:p>
      <w:r>
        <w:rPr>
          <w:i/>
          <w:color w:val="888888"/>
          <w:sz w:val="17"/>
        </w:rPr>
        <w:t>PLANTILLA — Carta 8: Aviso de violaciones documentadas (Ronda 3)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[CRA NAME and/or FURNISHER NAME]</w:t>
      </w:r>
    </w:p>
    <w:p>
      <w:pPr>
        <w:spacing w:after="200"/>
      </w:pPr>
      <w:r>
        <w:rPr>
          <w:b w:val="0"/>
          <w:i w:val="0"/>
          <w:highlight w:val="yellow"/>
        </w:rPr>
        <w:t>[ADDRESS]</w:t>
      </w:r>
    </w:p>
    <w:p>
      <w:r>
        <w:rPr>
          <w:b/>
          <w:i w:val="0"/>
        </w:rPr>
        <w:t xml:space="preserve">RE: Notice of Documented Dispute History and Request for Correction — Account No. (partial) </w:t>
      </w:r>
      <w:r>
        <w:rPr>
          <w:b/>
          <w:i w:val="0"/>
          <w:highlight w:val="yellow"/>
        </w:rPr>
        <w:t>[XXXX-1234]</w:t>
      </w:r>
    </w:p>
    <w:p>
      <w:r>
        <w:rPr>
          <w:b w:val="0"/>
          <w:i w:val="0"/>
        </w:rPr>
        <w:t>To Whom It May Concern:</w:t>
      </w:r>
    </w:p>
    <w:p>
      <w:r>
        <w:rPr>
          <w:b w:val="0"/>
          <w:i w:val="0"/>
        </w:rPr>
        <w:t>This letter documents my dispute history regarding the information identified below and gives you a final opportunity to correct it before I evaluate my next steps.</w:t>
      </w:r>
    </w:p>
    <w:tbl>
      <w:tblPr>
        <w:tblStyle w:val="TableGrid"/>
        <w:tblW w:type="auto" w:w="0"/>
        <w:tblLook w:firstColumn="1" w:firstRow="1" w:lastColumn="0" w:lastRow="0" w:noHBand="0" w:noVBand="1" w:val="04A0"/>
      </w:tblPr>
      <w:tblGrid>
        <w:gridCol w:w="4680"/>
        <w:gridCol w:w="4680"/>
      </w:tblGrid>
      <w:tr>
        <w:tc>
          <w:tcPr>
            <w:tcW w:type="dxa" w:w="2592"/>
          </w:tcPr>
          <w:p>
            <w:r>
              <w:rPr>
                <w:b/>
              </w:rPr>
              <w:t>Furnisher / creditor</w:t>
            </w:r>
          </w:p>
        </w:tc>
        <w:tc>
          <w:tcPr>
            <w:tcW w:type="dxa" w:w="6768"/>
          </w:tcPr>
          <w:p>
            <w:r>
              <w:rPr>
                <w:b w:val="0"/>
                <w:i w:val="0"/>
                <w:highlight w:val="yellow"/>
              </w:rPr>
              <w:t>[NAME AS IT APPEARS ON THE REPORT]</w:t>
            </w:r>
          </w:p>
        </w:tc>
      </w:tr>
      <w:tr>
        <w:tc>
          <w:tcPr>
            <w:tcW w:type="dxa" w:w="2592"/>
          </w:tcPr>
          <w:p>
            <w:r>
              <w:rPr>
                <w:b/>
              </w:rPr>
              <w:t>Account number (partial)</w:t>
            </w:r>
          </w:p>
        </w:tc>
        <w:tc>
          <w:tcPr>
            <w:tcW w:type="dxa" w:w="6768"/>
          </w:tcPr>
          <w:p>
            <w:r>
              <w:rPr>
                <w:b w:val="0"/>
                <w:i w:val="0"/>
                <w:highlight w:val="yellow"/>
              </w:rPr>
              <w:t>[XXXX-1234]</w:t>
            </w:r>
          </w:p>
        </w:tc>
      </w:tr>
      <w:tr>
        <w:tc>
          <w:tcPr>
            <w:tcW w:type="dxa" w:w="2592"/>
          </w:tcPr>
          <w:p>
            <w:r>
              <w:rPr>
                <w:b/>
              </w:rPr>
              <w:t>Information I dispute</w:t>
            </w:r>
          </w:p>
        </w:tc>
        <w:tc>
          <w:tcPr>
            <w:tcW w:type="dxa" w:w="6768"/>
          </w:tcPr>
          <w:p>
            <w:r>
              <w:rPr>
                <w:b w:val="0"/>
                <w:i w:val="0"/>
                <w:highlight w:val="yellow"/>
              </w:rPr>
              <w:t>[THE SPECIFIC FIELD AND WHAT IT REPORTS — e.g., “Date of First Delinquency reported as 03/2022”]</w:t>
            </w:r>
          </w:p>
        </w:tc>
      </w:tr>
      <w:tr>
        <w:tc>
          <w:tcPr>
            <w:tcW w:type="dxa" w:w="2592"/>
          </w:tcPr>
          <w:p>
            <w:r>
              <w:rPr>
                <w:b/>
              </w:rPr>
              <w:t>Why it is inaccurate</w:t>
            </w:r>
          </w:p>
        </w:tc>
        <w:tc>
          <w:tcPr>
            <w:tcW w:type="dxa" w:w="6768"/>
          </w:tcPr>
          <w:p>
            <w:r>
              <w:rPr>
                <w:b w:val="0"/>
                <w:i w:val="0"/>
                <w:highlight w:val="yellow"/>
              </w:rPr>
              <w:t>[THE FACT AND YOUR PROOF — e.g., “TransUnion reports 11/2020 for the same account; see Exhibit A”]</w:t>
            </w:r>
          </w:p>
        </w:tc>
      </w:tr>
    </w:tbl>
    <w:p/>
    <w:p>
      <w:r>
        <w:rPr>
          <w:b w:val="0"/>
          <w:i w:val="0"/>
        </w:rPr>
        <w:t>Chronology:</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Date</w:t>
            </w:r>
          </w:p>
        </w:tc>
        <w:tc>
          <w:tcPr>
            <w:tcW w:type="dxa" w:w="3120"/>
          </w:tcPr>
          <w:p>
            <w:r>
              <w:rPr>
                <w:b/>
              </w:rPr>
              <w:t>Event</w:t>
            </w:r>
          </w:p>
        </w:tc>
        <w:tc>
          <w:tcPr>
            <w:tcW w:type="dxa" w:w="3120"/>
          </w:tcPr>
          <w:p>
            <w:r>
              <w:rPr>
                <w:b/>
              </w:rPr>
              <w:t>Result</w:t>
            </w:r>
          </w:p>
        </w:tc>
      </w:tr>
      <w:tr>
        <w:tc>
          <w:tcPr>
            <w:tcW w:type="dxa" w:w="3120"/>
          </w:tcPr>
          <w:p>
            <w:r>
              <w:rPr>
                <w:b w:val="0"/>
                <w:i w:val="0"/>
                <w:highlight w:val="yellow"/>
              </w:rPr>
              <w:t>[DATE]</w:t>
            </w:r>
          </w:p>
        </w:tc>
        <w:tc>
          <w:tcPr>
            <w:tcW w:type="dxa" w:w="3120"/>
          </w:tcPr>
          <w:p>
            <w:r>
              <w:rPr>
                <w:b w:val="0"/>
                <w:i w:val="0"/>
              </w:rPr>
              <w:t xml:space="preserve">Dispute delivered to </w:t>
            </w:r>
            <w:r>
              <w:rPr>
                <w:b w:val="0"/>
                <w:i w:val="0"/>
                <w:highlight w:val="yellow"/>
              </w:rPr>
              <w:t>[RECIPIENT]</w:t>
            </w:r>
            <w:r>
              <w:rPr>
                <w:b w:val="0"/>
                <w:i w:val="0"/>
              </w:rPr>
              <w:t xml:space="preserve"> (Certified Mail No. </w:t>
            </w:r>
            <w:r>
              <w:rPr>
                <w:b w:val="0"/>
                <w:i w:val="0"/>
                <w:highlight w:val="yellow"/>
              </w:rPr>
              <w:t>[NUMBER]</w:t>
            </w:r>
            <w:r>
              <w:rPr>
                <w:b w:val="0"/>
                <w:i w:val="0"/>
              </w:rPr>
              <w:t>)</w:t>
            </w:r>
          </w:p>
        </w:tc>
        <w:tc>
          <w:tcPr>
            <w:tcW w:type="dxa" w:w="3120"/>
          </w:tcPr>
          <w:p>
            <w:r>
              <w:rPr>
                <w:b w:val="0"/>
                <w:i w:val="0"/>
                <w:highlight w:val="yellow"/>
              </w:rPr>
              <w:t>[RESULT — e.g., “Verified without changes; no documents considered”]</w:t>
            </w:r>
          </w:p>
        </w:tc>
      </w:tr>
      <w:tr>
        <w:tc>
          <w:tcPr>
            <w:tcW w:type="dxa" w:w="3120"/>
          </w:tcPr>
          <w:p>
            <w:r>
              <w:rPr>
                <w:b w:val="0"/>
                <w:i w:val="0"/>
                <w:highlight w:val="yellow"/>
              </w:rPr>
              <w:t>[DATE]</w:t>
            </w:r>
          </w:p>
        </w:tc>
        <w:tc>
          <w:tcPr>
            <w:tcW w:type="dxa" w:w="3120"/>
          </w:tcPr>
          <w:p>
            <w:r>
              <w:rPr>
                <w:b w:val="0"/>
                <w:i w:val="0"/>
              </w:rPr>
              <w:t>Request for description of procedure delivered</w:t>
            </w:r>
          </w:p>
        </w:tc>
        <w:tc>
          <w:tcPr>
            <w:tcW w:type="dxa" w:w="3120"/>
          </w:tcPr>
          <w:p>
            <w:r>
              <w:rPr>
                <w:b w:val="0"/>
                <w:i w:val="0"/>
                <w:highlight w:val="yellow"/>
              </w:rPr>
              <w:t>[RESULT — e.g., “No response within 15 days”]</w:t>
            </w:r>
          </w:p>
        </w:tc>
      </w:tr>
      <w:tr>
        <w:tc>
          <w:tcPr>
            <w:tcW w:type="dxa" w:w="3120"/>
          </w:tcPr>
          <w:p>
            <w:r>
              <w:rPr>
                <w:b w:val="0"/>
                <w:i w:val="0"/>
                <w:highlight w:val="yellow"/>
              </w:rPr>
              <w:t>[DATE]</w:t>
            </w:r>
          </w:p>
        </w:tc>
        <w:tc>
          <w:tcPr>
            <w:tcW w:type="dxa" w:w="3120"/>
          </w:tcPr>
          <w:p>
            <w:r>
              <w:rPr>
                <w:b w:val="0"/>
                <w:i w:val="0"/>
              </w:rPr>
              <w:t>Follow-up dispute with new information delivered</w:t>
            </w:r>
          </w:p>
        </w:tc>
        <w:tc>
          <w:tcPr>
            <w:tcW w:type="dxa" w:w="3120"/>
          </w:tcPr>
          <w:p>
            <w:r>
              <w:rPr>
                <w:b w:val="0"/>
                <w:i w:val="0"/>
                <w:highlight w:val="yellow"/>
              </w:rPr>
              <w:t>[RESULT]</w:t>
            </w:r>
          </w:p>
        </w:tc>
      </w:tr>
    </w:tbl>
    <w:p/>
    <w:p>
      <w:r>
        <w:rPr>
          <w:b w:val="0"/>
          <w:i w:val="0"/>
        </w:rPr>
        <w:t xml:space="preserve">Despite these disputes, the information remains </w:t>
      </w:r>
      <w:r>
        <w:rPr>
          <w:b w:val="0"/>
          <w:i w:val="0"/>
          <w:highlight w:val="yellow"/>
        </w:rPr>
        <w:t>[inaccurate / incomplete / unverified]</w:t>
      </w:r>
      <w:r>
        <w:rPr>
          <w:b w:val="0"/>
          <w:i w:val="0"/>
        </w:rPr>
        <w:t xml:space="preserve"> because </w:t>
      </w:r>
      <w:r>
        <w:rPr>
          <w:b w:val="0"/>
          <w:i w:val="0"/>
          <w:highlight w:val="yellow"/>
        </w:rPr>
        <w:t>[STATE THE SPECIFIC REASON AND REFER TO EXHIBITS]</w:t>
      </w:r>
      <w:r>
        <w:rPr>
          <w:b w:val="0"/>
          <w:i w:val="0"/>
        </w:rPr>
        <w:t xml:space="preserve">. This conduct is inconsistent with </w:t>
      </w:r>
      <w:r>
        <w:rPr>
          <w:b w:val="0"/>
          <w:i w:val="0"/>
          <w:highlight w:val="yellow"/>
        </w:rPr>
        <w:t>[15 U.S.C. §§ 1681e(b) and 1681i (consumer reporting agency) / 15 U.S.C. § 1681s-2(b) (furnisher)]</w:t>
      </w:r>
      <w:r>
        <w:rPr>
          <w:b w:val="0"/>
          <w:i w:val="0"/>
        </w:rPr>
        <w:t>.</w:t>
      </w:r>
    </w:p>
    <w:p>
      <w:r>
        <w:rPr>
          <w:b w:val="0"/>
          <w:i w:val="0"/>
        </w:rPr>
        <w:t>I request that you delete or correct this information within 15 days of receiving this letter and confirm it to me in writing. I also request that you preserve all records relating to my disputes, including any automated dispute communications (such as ACDV records) exchanged regarding this account.</w:t>
      </w:r>
    </w:p>
    <w:p>
      <w:r>
        <w:rPr>
          <w:b w:val="0"/>
          <w:i w:val="0"/>
        </w:rPr>
        <w:t>If the information is not corrected, I intend to submit a complaint to the Consumer Financial Protection Bureau and to my state Attorney General, and to consult with a consumer protection attorney regarding my rights under 15 U.S.C. §§ 1681n and 1681o.</w:t>
      </w:r>
    </w:p>
    <w:p>
      <w:r>
        <w:rPr>
          <w:b w:val="0"/>
          <w:i w:val="0"/>
        </w:rPr>
        <w:t>Sincerely,</w:t>
      </w:r>
    </w:p>
    <w:p>
      <w:r>
        <w:rPr>
          <w:b w:val="0"/>
          <w:i w:val="0"/>
          <w:highlight w:val="yellow"/>
        </w:rPr>
        <w:t>[YOUR FULL NAME]</w:t>
      </w:r>
    </w:p>
    <w:p>
      <w:r>
        <w:rPr>
          <w:b/>
        </w:rPr>
        <w:t xml:space="preserve">Enclosures: </w:t>
      </w:r>
      <w:r>
        <w:rPr>
          <w:b w:val="0"/>
          <w:i w:val="0"/>
        </w:rPr>
        <w:t>Complete dispute file: letters, USPS delivery confirmations, responses received, credit report pages</w:t>
      </w:r>
      <w:r>
        <w:br w:type="page"/>
      </w:r>
    </w:p>
    <w:p>
      <w:r>
        <w:rPr>
          <w:i/>
          <w:color w:val="888888"/>
          <w:sz w:val="17"/>
        </w:rPr>
        <w:t>PLANTILLA — Carta 9: Buena voluntad (Goodwill) (Negociación)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[CREDITOR NAME]</w:t>
      </w:r>
    </w:p>
    <w:p>
      <w:pPr>
        <w:spacing w:after="200"/>
      </w:pPr>
      <w:r>
        <w:rPr>
          <w:b w:val="0"/>
          <w:i w:val="0"/>
          <w:highlight w:val="yellow"/>
        </w:rPr>
        <w:t>[CUSTOMER SERVICE OR EXECUTIVE OFFICE ADDRESS]</w:t>
      </w:r>
    </w:p>
    <w:p>
      <w:r>
        <w:rPr>
          <w:b/>
          <w:i w:val="0"/>
        </w:rPr>
        <w:t xml:space="preserve">RE: Goodwill Adjustment Request — Account No. (partial) </w:t>
      </w:r>
      <w:r>
        <w:rPr>
          <w:b/>
          <w:i w:val="0"/>
          <w:highlight w:val="yellow"/>
        </w:rPr>
        <w:t>[XXXX-1234]</w:t>
      </w:r>
    </w:p>
    <w:p>
      <w:r>
        <w:rPr>
          <w:b w:val="0"/>
          <w:i w:val="0"/>
        </w:rPr>
        <w:t>To Whom It May Concern:</w:t>
      </w:r>
    </w:p>
    <w:p>
      <w:r>
        <w:rPr>
          <w:b w:val="0"/>
          <w:i w:val="0"/>
        </w:rPr>
        <w:t xml:space="preserve">I have been a customer of </w:t>
      </w:r>
      <w:r>
        <w:rPr>
          <w:b w:val="0"/>
          <w:i w:val="0"/>
          <w:highlight w:val="yellow"/>
        </w:rPr>
        <w:t>[CREDITOR NAME]</w:t>
      </w:r>
      <w:r>
        <w:rPr>
          <w:b w:val="0"/>
          <w:i w:val="0"/>
        </w:rPr>
        <w:t xml:space="preserve"> since </w:t>
      </w:r>
      <w:r>
        <w:rPr>
          <w:b w:val="0"/>
          <w:i w:val="0"/>
          <w:highlight w:val="yellow"/>
        </w:rPr>
        <w:t>[YEAR]</w:t>
      </w:r>
      <w:r>
        <w:rPr>
          <w:b w:val="0"/>
          <w:i w:val="0"/>
        </w:rPr>
        <w:t>, and I value this relationship. I am writing to respectfully request a goodwill adjustment to my credit reporting for the account above.</w:t>
      </w:r>
    </w:p>
    <w:p>
      <w:r>
        <w:rPr>
          <w:b w:val="0"/>
          <w:i w:val="0"/>
        </w:rPr>
        <w:t xml:space="preserve">In </w:t>
      </w:r>
      <w:r>
        <w:rPr>
          <w:b w:val="0"/>
          <w:i w:val="0"/>
          <w:highlight w:val="yellow"/>
        </w:rPr>
        <w:t>[MONTH/YEAR]</w:t>
      </w:r>
      <w:r>
        <w:rPr>
          <w:b w:val="0"/>
          <w:i w:val="0"/>
        </w:rPr>
        <w:t xml:space="preserve">, my payment was reported </w:t>
      </w:r>
      <w:r>
        <w:rPr>
          <w:b w:val="0"/>
          <w:i w:val="0"/>
          <w:highlight w:val="yellow"/>
        </w:rPr>
        <w:t>[30]</w:t>
      </w:r>
      <w:r>
        <w:rPr>
          <w:b w:val="0"/>
          <w:i w:val="0"/>
        </w:rPr>
        <w:t xml:space="preserve"> days late. This happened because </w:t>
      </w:r>
      <w:r>
        <w:rPr>
          <w:b w:val="0"/>
          <w:i w:val="0"/>
          <w:highlight w:val="yellow"/>
        </w:rPr>
        <w:t>[BRIEF, HONEST EXPLANATION — e.g., “of a medical emergency that disrupted my finances for several weeks”]</w:t>
      </w:r>
      <w:r>
        <w:rPr>
          <w:b w:val="0"/>
          <w:i w:val="0"/>
        </w:rPr>
        <w:t>. Since then, I have made every payment on time, and my history with you both before and after that month has been consistent.</w:t>
      </w:r>
    </w:p>
    <w:p>
      <w:r>
        <w:rPr>
          <w:b w:val="0"/>
          <w:i w:val="0"/>
        </w:rPr>
        <w:t>I understand that this request is entirely at your discretion. As a gesture of goodwill toward a long-standing customer, I would be grateful if you would remove this late payment from the information you report to the consumer reporting agencies.</w:t>
      </w:r>
    </w:p>
    <w:p>
      <w:r>
        <w:rPr>
          <w:b w:val="0"/>
          <w:i w:val="0"/>
        </w:rPr>
        <w:t>Thank you for your time and consideration.</w:t>
      </w:r>
    </w:p>
    <w:p>
      <w:r>
        <w:rPr>
          <w:b w:val="0"/>
          <w:i w:val="0"/>
        </w:rPr>
        <w:t>Sincerely,</w:t>
      </w:r>
    </w:p>
    <w:p>
      <w:r>
        <w:rPr>
          <w:b w:val="0"/>
          <w:i w:val="0"/>
          <w:highlight w:val="yellow"/>
        </w:rPr>
        <w:t>[YOUR FULL NAME]</w:t>
      </w:r>
    </w:p>
    <w:p>
      <w:r>
        <w:rPr>
          <w:b/>
        </w:rPr>
        <w:t xml:space="preserve">Enclosures: </w:t>
      </w:r>
      <w:r>
        <w:rPr>
          <w:b w:val="0"/>
          <w:i w:val="0"/>
          <w:highlight w:val="yellow"/>
        </w:rPr>
        <w:t>[OPTIONAL SUPPORTING DOCUMENT]</w:t>
      </w:r>
      <w:r>
        <w:br w:type="page"/>
      </w:r>
    </w:p>
    <w:p>
      <w:r>
        <w:rPr>
          <w:i/>
          <w:color w:val="888888"/>
          <w:sz w:val="17"/>
        </w:rPr>
        <w:t>PLANTILLA — Carta 10: Pago por eliminación (Pay-for-Delete) (Negociación) — elimina esta línea antes de enviar</w:t>
      </w:r>
    </w:p>
    <w:p>
      <w:pPr>
        <w:spacing w:after="0"/>
      </w:pPr>
      <w:r>
        <w:rPr>
          <w:b w:val="0"/>
          <w:i w:val="0"/>
          <w:highlight w:val="yellow"/>
        </w:rPr>
        <w:t>[YOUR FULL NAME]</w:t>
      </w:r>
    </w:p>
    <w:p>
      <w:pPr>
        <w:spacing w:after="0"/>
      </w:pPr>
      <w:r>
        <w:rPr>
          <w:b w:val="0"/>
          <w:i w:val="0"/>
          <w:highlight w:val="yellow"/>
        </w:rPr>
        <w:t>[STREET ADDRESS]</w:t>
      </w:r>
    </w:p>
    <w:p>
      <w:pPr>
        <w:spacing w:after="0"/>
      </w:pPr>
      <w:r>
        <w:rPr>
          <w:b w:val="0"/>
          <w:i w:val="0"/>
          <w:highlight w:val="yellow"/>
        </w:rPr>
        <w:t>[CITY, STATE ZIP CODE]</w:t>
      </w:r>
    </w:p>
    <w:p>
      <w:pPr>
        <w:spacing w:after="0"/>
      </w:pPr>
      <w:r>
        <w:rPr>
          <w:b w:val="0"/>
          <w:i w:val="0"/>
        </w:rPr>
        <w:t xml:space="preserve">Date of birth: </w:t>
      </w:r>
      <w:r>
        <w:rPr>
          <w:b w:val="0"/>
          <w:i w:val="0"/>
          <w:highlight w:val="yellow"/>
        </w:rPr>
        <w:t>[MM/DD/YYYY]</w:t>
      </w:r>
    </w:p>
    <w:p>
      <w:pPr>
        <w:spacing w:after="200"/>
      </w:pPr>
      <w:r>
        <w:rPr>
          <w:b w:val="0"/>
          <w:i w:val="0"/>
        </w:rPr>
        <w:t>Social Security No. (last 4): XXX-XX-</w:t>
      </w:r>
      <w:r>
        <w:rPr>
          <w:b w:val="0"/>
          <w:i w:val="0"/>
          <w:highlight w:val="yellow"/>
        </w:rPr>
        <w:t>[____]</w:t>
      </w:r>
    </w:p>
    <w:p>
      <w:r>
        <w:rPr>
          <w:b w:val="0"/>
          <w:i w:val="0"/>
          <w:highlight w:val="yellow"/>
        </w:rPr>
        <w:t>[DATE]</w:t>
      </w:r>
    </w:p>
    <w:p>
      <w:r>
        <w:rPr>
          <w:b w:val="0"/>
          <w:i/>
        </w:rPr>
        <w:t xml:space="preserve">Sent via USPS Certified Mail, Return Receipt Requested — No. </w:t>
      </w:r>
      <w:r>
        <w:rPr>
          <w:b w:val="0"/>
          <w:i/>
          <w:highlight w:val="yellow"/>
        </w:rPr>
        <w:t>[TRACKING NUMBER]</w:t>
      </w:r>
    </w:p>
    <w:p>
      <w:pPr>
        <w:spacing w:after="0"/>
      </w:pPr>
      <w:r>
        <w:rPr>
          <w:b w:val="0"/>
          <w:i w:val="0"/>
          <w:highlight w:val="yellow"/>
        </w:rPr>
        <w:t>[COLLECTION AGENCY NAME]</w:t>
      </w:r>
    </w:p>
    <w:p>
      <w:pPr>
        <w:spacing w:after="200"/>
      </w:pPr>
      <w:r>
        <w:rPr>
          <w:b w:val="0"/>
          <w:i w:val="0"/>
          <w:highlight w:val="yellow"/>
        </w:rPr>
        <w:t>[ADDRESS]</w:t>
      </w:r>
    </w:p>
    <w:p>
      <w:r>
        <w:rPr>
          <w:b/>
          <w:i w:val="0"/>
        </w:rPr>
        <w:t xml:space="preserve">RE: Settlement Offer Conditioned on Deletion — Account No. (partial) </w:t>
      </w:r>
      <w:r>
        <w:rPr>
          <w:b/>
          <w:i w:val="0"/>
          <w:highlight w:val="yellow"/>
        </w:rPr>
        <w:t>[XXXX-1234]</w:t>
      </w:r>
      <w:r>
        <w:rPr>
          <w:b/>
          <w:i w:val="0"/>
        </w:rPr>
        <w:t xml:space="preserve"> — Original Creditor: </w:t>
      </w:r>
      <w:r>
        <w:rPr>
          <w:b/>
          <w:i w:val="0"/>
          <w:highlight w:val="yellow"/>
        </w:rPr>
        <w:t>[NAME]</w:t>
      </w:r>
    </w:p>
    <w:p>
      <w:r>
        <w:rPr>
          <w:b w:val="0"/>
          <w:i w:val="0"/>
        </w:rPr>
        <w:t>To Whom It May Concern:</w:t>
      </w:r>
    </w:p>
    <w:p>
      <w:r>
        <w:rPr>
          <w:b w:val="0"/>
          <w:i w:val="0"/>
        </w:rPr>
        <w:t>This letter is a settlement offer regarding the account identified above, which you report to one or more consumer reporting agencies with a balance of $</w:t>
      </w:r>
      <w:r>
        <w:rPr>
          <w:b w:val="0"/>
          <w:i w:val="0"/>
          <w:highlight w:val="yellow"/>
        </w:rPr>
        <w:t>[REPORTED BALANCE]</w:t>
      </w:r>
      <w:r>
        <w:rPr>
          <w:b w:val="0"/>
          <w:i w:val="0"/>
        </w:rPr>
        <w:t>. This offer is not an acknowledgment that I owe this debt and does not waive any of my rights under the FCRA or the FDCPA.</w:t>
      </w:r>
    </w:p>
    <w:p>
      <w:r>
        <w:rPr>
          <w:b w:val="0"/>
          <w:i w:val="0"/>
        </w:rPr>
        <w:t>I am willing to pay $</w:t>
      </w:r>
      <w:r>
        <w:rPr>
          <w:b w:val="0"/>
          <w:i w:val="0"/>
          <w:highlight w:val="yellow"/>
        </w:rPr>
        <w:t>[OFFER AMOUNT]</w:t>
      </w:r>
      <w:r>
        <w:rPr>
          <w:b w:val="0"/>
          <w:i w:val="0"/>
        </w:rPr>
        <w:t xml:space="preserve"> as payment in full and final satisfaction of this account, only under the following conditions:</w:t>
      </w:r>
    </w:p>
    <w:p>
      <w:pPr>
        <w:pStyle w:val="ListBullet"/>
      </w:pPr>
      <w:r>
        <w:rPr>
          <w:b w:val="0"/>
          <w:i w:val="0"/>
        </w:rPr>
        <w:t xml:space="preserve">Within </w:t>
      </w:r>
      <w:r>
        <w:rPr>
          <w:b w:val="0"/>
          <w:i w:val="0"/>
          <w:highlight w:val="yellow"/>
        </w:rPr>
        <w:t>[10]</w:t>
      </w:r>
      <w:r>
        <w:rPr>
          <w:b w:val="0"/>
          <w:i w:val="0"/>
        </w:rPr>
        <w:t xml:space="preserve"> business days after receiving payment, you will request the complete deletion of this account from my files at Equifax, Experian and TransUnion. Updating the account to “paid,” “settled” or a zero balance does not satisfy this condition.</w:t>
      </w:r>
    </w:p>
    <w:p>
      <w:pPr>
        <w:pStyle w:val="ListBullet"/>
      </w:pPr>
      <w:r>
        <w:rPr>
          <w:b w:val="0"/>
          <w:i w:val="0"/>
        </w:rPr>
        <w:t>The account will be considered satisfied in full, and you will not sell, assign or transfer any remaining balance, or report it again in the future.</w:t>
      </w:r>
    </w:p>
    <w:p>
      <w:pPr>
        <w:pStyle w:val="ListBullet"/>
      </w:pPr>
      <w:r>
        <w:rPr>
          <w:b w:val="0"/>
          <w:i w:val="0"/>
        </w:rPr>
        <w:t>You will accept these terms in writing, on your company letterhead, signed by an authorized representative, before I make any payment.</w:t>
      </w:r>
    </w:p>
    <w:p>
      <w:r>
        <w:rPr>
          <w:b w:val="0"/>
          <w:i w:val="0"/>
        </w:rPr>
        <w:t xml:space="preserve">Upon receiving your signed acceptance, I will pay by </w:t>
      </w:r>
      <w:r>
        <w:rPr>
          <w:b w:val="0"/>
          <w:i w:val="0"/>
          <w:highlight w:val="yellow"/>
        </w:rPr>
        <w:t>[CASHIER’S CHECK / MONEY ORDER]</w:t>
      </w:r>
      <w:r>
        <w:rPr>
          <w:b w:val="0"/>
          <w:i w:val="0"/>
        </w:rPr>
        <w:t xml:space="preserve"> within </w:t>
      </w:r>
      <w:r>
        <w:rPr>
          <w:b w:val="0"/>
          <w:i w:val="0"/>
          <w:highlight w:val="yellow"/>
        </w:rPr>
        <w:t>[10]</w:t>
      </w:r>
      <w:r>
        <w:rPr>
          <w:b w:val="0"/>
          <w:i w:val="0"/>
        </w:rPr>
        <w:t xml:space="preserve"> business days. This offer expires 30 days from the date of this letter. Please send your written response to the address above.</w:t>
      </w:r>
    </w:p>
    <w:p>
      <w:r>
        <w:rPr>
          <w:b w:val="0"/>
          <w:i w:val="0"/>
        </w:rPr>
        <w:t>Sincerely,</w:t>
      </w:r>
    </w:p>
    <w:p>
      <w:r>
        <w:rPr>
          <w:b w:val="0"/>
          <w:i w:val="0"/>
          <w:highlight w:val="yellow"/>
        </w:rPr>
        <w:t>[YOUR FULL NAME]</w:t>
      </w:r>
    </w:p>
    <w:p>
      <w:r>
        <w:rPr>
          <w:b/>
        </w:rPr>
        <w:t xml:space="preserve">Enclosures: </w:t>
      </w:r>
      <w:r>
        <w:rPr>
          <w:b w:val="0"/>
          <w:i w:val="0"/>
        </w:rPr>
        <w:t>None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