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1A33"/>
          <w:sz w:val="44"/>
        </w:rPr>
        <w:t>The AI Stock Research Prompt Pack</w:t>
      </w:r>
    </w:p>
    <w:p>
      <w:r>
        <w:rPr>
          <w:color w:val="5B6577"/>
          <w:sz w:val="19"/>
        </w:rPr>
        <w:t>Ogbo Awoke Ogbo · Copy-paste prompts for any stock exchange. Replace the [brackets] with your details.</w:t>
      </w:r>
    </w:p>
    <w:p>
      <w:r>
        <w:rPr>
          <w:b/>
          <w:color w:val="D7261E"/>
          <w:sz w:val="24"/>
        </w:rPr>
        <w:t>The golden rule: Use AI to understand. Never use it to predict.</w:t>
      </w:r>
    </w:p>
    <w:p>
      <w:r>
        <w:rPr>
          <w:b/>
          <w:color w:val="0E1A33"/>
          <w:sz w:val="24"/>
        </w:rPr>
        <w:t>Never ask AI:</w:t>
      </w:r>
    </w:p>
    <w:p>
      <w:pPr>
        <w:pStyle w:val="ListBullet"/>
      </w:pPr>
      <w:r>
        <w:t>“What will this stock’s price do tomorrow / next week?”</w:t>
      </w:r>
    </w:p>
    <w:p>
      <w:pPr>
        <w:pStyle w:val="ListBullet"/>
      </w:pPr>
      <w:r>
        <w:t>“Which stock should I buy?”</w:t>
      </w:r>
    </w:p>
    <w:p>
      <w:pPr>
        <w:pStyle w:val="ListBullet"/>
      </w:pPr>
      <w:r>
        <w:t>“Is this a guaranteed winner?”</w:t>
      </w:r>
    </w:p>
    <w:p>
      <w:r>
        <w:rPr>
          <w:color w:val="5B6577"/>
          <w:sz w:val="19"/>
        </w:rPr>
        <w:t>Any free AI works: ChatGPT · Google Gemini · Microsoft Copilot · Claude. The questions matter more than the tool.</w:t>
      </w:r>
    </w:p>
    <w:p>
      <w:r>
        <w:rPr>
          <w:b/>
          <w:color w:val="0E1A33"/>
          <w:sz w:val="26"/>
        </w:rPr>
        <w:t>Step 1: Start with your own list, not a tip</w:t>
      </w:r>
    </w:p>
    <w:p>
      <w:r>
        <w:rPr>
          <w:color w:val="5B6577"/>
          <w:sz w:val="19"/>
        </w:rPr>
        <w:t>AI researches companies YOU chose. Start with companies you use and pay every month: your bank, phone network, supermarket.</w:t>
      </w:r>
    </w:p>
    <w:p>
      <w:pPr>
        <w:ind w:left="340"/>
      </w:pPr>
      <w:r>
        <w:rPr>
          <w:rFonts w:ascii="Courier New" w:hAnsi="Courier New"/>
          <w:sz w:val="20"/>
        </w:rPr>
        <w:t>I'm building a watchlist of listed companies I already use as a customer in [country]. Here are the ones I use: [list]. For each, tell me which stock exchange it is listed on and its ticker. Don't recommend which to buy.</w:t>
      </w:r>
    </w:p>
    <w:p>
      <w:r>
        <w:rPr>
          <w:b/>
          <w:color w:val="0E1A33"/>
          <w:sz w:val="26"/>
        </w:rPr>
        <w:t>Step 2: Understand the business</w:t>
      </w:r>
    </w:p>
    <w:p>
      <w:r>
        <w:rPr>
          <w:color w:val="5B6577"/>
          <w:sz w:val="19"/>
        </w:rPr>
        <w:t>If you still can't explain the business after this step, stop. (“Never invest in any idea you can't illustrate with a crayon”, Peter Lynch.)</w:t>
      </w:r>
    </w:p>
    <w:p>
      <w:pPr>
        <w:ind w:left="340"/>
      </w:pPr>
      <w:r>
        <w:rPr>
          <w:rFonts w:ascii="Courier New" w:hAnsi="Courier New"/>
          <w:sz w:val="20"/>
        </w:rPr>
        <w:t>Explain what [company] does, how it makes money, who its main competitors are, and the 3 biggest risks to the business. Explain it like I'm a smart 12-year-old. Tell me which year your information is from.</w:t>
      </w:r>
    </w:p>
    <w:p>
      <w:r>
        <w:rPr>
          <w:b/>
          <w:color w:val="0E1A33"/>
          <w:sz w:val="26"/>
        </w:rPr>
        <w:t>Step 3: Check the financial health</w:t>
      </w:r>
    </w:p>
    <w:p>
      <w:r>
        <w:rPr>
          <w:color w:val="5B6577"/>
          <w:sz w:val="19"/>
        </w:rPr>
        <w:t>Download the latest annual report from the exchange or company website and upload it. Look for: growing profit, falling (or zero) debt, real cash coming in.</w:t>
      </w:r>
    </w:p>
    <w:p>
      <w:pPr>
        <w:ind w:left="340"/>
      </w:pPr>
      <w:r>
        <w:rPr>
          <w:rFonts w:ascii="Courier New" w:hAnsi="Courier New"/>
          <w:sz w:val="20"/>
        </w:rPr>
        <w:t>From this annual report, summarise revenue, profit, debt and cash flow for the last 5 years. Show the numbers in a table. Flag anything that is getting worse. Quote the page number for every figure.</w:t>
      </w:r>
    </w:p>
    <w:p>
      <w:r>
        <w:rPr>
          <w:b/>
          <w:color w:val="0E1A33"/>
          <w:sz w:val="26"/>
        </w:rPr>
        <w:t>Step 4: Is it cheap or expensive?</w:t>
      </w:r>
    </w:p>
    <w:p>
      <w:r>
        <w:rPr>
          <w:color w:val="5B6577"/>
          <w:sz w:val="19"/>
        </w:rPr>
        <w:t>Get a fair-value estimate from a free tool (e.g. Simply Wall St, Investing.com, your exchange's website). Ask AI to EXPLAIN the valuation, not to decide.</w:t>
      </w:r>
    </w:p>
    <w:p>
      <w:pPr>
        <w:ind w:left="340"/>
      </w:pPr>
      <w:r>
        <w:rPr>
          <w:rFonts w:ascii="Courier New" w:hAnsi="Courier New"/>
          <w:sz w:val="20"/>
        </w:rPr>
        <w:t>[Company] trades at a P/E of [x] and a dividend yield of [y]%. Compare that with its 5-year average and its 3 closest competitors. In plain English, does it look cheap or expensive, and why might that be?</w:t>
      </w:r>
    </w:p>
    <w:p>
      <w:r>
        <w:rPr>
          <w:b/>
          <w:color w:val="0E1A33"/>
          <w:sz w:val="26"/>
        </w:rPr>
        <w:t>Step 5: Who is running it?</w:t>
      </w:r>
    </w:p>
    <w:p>
      <w:r>
        <w:rPr>
          <w:color w:val="5B6577"/>
          <w:sz w:val="19"/>
        </w:rPr>
        <w:t>The step almost everybody skips. You're trusting these people with your money.</w:t>
      </w:r>
    </w:p>
    <w:p>
      <w:pPr>
        <w:ind w:left="340"/>
      </w:pPr>
      <w:r>
        <w:rPr>
          <w:rFonts w:ascii="Courier New" w:hAnsi="Courier New"/>
          <w:sz w:val="20"/>
        </w:rPr>
        <w:t>Who are the directors and senior managers of [company]? Have any of them been involved in regulatory sanctions, lawsuits or failed companies? List your sources with dates.</w:t>
      </w:r>
    </w:p>
    <w:p>
      <w:r>
        <w:rPr>
          <w:b/>
          <w:color w:val="0E1A33"/>
          <w:sz w:val="26"/>
        </w:rPr>
        <w:t>Step 6: Read the chart: for timing, not the decision</w:t>
      </w:r>
    </w:p>
    <w:p>
      <w:r>
        <w:rPr>
          <w:color w:val="5B6577"/>
          <w:sz w:val="19"/>
        </w:rPr>
        <w:t>Screenshot the candlestick chart WITH the volume bars and upload it. Use the answer to place a limit order near support, never to decide whether to buy.</w:t>
      </w:r>
    </w:p>
    <w:p>
      <w:pPr>
        <w:ind w:left="340"/>
      </w:pPr>
      <w:r>
        <w:rPr>
          <w:rFonts w:ascii="Courier New" w:hAnsi="Courier New"/>
          <w:sz w:val="20"/>
        </w:rPr>
        <w:t>Describe the trend on this chart, the main support and resistance levels, and what the volume suggests about buyers and sellers. Do not predict a future price.</w:t>
      </w:r>
    </w:p>
    <w:p>
      <w:r>
        <w:rPr>
          <w:b/>
          <w:color w:val="0E1A33"/>
          <w:sz w:val="26"/>
        </w:rPr>
        <w:t>Bonus prompts</w:t>
      </w:r>
    </w:p>
    <w:p>
      <w:r>
        <w:rPr>
          <w:b/>
          <w:color w:val="D7261E"/>
          <w:sz w:val="22"/>
        </w:rPr>
        <w:t>Red-flag scan</w:t>
      </w:r>
    </w:p>
    <w:p>
      <w:pPr>
        <w:ind w:left="340"/>
      </w:pPr>
      <w:r>
        <w:rPr>
          <w:rFonts w:ascii="Courier New" w:hAnsi="Courier New"/>
          <w:sz w:val="20"/>
        </w:rPr>
        <w:t>Search for recent news about [company] from the last 6 months: profit warnings, regulatory issues, management changes, or delayed results. List each with its date and source.</w:t>
      </w:r>
    </w:p>
    <w:p>
      <w:r>
        <w:rPr>
          <w:b/>
          <w:color w:val="D7261E"/>
          <w:sz w:val="22"/>
        </w:rPr>
        <w:t>Devil's advocate</w:t>
      </w:r>
    </w:p>
    <w:p>
      <w:pPr>
        <w:ind w:left="340"/>
      </w:pPr>
      <w:r>
        <w:rPr>
          <w:rFonts w:ascii="Courier New" w:hAnsi="Courier New"/>
          <w:sz w:val="20"/>
        </w:rPr>
        <w:t>Give me the strongest case AGAINST investing in [company] right now. Be specific and cite sources.</w:t>
      </w:r>
    </w:p>
    <w:p>
      <w:r>
        <w:rPr>
          <w:b/>
          <w:color w:val="D7261E"/>
          <w:sz w:val="22"/>
        </w:rPr>
        <w:t>Double-check</w:t>
      </w:r>
    </w:p>
    <w:p>
      <w:pPr>
        <w:ind w:left="340"/>
      </w:pPr>
      <w:r>
        <w:rPr>
          <w:rFonts w:ascii="Courier New" w:hAnsi="Courier New"/>
          <w:sz w:val="20"/>
        </w:rPr>
        <w:t>Re-check the figures you gave me for revenue, profit and debt against the annual report I uploaded. List any number you are not sure about.</w:t>
      </w:r>
    </w:p>
    <w:p>
      <w:r>
        <w:rPr>
          <w:b/>
          <w:color w:val="0E1A33"/>
          <w:sz w:val="26"/>
        </w:rPr>
        <w:t>4 guardrails</w:t>
      </w:r>
    </w:p>
    <w:p>
      <w:pPr>
        <w:pStyle w:val="ListNumber"/>
      </w:pPr>
      <w:r>
        <w:rPr>
          <w:b/>
        </w:rPr>
        <w:t xml:space="preserve">AI can be confidently wrong. </w:t>
      </w:r>
      <w:r>
        <w:t>Always ask for the source and the date. Check the key numbers yourself.</w:t>
      </w:r>
    </w:p>
    <w:p>
      <w:pPr>
        <w:pStyle w:val="ListNumber"/>
      </w:pPr>
      <w:r>
        <w:rPr>
          <w:b/>
        </w:rPr>
        <w:t xml:space="preserve">AI may not know today's news. </w:t>
      </w:r>
      <w:r>
        <w:t>A profit warning from yesterday won't be in its answer unless you check.</w:t>
      </w:r>
    </w:p>
    <w:p>
      <w:pPr>
        <w:pStyle w:val="ListNumber"/>
      </w:pPr>
      <w:r>
        <w:rPr>
          <w:b/>
        </w:rPr>
        <w:t xml:space="preserve">Ask twice. </w:t>
      </w:r>
      <w:r>
        <w:t>Ask the same question in a fresh chat. Two different answers means: dig deeper.</w:t>
      </w:r>
    </w:p>
    <w:p>
      <w:pPr>
        <w:pStyle w:val="ListNumber"/>
      </w:pPr>
      <w:r>
        <w:rPr>
          <w:b/>
        </w:rPr>
        <w:t xml:space="preserve">Never share personal details. </w:t>
      </w:r>
      <w:r>
        <w:t>No account numbers, passwords, BVN/SSN/NI or ID numbers in any AI. Research, yes. Personal information, never.</w:t>
      </w:r>
    </w:p>
    <w:p>
      <w:r>
        <w:rPr>
          <w:b/>
          <w:color w:val="0E1A33"/>
          <w:sz w:val="26"/>
        </w:rPr>
        <w:t>Next step</w:t>
      </w:r>
    </w:p>
    <w:p>
      <w:r>
        <w:t>No written investment rules yet? Get the free Investment Philosophy Builder: secondfinanciallife.com/philosophy</w:t>
      </w:r>
    </w:p>
    <w:p>
      <w:r>
        <w:t>Rather not do this alone? Join 550+ members building wealth together: https://www.secondfinanciallife.com/challenge</w:t>
      </w:r>
    </w:p>
    <w:p>
      <w:r>
        <w:rPr>
          <w:color w:val="5B6577"/>
          <w:sz w:val="19"/>
        </w:rPr>
        <w:t>Educational tool only, not personal financial advice. AI can be wrong, out of date or make things up: always check figures against official sources. Investing involves risk; consider a licensed adviser in your country.</w:t>
      </w:r>
    </w:p>
    <w:p>
      <w:r>
        <w:rPr>
          <w:color w:val="5B6577"/>
          <w:sz w:val="19"/>
        </w:rPr>
        <w:t>© 2026 Ogbo Awoke Ogbo. All rights reserved. For personal use only. Do not resell or redistribute.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