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9EB1" w14:textId="77777777" w:rsidR="00D11752" w:rsidRPr="00644FFE" w:rsidRDefault="00000000">
      <w:pPr>
        <w:spacing w:after="80"/>
        <w:jc w:val="center"/>
        <w:rPr>
          <w:lang w:val="fr-FR"/>
        </w:rPr>
      </w:pPr>
      <w:r w:rsidRPr="00644FFE">
        <w:rPr>
          <w:rFonts w:ascii="Times New Roman" w:hAnsi="Times New Roman"/>
          <w:b/>
          <w:color w:val="0F5239"/>
          <w:sz w:val="32"/>
          <w:lang w:val="fr-FR"/>
        </w:rPr>
        <w:t>Questionnaire de démarrage — Coaching Nutrition</w:t>
      </w:r>
    </w:p>
    <w:p w14:paraId="34399104" w14:textId="77777777" w:rsidR="00D11752" w:rsidRPr="00644FFE" w:rsidRDefault="00000000">
      <w:pPr>
        <w:spacing w:after="280"/>
        <w:jc w:val="center"/>
        <w:rPr>
          <w:lang w:val="fr-FR"/>
        </w:rPr>
      </w:pPr>
      <w:r w:rsidRPr="00644FFE">
        <w:rPr>
          <w:rFonts w:ascii="Times New Roman" w:hAnsi="Times New Roman"/>
          <w:i/>
          <w:color w:val="D4AF37"/>
          <w:lang w:val="fr-FR"/>
        </w:rPr>
        <w:t>À compléter avant notre premier rendez-vous · Confidentiel</w:t>
      </w:r>
    </w:p>
    <w:p w14:paraId="1F7D2072" w14:textId="77777777" w:rsidR="00D11752" w:rsidRPr="00644FFE" w:rsidRDefault="00000000">
      <w:pPr>
        <w:pBdr>
          <w:bottom w:val="single" w:sz="6" w:space="4" w:color="0F5239"/>
        </w:pBdr>
        <w:spacing w:before="280" w:after="120"/>
        <w:rPr>
          <w:lang w:val="fr-FR"/>
        </w:rPr>
      </w:pPr>
      <w:r w:rsidRPr="00644FFE">
        <w:rPr>
          <w:rFonts w:ascii="Times New Roman" w:hAnsi="Times New Roman"/>
          <w:b/>
          <w:color w:val="0F5239"/>
          <w:sz w:val="24"/>
          <w:lang w:val="fr-FR"/>
        </w:rPr>
        <w:t>1 · Vos coordonnées</w:t>
      </w:r>
    </w:p>
    <w:p w14:paraId="1E526EA9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Prénom :  </w:t>
      </w: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5B6C1A8A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Nom :  </w:t>
      </w: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5D431578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Date de naissance :  </w:t>
      </w: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719B87AA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Email :  </w:t>
      </w: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76B07440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Téléphone :  </w:t>
      </w: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6A689FE0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Moyen de contact privilégié :</w:t>
      </w:r>
    </w:p>
    <w:p w14:paraId="4ACA527B" w14:textId="32E7F5DD" w:rsidR="00D11752" w:rsidRPr="00644FFE" w:rsidRDefault="00000000">
      <w:pPr>
        <w:spacing w:after="12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  ☐  Email     ☐  SMS     ☐  WhatsApp     </w:t>
      </w:r>
    </w:p>
    <w:p w14:paraId="4ECB070F" w14:textId="77777777" w:rsidR="00D11752" w:rsidRPr="00644FFE" w:rsidRDefault="00000000">
      <w:pPr>
        <w:pBdr>
          <w:bottom w:val="single" w:sz="6" w:space="4" w:color="0F5239"/>
        </w:pBdr>
        <w:spacing w:before="280" w:after="120"/>
        <w:rPr>
          <w:lang w:val="fr-FR"/>
        </w:rPr>
      </w:pPr>
      <w:r w:rsidRPr="00644FFE">
        <w:rPr>
          <w:rFonts w:ascii="Times New Roman" w:hAnsi="Times New Roman"/>
          <w:b/>
          <w:color w:val="0F5239"/>
          <w:sz w:val="24"/>
          <w:lang w:val="fr-FR"/>
        </w:rPr>
        <w:t>2 · Votre objectif</w:t>
      </w:r>
    </w:p>
    <w:p w14:paraId="5DDAA423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En une ou deux phrases : qu'est-ce qui vous a décidé(e) à démarrer cet accompagnement aujourd'hui ?</w:t>
      </w:r>
    </w:p>
    <w:p w14:paraId="27D7BCD1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1A735932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5631A0A4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Quel est votre objectif prioritaire ?</w:t>
      </w:r>
    </w:p>
    <w:p w14:paraId="48EC8660" w14:textId="77777777" w:rsidR="00D11752" w:rsidRPr="00644FFE" w:rsidRDefault="00000000">
      <w:pPr>
        <w:spacing w:after="12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  ☐  Perte de poids     ☐  Rééquilibrage alimentaire     ☐  Performance sportive     ☐  Troubles digestifs     ☐  Ménopause / hormones   </w:t>
      </w:r>
    </w:p>
    <w:p w14:paraId="34EBDFB3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Autre objectif :</w:t>
      </w:r>
    </w:p>
    <w:p w14:paraId="57F1B329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6E7323A1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Dans 3 mois, à quoi ressemblerait une "vraie réussite" pour vous ?</w:t>
      </w:r>
    </w:p>
    <w:p w14:paraId="522ABB5E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4C62E3EF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08CF190D" w14:textId="77777777" w:rsidR="00D11752" w:rsidRPr="00644FFE" w:rsidRDefault="00000000">
      <w:pPr>
        <w:pBdr>
          <w:bottom w:val="single" w:sz="6" w:space="4" w:color="0F5239"/>
        </w:pBdr>
        <w:spacing w:before="280" w:after="120"/>
        <w:rPr>
          <w:lang w:val="fr-FR"/>
        </w:rPr>
      </w:pPr>
      <w:r w:rsidRPr="00644FFE">
        <w:rPr>
          <w:rFonts w:ascii="Times New Roman" w:hAnsi="Times New Roman"/>
          <w:b/>
          <w:color w:val="0F5239"/>
          <w:sz w:val="24"/>
          <w:lang w:val="fr-FR"/>
        </w:rPr>
        <w:t>3 · Votre santé</w:t>
      </w:r>
    </w:p>
    <w:p w14:paraId="0C00B74E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Avez-vous des pathologies diagnostiquées ?</w:t>
      </w:r>
      <w:r w:rsidRPr="00644FFE">
        <w:rPr>
          <w:rFonts w:ascii="Times New Roman" w:hAnsi="Times New Roman"/>
          <w:color w:val="1A1A1A"/>
          <w:sz w:val="24"/>
          <w:lang w:val="fr-FR"/>
        </w:rPr>
        <w:br/>
        <w:t>(diabète, hypertension, cholestérol, thyroïde, SOPK, troubles digestifs…)</w:t>
      </w:r>
    </w:p>
    <w:p w14:paraId="1284EBED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105BAC9B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27F9710E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Prenez-vous des médicaments ou des compléments alimentaires régulièrement ?</w:t>
      </w:r>
    </w:p>
    <w:p w14:paraId="2772E926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lastRenderedPageBreak/>
        <w:t>______________________________________________________________________</w:t>
      </w:r>
    </w:p>
    <w:p w14:paraId="7E672015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5546B831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Avez-vous un bilan sanguin récent (moins de 12 mois) ?</w:t>
      </w:r>
    </w:p>
    <w:p w14:paraId="151525AA" w14:textId="77777777" w:rsidR="00D11752" w:rsidRPr="00644FFE" w:rsidRDefault="00000000">
      <w:pPr>
        <w:spacing w:after="12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  ☐  Oui → je l'envoie en pièce jointe     ☐  Non   </w:t>
      </w:r>
    </w:p>
    <w:p w14:paraId="6752B9E1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Avez-vous des allergies ou intolérances alimentaires connues ?</w:t>
      </w:r>
    </w:p>
    <w:p w14:paraId="6BB1E5BF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22C7B7A4" w14:textId="77777777" w:rsidR="00D11752" w:rsidRPr="00644FFE" w:rsidRDefault="00000000">
      <w:pPr>
        <w:pBdr>
          <w:bottom w:val="single" w:sz="6" w:space="4" w:color="0F5239"/>
        </w:pBdr>
        <w:spacing w:before="280" w:after="120"/>
        <w:rPr>
          <w:lang w:val="fr-FR"/>
        </w:rPr>
      </w:pPr>
      <w:r w:rsidRPr="00644FFE">
        <w:rPr>
          <w:rFonts w:ascii="Times New Roman" w:hAnsi="Times New Roman"/>
          <w:b/>
          <w:color w:val="0F5239"/>
          <w:sz w:val="24"/>
          <w:lang w:val="fr-FR"/>
        </w:rPr>
        <w:t>4 · Votre quotidien alimentaire</w:t>
      </w:r>
    </w:p>
    <w:p w14:paraId="62DCCD97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Comment décririez-vous votre alimentation actuelle en quelques mots ?</w:t>
      </w:r>
    </w:p>
    <w:p w14:paraId="4BC810D7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553AF307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518A3519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Y a-t-il des aliments que vous ne mangez pas (hors allergie) ?</w:t>
      </w:r>
    </w:p>
    <w:p w14:paraId="3E23ECF4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03462390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Comment gérez-vous vos repas au quotidien ?</w:t>
      </w:r>
    </w:p>
    <w:p w14:paraId="34CEF366" w14:textId="77777777" w:rsidR="00D11752" w:rsidRPr="00644FFE" w:rsidRDefault="00000000">
      <w:pPr>
        <w:spacing w:after="12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  ☐  Je cuisine     ☐  Restauration / cantine     ☐  Mixte   </w:t>
      </w:r>
    </w:p>
    <w:p w14:paraId="025C70B8" w14:textId="77777777" w:rsidR="00D11752" w:rsidRPr="00644FFE" w:rsidRDefault="00000000">
      <w:pPr>
        <w:pBdr>
          <w:bottom w:val="single" w:sz="6" w:space="4" w:color="0F5239"/>
        </w:pBdr>
        <w:spacing w:before="280" w:after="120"/>
        <w:rPr>
          <w:lang w:val="fr-FR"/>
        </w:rPr>
      </w:pPr>
      <w:r w:rsidRPr="00644FFE">
        <w:rPr>
          <w:rFonts w:ascii="Times New Roman" w:hAnsi="Times New Roman"/>
          <w:b/>
          <w:color w:val="0F5239"/>
          <w:sz w:val="24"/>
          <w:lang w:val="fr-FR"/>
        </w:rPr>
        <w:t>5 · Activité physique</w:t>
      </w:r>
    </w:p>
    <w:p w14:paraId="2F5CF319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Pratiquez-vous un sport ?</w:t>
      </w:r>
    </w:p>
    <w:p w14:paraId="1BE6DF07" w14:textId="77777777" w:rsidR="00D11752" w:rsidRPr="00644FFE" w:rsidRDefault="00000000">
      <w:pPr>
        <w:spacing w:after="12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  ☐  Non     ☐  Oui → lequel ?   </w:t>
      </w:r>
    </w:p>
    <w:p w14:paraId="0306CAF7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Fréquence (fois/semaine) :  </w:t>
      </w: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36A51AC8" w14:textId="77777777" w:rsidR="00D11752" w:rsidRPr="00644FFE" w:rsidRDefault="00000000">
      <w:pPr>
        <w:pBdr>
          <w:bottom w:val="single" w:sz="6" w:space="4" w:color="0F5239"/>
        </w:pBdr>
        <w:spacing w:before="280" w:after="120"/>
        <w:rPr>
          <w:lang w:val="fr-FR"/>
        </w:rPr>
      </w:pPr>
      <w:r w:rsidRPr="00644FFE">
        <w:rPr>
          <w:rFonts w:ascii="Times New Roman" w:hAnsi="Times New Roman"/>
          <w:b/>
          <w:color w:val="0F5239"/>
          <w:sz w:val="24"/>
          <w:lang w:val="fr-FR"/>
        </w:rPr>
        <w:t>6 · Organisation</w:t>
      </w:r>
    </w:p>
    <w:p w14:paraId="77013536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Vous êtes disponible pour les séances plutôt :</w:t>
      </w:r>
    </w:p>
    <w:p w14:paraId="04633F33" w14:textId="77777777" w:rsidR="00D11752" w:rsidRPr="00644FFE" w:rsidRDefault="00000000">
      <w:pPr>
        <w:spacing w:after="120"/>
        <w:ind w:left="283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 xml:space="preserve">  ☐  Matin     ☐  Midi     ☐  Après-midi     ☐  Soir   </w:t>
      </w:r>
    </w:p>
    <w:p w14:paraId="6E7C2E43" w14:textId="77777777" w:rsidR="00D11752" w:rsidRPr="00644FFE" w:rsidRDefault="00000000">
      <w:pPr>
        <w:spacing w:after="60"/>
        <w:rPr>
          <w:lang w:val="fr-FR"/>
        </w:rPr>
      </w:pPr>
      <w:r w:rsidRPr="00644FFE">
        <w:rPr>
          <w:rFonts w:ascii="Times New Roman" w:hAnsi="Times New Roman"/>
          <w:color w:val="1A1A1A"/>
          <w:sz w:val="24"/>
          <w:lang w:val="fr-FR"/>
        </w:rPr>
        <w:t>Y a-t-il quelque chose d'important que je devrais savoir avant notre première séance ?</w:t>
      </w:r>
    </w:p>
    <w:p w14:paraId="2D07BD06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1CEB4C40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09D8E827" w14:textId="77777777" w:rsidR="00D11752" w:rsidRPr="00644FFE" w:rsidRDefault="00000000">
      <w:pPr>
        <w:spacing w:after="40"/>
        <w:ind w:left="283"/>
        <w:rPr>
          <w:lang w:val="fr-FR"/>
        </w:rPr>
      </w:pPr>
      <w:r w:rsidRPr="00644FFE">
        <w:rPr>
          <w:rFonts w:ascii="Times New Roman" w:hAnsi="Times New Roman"/>
          <w:color w:val="AAAAAA"/>
          <w:sz w:val="24"/>
          <w:lang w:val="fr-FR"/>
        </w:rPr>
        <w:t>______________________________________________________________________</w:t>
      </w:r>
    </w:p>
    <w:p w14:paraId="614EDCC9" w14:textId="77777777" w:rsidR="00D11752" w:rsidRPr="00644FFE" w:rsidRDefault="00D11752">
      <w:pPr>
        <w:spacing w:after="80"/>
        <w:rPr>
          <w:lang w:val="fr-FR"/>
        </w:rPr>
      </w:pPr>
    </w:p>
    <w:p w14:paraId="2978E2D6" w14:textId="77777777" w:rsidR="00D11752" w:rsidRPr="00644FFE" w:rsidRDefault="00000000">
      <w:pPr>
        <w:jc w:val="center"/>
        <w:rPr>
          <w:lang w:val="fr-FR"/>
        </w:rPr>
      </w:pPr>
      <w:r w:rsidRPr="00644FFE">
        <w:rPr>
          <w:rFonts w:ascii="Times New Roman" w:hAnsi="Times New Roman"/>
          <w:color w:val="D4AF37"/>
          <w:sz w:val="20"/>
          <w:lang w:val="fr-FR"/>
        </w:rPr>
        <w:t>──────────────────────────────────────────────────</w:t>
      </w:r>
    </w:p>
    <w:p w14:paraId="1DA30117" w14:textId="77777777" w:rsidR="00D11752" w:rsidRPr="00644FFE" w:rsidRDefault="00000000">
      <w:pPr>
        <w:jc w:val="center"/>
        <w:rPr>
          <w:lang w:val="fr-FR"/>
        </w:rPr>
      </w:pPr>
      <w:r w:rsidRPr="00644FFE">
        <w:rPr>
          <w:rFonts w:ascii="Times New Roman" w:hAnsi="Times New Roman"/>
          <w:color w:val="1A1A1A"/>
          <w:lang w:val="fr-FR"/>
        </w:rPr>
        <w:t xml:space="preserve">Merci de compléter ce questionnaire et de me le renvoyer par email à : </w:t>
      </w:r>
      <w:r w:rsidRPr="00644FFE">
        <w:rPr>
          <w:rFonts w:ascii="Times New Roman" w:hAnsi="Times New Roman"/>
          <w:b/>
          <w:color w:val="0F5239"/>
          <w:lang w:val="fr-FR"/>
        </w:rPr>
        <w:t>toyoukenutrition@gmail.com</w:t>
      </w:r>
    </w:p>
    <w:p w14:paraId="116D7E90" w14:textId="07CFF4A2" w:rsidR="00D11752" w:rsidRPr="00644FFE" w:rsidRDefault="00D11752">
      <w:pPr>
        <w:jc w:val="center"/>
        <w:rPr>
          <w:lang w:val="fr-FR"/>
        </w:rPr>
      </w:pPr>
    </w:p>
    <w:sectPr w:rsidR="00D11752" w:rsidRPr="00644FFE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0885014">
    <w:abstractNumId w:val="8"/>
  </w:num>
  <w:num w:numId="2" w16cid:durableId="608436678">
    <w:abstractNumId w:val="6"/>
  </w:num>
  <w:num w:numId="3" w16cid:durableId="1009602298">
    <w:abstractNumId w:val="5"/>
  </w:num>
  <w:num w:numId="4" w16cid:durableId="2029597550">
    <w:abstractNumId w:val="4"/>
  </w:num>
  <w:num w:numId="5" w16cid:durableId="1001659411">
    <w:abstractNumId w:val="7"/>
  </w:num>
  <w:num w:numId="6" w16cid:durableId="386730569">
    <w:abstractNumId w:val="3"/>
  </w:num>
  <w:num w:numId="7" w16cid:durableId="2033264317">
    <w:abstractNumId w:val="2"/>
  </w:num>
  <w:num w:numId="8" w16cid:durableId="1868593232">
    <w:abstractNumId w:val="1"/>
  </w:num>
  <w:num w:numId="9" w16cid:durableId="747262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4FFE"/>
    <w:rsid w:val="00AA1D8D"/>
    <w:rsid w:val="00B47730"/>
    <w:rsid w:val="00CB0664"/>
    <w:rsid w:val="00D06FB0"/>
    <w:rsid w:val="00D117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FDD90"/>
  <w14:defaultImageDpi w14:val="300"/>
  <w15:docId w15:val="{9059041C-E129-9D4A-95EC-C69A7E55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Carole Coudie</cp:lastModifiedBy>
  <cp:revision>2</cp:revision>
  <dcterms:created xsi:type="dcterms:W3CDTF">2013-12-23T23:15:00Z</dcterms:created>
  <dcterms:modified xsi:type="dcterms:W3CDTF">2026-05-23T13:13:00Z</dcterms:modified>
  <cp:category/>
</cp:coreProperties>
</file>