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Politique de confidentialité</w:t>
      </w:r>
    </w:p>
    <w:p>
      <w:r>
        <w:rPr>
          <w:i/>
        </w:rPr>
        <w:t>Dernière mise à jour : juillet 2026</w:t>
        <w:br/>
        <w:br/>
      </w:r>
    </w:p>
    <w:p>
      <w:pPr>
        <w:pStyle w:val="Heading2"/>
      </w:pPr>
      <w:r>
        <w:t>1. Responsable du traitement</w:t>
      </w:r>
    </w:p>
    <w:p>
      <w:r>
        <w:t>Les données personnelles collectées sur ce site sont traitées par :</w:t>
        <w:br/>
        <w:br/>
        <w:t>Emmanuelle GRAILLE</w:t>
        <w:br/>
        <w:t>27 avenue de Verdun</w:t>
        <w:br/>
        <w:t>Résidence Les Charrons – Villa 6</w:t>
        <w:br/>
        <w:t>13420 Gémenos</w:t>
        <w:br/>
        <w:br/>
        <w:t>SIRET : 511 437 501 00030</w:t>
        <w:br/>
        <w:t>E-mail : orekakinesiologie@gmail.com</w:t>
        <w:br/>
        <w:t>Site internet : https://www.lessolutionsenvous.com</w:t>
      </w:r>
    </w:p>
    <w:p>
      <w:pPr>
        <w:pStyle w:val="Heading2"/>
      </w:pPr>
      <w:r>
        <w:t>2. Données collectées</w:t>
      </w:r>
    </w:p>
    <w:p>
      <w:r>
        <w:t>Dans le cadre du formulaire d'inscription au bêta-test de l'application CARLA ou des formulaires de contact, les données suivantes peuvent être collectées :</w:t>
        <w:br/>
        <w:br/>
        <w:t>• Nom et prénom</w:t>
        <w:br/>
        <w:t>• Adresse e-mail</w:t>
        <w:br/>
        <w:t>• Numéro de téléphone (si communiqué, notamment pour WhatsApp)</w:t>
        <w:br/>
        <w:t>• Toute information transmise volontairement dans un formulaire ou un message.</w:t>
      </w:r>
    </w:p>
    <w:p>
      <w:pPr>
        <w:pStyle w:val="Heading2"/>
      </w:pPr>
      <w:r>
        <w:t>3. Finalités du traitement</w:t>
      </w:r>
    </w:p>
    <w:p>
      <w:r>
        <w:t>Les données sont utilisées uniquement pour :</w:t>
        <w:br/>
        <w:br/>
        <w:t>• répondre à vos demandes ;</w:t>
        <w:br/>
        <w:t>• gérer votre inscription au bêta-test de CARLA ;</w:t>
        <w:br/>
        <w:t>• communiquer les informations relatives au bêta-test ;</w:t>
        <w:br/>
        <w:t>• envoyer des informations concernant les activités d'Emmanuelle GRAILLE lorsque vous y avez consenti ;</w:t>
        <w:br/>
        <w:t>• améliorer l'application grâce aux retours des participantes ;</w:t>
        <w:br/>
        <w:t>• respecter les obligations légales.</w:t>
      </w:r>
    </w:p>
    <w:p>
      <w:pPr>
        <w:pStyle w:val="Heading2"/>
      </w:pPr>
      <w:r>
        <w:t>4. Base juridique</w:t>
      </w:r>
    </w:p>
    <w:p>
      <w:r>
        <w:t>Les traitements reposent sur votre consentement, l'exécution de mesures précontractuelles lorsque vous sollicitez un service, ainsi que sur les intérêts légitimes liés à l'amélioration de l'application CARLA.</w:t>
      </w:r>
    </w:p>
    <w:p>
      <w:pPr>
        <w:pStyle w:val="Heading2"/>
      </w:pPr>
      <w:r>
        <w:t>5. Destinataires des données</w:t>
      </w:r>
    </w:p>
    <w:p>
      <w:r>
        <w:t>Les données sont exclusivement destinées à Emmanuelle GRAILLE ainsi qu'aux prestataires techniques nécessaires au fonctionnement du service (Systeme.io, WhatsApp, hébergement, solutions d'e-mailing ou autres sous-traitants techniques), dans la limite de leurs missions.</w:t>
      </w:r>
    </w:p>
    <w:p>
      <w:pPr>
        <w:pStyle w:val="Heading2"/>
      </w:pPr>
      <w:r>
        <w:t>6. Durée de conservation</w:t>
      </w:r>
    </w:p>
    <w:p>
      <w:r>
        <w:t>Les données sont conservées uniquement pendant la durée nécessaire aux finalités pour lesquelles elles ont été collectées, puis archivées ou supprimées conformément aux obligations légales.</w:t>
      </w:r>
    </w:p>
    <w:p>
      <w:pPr>
        <w:pStyle w:val="Heading2"/>
      </w:pPr>
      <w:r>
        <w:t>7. Vos droits</w:t>
      </w:r>
    </w:p>
    <w:p>
      <w:r>
        <w:t>Conformément au Règlement Général sur la Protection des Données (RGPD), vous disposez des droits suivants :</w:t>
        <w:br/>
        <w:br/>
        <w:t>• droit d'accès ;</w:t>
        <w:br/>
        <w:t>• droit de rectification ;</w:t>
        <w:br/>
        <w:t>• droit d'effacement ;</w:t>
        <w:br/>
        <w:t>• droit d'opposition ;</w:t>
        <w:br/>
        <w:t>• droit à la limitation du traitement ;</w:t>
        <w:br/>
        <w:t>• droit à la portabilité de vos données.</w:t>
        <w:br/>
        <w:br/>
        <w:t>Vous pouvez exercer ces droits à tout moment en écrivant à :</w:t>
        <w:br/>
        <w:t>orekakinesiologie@gmail.com</w:t>
      </w:r>
    </w:p>
    <w:p>
      <w:pPr>
        <w:pStyle w:val="Heading2"/>
      </w:pPr>
      <w:r>
        <w:t>8. Cookies</w:t>
      </w:r>
    </w:p>
    <w:p>
      <w:r>
        <w:t>Le site peut utiliser des cookies nécessaires à son fonctionnement, à la mesure d'audience et à l'amélioration de l'expérience utilisateur. Vous pouvez configurer votre navigateur afin d'accepter ou de refuser tout ou partie des cookies.</w:t>
      </w:r>
    </w:p>
    <w:p>
      <w:pPr>
        <w:pStyle w:val="Heading2"/>
      </w:pPr>
      <w:r>
        <w:t>9. Sécurité</w:t>
      </w:r>
    </w:p>
    <w:p>
      <w:r>
        <w:t>Toutes les mesures raisonnables sont mises en œuvre afin de protéger les données personnelles contre la perte, l'altération, l'accès non autorisé ou toute divulgation illicite.</w:t>
      </w:r>
    </w:p>
    <w:p>
      <w:pPr>
        <w:pStyle w:val="Heading2"/>
      </w:pPr>
      <w:r>
        <w:t>10. Contact</w:t>
      </w:r>
    </w:p>
    <w:p>
      <w:r>
        <w:t>Pour toute question relative à la présente politique de confidentialité ou au traitement de vos données personnelles :</w:t>
        <w:br/>
        <w:br/>
        <w:t>Emmanuelle GRAILLE</w:t>
        <w:br/>
        <w:t>E-mail : orekakinesiologie@gmail.com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