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rPr>
          <w:rFonts w:ascii="Aptos Display" w:hAnsi="Aptos Display"/>
          <w:b/>
          <w:color w:val="18233B"/>
          <w:sz w:val="64"/>
        </w:rPr>
        <w:t>YOUR £10K</w:t>
        <w:br/>
        <w:t>SCALABLE GROUP OFFER</w:t>
      </w:r>
    </w:p>
    <w:p>
      <w:pPr>
        <w:jc w:val="center"/>
      </w:pPr>
      <w:r>
        <w:rPr>
          <w:b/>
          <w:color w:val="D7A84B"/>
          <w:sz w:val="32"/>
        </w:rPr>
        <w:t>5-DAY EVENT WORKBOOK</w:t>
      </w:r>
    </w:p>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ONE WORKBOOK. FIVE DAYS. ONE OFFER.</w:t>
              <w:br/>
            </w:r>
            <w:r>
              <w:rPr>
                <w:color w:val="202020"/>
              </w:rPr>
              <w:t>Use this workbook alongside the five live sessions. Do the work as you go. Keep it simple. Do not wait until everything is perfect.</w:t>
            </w:r>
          </w:p>
        </w:tc>
      </w:tr>
    </w:tbl>
    <w:p/>
    <w:p>
      <w:pPr>
        <w:jc w:val="center"/>
      </w:pPr>
      <w:r>
        <w:rPr>
          <w:b/>
        </w:rPr>
        <w:t>By Andreea Sandu</w:t>
        <w:br/>
      </w:r>
      <w:r>
        <w:t>The Scalable Group Offer Strategist</w:t>
        <w:br/>
        <w:t>Design to Scale Offer Accelerator</w:t>
      </w:r>
    </w:p>
    <w:p/>
    <w:p>
      <w:r>
        <w:rPr>
          <w:b/>
          <w:color w:val="18233B"/>
        </w:rPr>
        <w:t>Name:</w:t>
      </w:r>
    </w:p>
    <w:p>
      <w:pPr>
        <w:spacing w:after="80"/>
      </w:pPr>
      <w:r>
        <w:rPr>
          <w:color w:val="B8BBC3"/>
        </w:rPr>
        <w:t>________________________________________________________________________________</w:t>
      </w:r>
    </w:p>
    <w:p>
      <w:r>
        <w:rPr>
          <w:b/>
          <w:color w:val="18233B"/>
        </w:rPr>
        <w:t>Business:</w:t>
      </w:r>
    </w:p>
    <w:p>
      <w:pPr>
        <w:spacing w:after="80"/>
      </w:pPr>
      <w:r>
        <w:rPr>
          <w:color w:val="B8BBC3"/>
        </w:rPr>
        <w:t>________________________________________________________________________________</w:t>
      </w:r>
    </w:p>
    <w:p>
      <w:r>
        <w:rPr>
          <w:b/>
          <w:color w:val="18233B"/>
        </w:rPr>
        <w:t>My revenue goal for the next 90 days:</w:t>
      </w:r>
    </w:p>
    <w:p>
      <w:pPr>
        <w:spacing w:after="80"/>
      </w:pPr>
      <w:r>
        <w:rPr>
          <w:color w:val="B8BBC3"/>
        </w:rPr>
        <w:t>________________________________________________________________________________</w:t>
      </w:r>
    </w:p>
    <w:p>
      <w:r>
        <w:br w:type="page"/>
      </w:r>
    </w:p>
    <w:p>
      <w:pPr>
        <w:pStyle w:val="Heading1"/>
      </w:pPr>
      <w:r>
        <w:t>How to Use This Workbook</w:t>
      </w:r>
    </w:p>
    <w:p>
      <w:r>
        <w:t>This is not a workbook to read. It is a workbook to complete.</w:t>
      </w:r>
    </w:p>
    <w:p>
      <w:pPr>
        <w:ind w:left="173"/>
      </w:pPr>
      <w:r>
        <w:rPr>
          <w:b/>
        </w:rPr>
        <w:t xml:space="preserve">☐ </w:t>
      </w:r>
      <w:r>
        <w:t>Attend each live training before completing that day's section.</w:t>
      </w:r>
    </w:p>
    <w:p>
      <w:pPr>
        <w:ind w:left="173"/>
      </w:pPr>
      <w:r>
        <w:rPr>
          <w:b/>
        </w:rPr>
        <w:t xml:space="preserve">☐ </w:t>
      </w:r>
      <w:r>
        <w:t>Make decisions instead of trying to make everything perfect.</w:t>
      </w:r>
    </w:p>
    <w:p>
      <w:pPr>
        <w:ind w:left="173"/>
      </w:pPr>
      <w:r>
        <w:rPr>
          <w:b/>
        </w:rPr>
        <w:t xml:space="preserve">☐ </w:t>
      </w:r>
      <w:r>
        <w:t>Use one scalable signature group offer as the heart of the business.</w:t>
      </w:r>
    </w:p>
    <w:p>
      <w:pPr>
        <w:ind w:left="173"/>
      </w:pPr>
      <w:r>
        <w:rPr>
          <w:b/>
        </w:rPr>
        <w:t xml:space="preserve">☐ </w:t>
      </w:r>
      <w:r>
        <w:t>Bring your answers into the Accountability Partner AI when you are stuck or need a push.</w:t>
      </w:r>
    </w:p>
    <w:p>
      <w:pPr>
        <w:ind w:left="173"/>
      </w:pPr>
      <w:r>
        <w:rPr>
          <w:b/>
        </w:rPr>
        <w:t xml:space="preserve">☐ </w:t>
      </w:r>
      <w:r>
        <w:t>By Day 5, turn the work into one 90-day implementation roadmap.</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THE RULE</w:t>
              <w:br/>
            </w:r>
            <w:r>
              <w:rPr>
                <w:color w:val="202020"/>
              </w:rPr>
              <w:t>Keep it simple and keep moving forward.</w:t>
            </w:r>
          </w:p>
        </w:tc>
      </w:tr>
    </w:tbl>
    <w:p>
      <w:pPr>
        <w:pStyle w:val="Heading2"/>
      </w:pPr>
      <w:r>
        <w:t>Your Five-Day Roadmap</w:t>
      </w:r>
    </w:p>
    <w:p>
      <w:pPr/>
      <w:r>
        <w:t>Day 1 — The Scalable Group Offer Model</w:t>
      </w:r>
    </w:p>
    <w:p>
      <w:pPr/>
      <w:r>
        <w:t>Day 2 — Your Profitable Client and Problem</w:t>
      </w:r>
    </w:p>
    <w:p>
      <w:pPr/>
      <w:r>
        <w:t>Day 3 — Your Signature Transformation</w:t>
      </w:r>
    </w:p>
    <w:p>
      <w:pPr/>
      <w:r>
        <w:t>Day 4 — Structure, Price and Position Your Offer</w:t>
      </w:r>
    </w:p>
    <w:p>
      <w:pPr/>
      <w:r>
        <w:t>Day 5 — Your Design to Scale Roadmap</w:t>
      </w:r>
    </w:p>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DAY 1</w:t>
            </w:r>
          </w:p>
        </w:tc>
      </w:tr>
    </w:tbl>
    <w:p>
      <w:pPr>
        <w:pStyle w:val="Heading1"/>
      </w:pPr>
      <w:r>
        <w:t>The Scalable Group Offer Model</w:t>
      </w:r>
    </w:p>
    <w:p>
      <w:r>
        <w:t>Today you choose the ONE offer that can become the heart of your business and identify the business model that is keeping you stuck.</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TODAY'S PRINCIPLE</w:t>
              <w:br/>
            </w:r>
            <w:r>
              <w:rPr>
                <w:color w:val="202020"/>
              </w:rPr>
              <w:t>One scalable signature offer creates a simpler path to predictable revenue.</w:t>
            </w:r>
          </w:p>
        </w:tc>
      </w:tr>
    </w:tbl>
    <w:p>
      <w:pPr>
        <w:pStyle w:val="Heading2"/>
      </w:pPr>
      <w:r>
        <w:t>1. Your Current Offer Inventory</w:t>
      </w:r>
    </w:p>
    <w:p>
      <w:r>
        <w:rPr>
          <w:b/>
          <w:color w:val="18233B"/>
        </w:rPr>
        <w:t>Write down every offer, service, package, membership, course or one-to-one service you currently sell.</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Which ONE of these should become the heart of your business?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Why this one?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2. What Is Keeping You Stuck?</w:t>
      </w:r>
    </w:p>
    <w:p>
      <w:pPr>
        <w:ind w:left="173"/>
      </w:pPr>
      <w:r>
        <w:rPr>
          <w:b/>
        </w:rPr>
        <w:t xml:space="preserve">☐ </w:t>
      </w:r>
      <w:r>
        <w:t>Multiple offers</w:t>
      </w:r>
    </w:p>
    <w:p>
      <w:pPr>
        <w:ind w:left="173"/>
      </w:pPr>
      <w:r>
        <w:rPr>
          <w:b/>
        </w:rPr>
        <w:t xml:space="preserve">☐ </w:t>
      </w:r>
      <w:r>
        <w:t>One-to-one delivery</w:t>
      </w:r>
    </w:p>
    <w:p>
      <w:pPr>
        <w:ind w:left="173"/>
      </w:pPr>
      <w:r>
        <w:rPr>
          <w:b/>
        </w:rPr>
        <w:t xml:space="preserve">☐ </w:t>
      </w:r>
      <w:r>
        <w:t>Constant launching</w:t>
      </w:r>
    </w:p>
    <w:p>
      <w:r>
        <w:rPr>
          <w:b/>
          <w:color w:val="18233B"/>
        </w:rPr>
        <w:t>How is this model affecting your time, capacity, sales or income?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3. Your Scalable Offer Decision</w:t>
      </w:r>
    </w:p>
    <w:p>
      <w:r>
        <w:rPr>
          <w:b/>
          <w:color w:val="18233B"/>
        </w:rPr>
        <w:t>Complete: "One scalable group offer would allow me to..."</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ONE core scalable group offer is: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DAY 1 DONE</w:t>
              <w:br/>
            </w:r>
            <w:r>
              <w:rPr>
                <w:color w:val="202020"/>
              </w:rPr>
              <w:t>Do not create another offer tonight. Your job is to commit to ONE.</w:t>
            </w:r>
          </w:p>
        </w:tc>
      </w:tr>
    </w:tbl>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A LITTLE MORE SUPPORT?</w:t>
              <w:br/>
            </w:r>
            <w:r>
              <w:rPr>
                <w:color w:val="202020"/>
                <w:sz w:val="20"/>
              </w:rPr>
              <w:t>You have just made the first decision: ONE offer. If you already know you want support turning that offer into your first clients and your first 10K in sales, Design to Scale 10K Offer Accelerator is where Andreea helps you implement it. For now, finish the work. If you want to know what the next step could look like, get in touch with Andreea.</w:t>
            </w:r>
          </w:p>
        </w:tc>
      </w:tr>
    </w:tbl>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DAY 2</w:t>
            </w:r>
          </w:p>
        </w:tc>
      </w:tr>
    </w:tbl>
    <w:p>
      <w:pPr>
        <w:pStyle w:val="Heading1"/>
      </w:pPr>
      <w:r>
        <w:t>Your Profitable Client and Problem</w:t>
      </w:r>
    </w:p>
    <w:p>
      <w:r>
        <w:t>First choose the problem. Then choose the ideal client.</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TODAY'S PRINCIPLE</w:t>
              <w:br/>
            </w:r>
            <w:r>
              <w:rPr>
                <w:color w:val="202020"/>
              </w:rPr>
              <w:t>The more specific you are, the easier it becomes to explain what you do, find your people and build demand.</w:t>
            </w:r>
          </w:p>
        </w:tc>
      </w:tr>
    </w:tbl>
    <w:p>
      <w:pPr>
        <w:pStyle w:val="Heading2"/>
      </w:pPr>
      <w:r>
        <w:t>1. Choose the Problem Category</w:t>
      </w:r>
    </w:p>
    <w:p>
      <w:pPr>
        <w:ind w:left="173"/>
      </w:pPr>
      <w:r>
        <w:rPr>
          <w:b/>
        </w:rPr>
        <w:t xml:space="preserve">☐ </w:t>
      </w:r>
      <w:r>
        <w:t>Health</w:t>
      </w:r>
    </w:p>
    <w:p>
      <w:pPr>
        <w:ind w:left="173"/>
      </w:pPr>
      <w:r>
        <w:rPr>
          <w:b/>
        </w:rPr>
        <w:t xml:space="preserve">☐ </w:t>
      </w:r>
      <w:r>
        <w:t>Relationships</w:t>
      </w:r>
    </w:p>
    <w:p>
      <w:pPr>
        <w:ind w:left="173"/>
      </w:pPr>
      <w:r>
        <w:rPr>
          <w:b/>
        </w:rPr>
        <w:t xml:space="preserve">☐ </w:t>
      </w:r>
      <w:r>
        <w:t>Money</w:t>
      </w:r>
    </w:p>
    <w:p>
      <w:r>
        <w:rPr>
          <w:b/>
          <w:color w:val="18233B"/>
        </w:rPr>
        <w:t>What is the ONE main problem you solve?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specific result does the person urgently want?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2. Dig Into the Smaller Problems</w:t>
      </w:r>
    </w:p>
    <w:p>
      <w:r>
        <w:rPr>
          <w:b/>
          <w:color w:val="18233B"/>
        </w:rPr>
        <w:t>List the smaller problems connected to the main problem.</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Which of these problems belong inside ONE transformation?</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3. Get Specific About the Person</w:t>
      </w:r>
    </w:p>
    <w:p>
      <w:r>
        <w:rPr>
          <w:b/>
          <w:color w:val="18233B"/>
        </w:rPr>
        <w:t>Who specifically wants this result?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situation are they in right now?</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makes this problem important enough for them to solve?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4. Your Client + Problem Statement</w:t>
      </w:r>
    </w:p>
    <w:p>
      <w:r>
        <w:rPr>
          <w:b/>
          <w:color w:val="18233B"/>
        </w:rPr>
        <w:t>Complete: "I solve [problem] for [specific person] who wants [specific result]."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DAY 2 CHECK</w:t>
              <w:br/>
            </w:r>
            <w:r>
              <w:rPr>
                <w:color w:val="202020"/>
              </w:rPr>
              <w:t>If this could describe thousands of completely different people, dig deeper.</w:t>
            </w:r>
          </w:p>
        </w:tc>
      </w:tr>
    </w:tbl>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WANT ANDREEA'S EYES ON THIS?</w:t>
              <w:br/>
            </w:r>
            <w:r>
              <w:rPr>
                <w:color w:val="202020"/>
                <w:sz w:val="20"/>
              </w:rPr>
              <w:t>Getting specific is where most people start second-guessing themselves. Inside Design to Scale 10K Offer Accelerator, Andreea helps you validate the client, problem and offer instead of building from assumptions. If you want personalised support, speak with Andreea.</w:t>
            </w:r>
          </w:p>
        </w:tc>
      </w:tr>
    </w:tbl>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DAY 3</w:t>
            </w:r>
          </w:p>
        </w:tc>
      </w:tr>
    </w:tbl>
    <w:p>
      <w:pPr>
        <w:pStyle w:val="Heading1"/>
      </w:pPr>
      <w:r>
        <w:t>Your Signature Transformation</w:t>
      </w:r>
    </w:p>
    <w:p>
      <w:r>
        <w:t>Turn your expertise into a transformation people can immediately understand and want.</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TODAY'S PRINCIPLE</w:t>
              <w:br/>
            </w:r>
            <w:r>
              <w:rPr>
                <w:color w:val="202020"/>
              </w:rPr>
              <w:t>Do not sell a pile of information. Build a simple path from the client's current situation to one result.</w:t>
            </w:r>
          </w:p>
        </w:tc>
      </w:tr>
    </w:tbl>
    <w:p>
      <w:pPr>
        <w:pStyle w:val="Heading2"/>
      </w:pPr>
      <w:r>
        <w:t>1. Problem Inventory</w:t>
      </w:r>
    </w:p>
    <w:p>
      <w:r>
        <w:rPr>
          <w:b/>
          <w:color w:val="18233B"/>
        </w:rPr>
        <w:t>What problems is your ideal client already aware of?</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problems do they experience but may not say publicly?</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must be solved before they can reach the main result?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2. Build Your Three Stages</w:t>
      </w:r>
    </w:p>
    <w:p>
      <w:r>
        <w:rPr>
          <w:b/>
          <w:color w:val="18233B"/>
        </w:rPr>
        <w:t>Stage 1 — simple one-word name:</w:t>
      </w:r>
    </w:p>
    <w:p>
      <w:pPr>
        <w:spacing w:after="80"/>
      </w:pPr>
      <w:r>
        <w:rPr>
          <w:color w:val="B8BBC3"/>
        </w:rPr>
        <w:t>________________________________________________________________________________</w:t>
      </w:r>
    </w:p>
    <w:p>
      <w:r>
        <w:rPr>
          <w:b/>
          <w:color w:val="18233B"/>
        </w:rPr>
        <w:t>What problems/results belong inside Stage 1?</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Stage 2 — simple one-word name:</w:t>
      </w:r>
    </w:p>
    <w:p>
      <w:pPr>
        <w:spacing w:after="80"/>
      </w:pPr>
      <w:r>
        <w:rPr>
          <w:color w:val="B8BBC3"/>
        </w:rPr>
        <w:t>________________________________________________________________________________</w:t>
      </w:r>
    </w:p>
    <w:p>
      <w:r>
        <w:rPr>
          <w:b/>
          <w:color w:val="18233B"/>
        </w:rPr>
        <w:t>What problems/results belong inside Stage 2?</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Stage 3 — simple one-word name:</w:t>
      </w:r>
    </w:p>
    <w:p>
      <w:pPr>
        <w:spacing w:after="80"/>
      </w:pPr>
      <w:r>
        <w:rPr>
          <w:color w:val="B8BBC3"/>
        </w:rPr>
        <w:t>________________________________________________________________________________</w:t>
      </w:r>
    </w:p>
    <w:p>
      <w:r>
        <w:rPr>
          <w:b/>
          <w:color w:val="18233B"/>
        </w:rPr>
        <w:t>What problems/results belong inside Stage 3?</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3. Your Signature Transformation</w:t>
      </w:r>
    </w:p>
    <w:p>
      <w:r>
        <w:rPr>
          <w:b/>
          <w:color w:val="18233B"/>
        </w:rPr>
        <w:t>Complete: "I help [person] go from [current situation] to [result] through [step 1], [step 2] and [step 3]."</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is the promise of your offer in one clear sentence?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DAY 3 DONE</w:t>
              <w:br/>
            </w:r>
            <w:r>
              <w:rPr>
                <w:color w:val="202020"/>
              </w:rPr>
              <w:t>If your method needs a ten-minute explanation, simplify it.</w:t>
            </w:r>
          </w:p>
        </w:tc>
      </w:tr>
    </w:tbl>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YOU ARE BUILDING THE FOUNDATION</w:t>
              <w:br/>
            </w:r>
            <w:r>
              <w:rPr>
                <w:color w:val="202020"/>
                <w:sz w:val="20"/>
              </w:rPr>
              <w:t>You now have the bones of the offer. The next challenge is turning this into something people will actually buy. If you are ready to build toward your first client and your first 10K in sales with feedback and accountability, ask Andreea about Design to Scale 10K Offer Accelerator.</w:t>
            </w:r>
          </w:p>
        </w:tc>
      </w:tr>
    </w:tbl>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DAY 4</w:t>
            </w:r>
          </w:p>
        </w:tc>
      </w:tr>
    </w:tbl>
    <w:p>
      <w:pPr>
        <w:pStyle w:val="Heading1"/>
      </w:pPr>
      <w:r>
        <w:t>Structure, Price and Position Your Offer</w:t>
      </w:r>
    </w:p>
    <w:p>
      <w:r>
        <w:t>Today you turn the transformation into a simple offer that is easy to deliver, easy to speak about and easy to sell.</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CORE STRUCTURE</w:t>
              <w:br/>
            </w:r>
            <w:r>
              <w:rPr>
                <w:color w:val="202020"/>
              </w:rPr>
              <w:t>Three main pillars. Six modules. Keep it freaking simple.</w:t>
            </w:r>
          </w:p>
        </w:tc>
      </w:tr>
    </w:tbl>
    <w:p>
      <w:pPr>
        <w:pStyle w:val="Heading2"/>
      </w:pPr>
      <w:r>
        <w:t>1. Your Three Pillars + Six Modules</w:t>
      </w:r>
    </w:p>
    <w:p>
      <w:r>
        <w:rPr>
          <w:b/>
          <w:color w:val="18233B"/>
        </w:rPr>
        <w:t>Pillar 1:</w:t>
      </w:r>
    </w:p>
    <w:p>
      <w:pPr>
        <w:spacing w:after="80"/>
      </w:pPr>
      <w:r>
        <w:rPr>
          <w:color w:val="B8BBC3"/>
        </w:rPr>
        <w:t>________________________________________________________________________________</w:t>
      </w:r>
    </w:p>
    <w:p>
      <w:r>
        <w:rPr>
          <w:b/>
          <w:color w:val="18233B"/>
        </w:rPr>
        <w:t>Module 1:</w:t>
      </w:r>
    </w:p>
    <w:p>
      <w:pPr>
        <w:spacing w:after="80"/>
      </w:pPr>
      <w:r>
        <w:rPr>
          <w:color w:val="B8BBC3"/>
        </w:rPr>
        <w:t>________________________________________________________________________________</w:t>
      </w:r>
    </w:p>
    <w:p>
      <w:r>
        <w:rPr>
          <w:b/>
          <w:color w:val="18233B"/>
        </w:rPr>
        <w:t>Module 2:</w:t>
      </w:r>
    </w:p>
    <w:p>
      <w:pPr>
        <w:spacing w:after="80"/>
      </w:pPr>
      <w:r>
        <w:rPr>
          <w:color w:val="B8BBC3"/>
        </w:rPr>
        <w:t>________________________________________________________________________________</w:t>
      </w:r>
    </w:p>
    <w:p>
      <w:r>
        <w:rPr>
          <w:b/>
          <w:color w:val="18233B"/>
        </w:rPr>
        <w:t>Pillar 2:</w:t>
      </w:r>
    </w:p>
    <w:p>
      <w:pPr>
        <w:spacing w:after="80"/>
      </w:pPr>
      <w:r>
        <w:rPr>
          <w:color w:val="B8BBC3"/>
        </w:rPr>
        <w:t>________________________________________________________________________________</w:t>
      </w:r>
    </w:p>
    <w:p>
      <w:r>
        <w:rPr>
          <w:b/>
          <w:color w:val="18233B"/>
        </w:rPr>
        <w:t>Module 3:</w:t>
      </w:r>
    </w:p>
    <w:p>
      <w:pPr>
        <w:spacing w:after="80"/>
      </w:pPr>
      <w:r>
        <w:rPr>
          <w:color w:val="B8BBC3"/>
        </w:rPr>
        <w:t>________________________________________________________________________________</w:t>
      </w:r>
    </w:p>
    <w:p>
      <w:r>
        <w:rPr>
          <w:b/>
          <w:color w:val="18233B"/>
        </w:rPr>
        <w:t>Module 4:</w:t>
      </w:r>
    </w:p>
    <w:p>
      <w:pPr>
        <w:spacing w:after="80"/>
      </w:pPr>
      <w:r>
        <w:rPr>
          <w:color w:val="B8BBC3"/>
        </w:rPr>
        <w:t>________________________________________________________________________________</w:t>
      </w:r>
    </w:p>
    <w:p>
      <w:r>
        <w:rPr>
          <w:b/>
          <w:color w:val="18233B"/>
        </w:rPr>
        <w:t>Pillar 3:</w:t>
      </w:r>
    </w:p>
    <w:p>
      <w:pPr>
        <w:spacing w:after="80"/>
      </w:pPr>
      <w:r>
        <w:rPr>
          <w:color w:val="B8BBC3"/>
        </w:rPr>
        <w:t>________________________________________________________________________________</w:t>
      </w:r>
    </w:p>
    <w:p>
      <w:r>
        <w:rPr>
          <w:b/>
          <w:color w:val="18233B"/>
        </w:rPr>
        <w:t>Module 5:</w:t>
      </w:r>
    </w:p>
    <w:p>
      <w:pPr>
        <w:spacing w:after="80"/>
      </w:pPr>
      <w:r>
        <w:rPr>
          <w:color w:val="B8BBC3"/>
        </w:rPr>
        <w:t>________________________________________________________________________________</w:t>
      </w:r>
    </w:p>
    <w:p>
      <w:r>
        <w:rPr>
          <w:b/>
          <w:color w:val="18233B"/>
        </w:rPr>
        <w:t>Module 6:</w:t>
      </w:r>
    </w:p>
    <w:p>
      <w:pPr>
        <w:spacing w:after="80"/>
      </w:pPr>
      <w:r>
        <w:rPr>
          <w:color w:val="B8BBC3"/>
        </w:rPr>
        <w:t>________________________________________________________________________________</w:t>
      </w:r>
    </w:p>
    <w:p>
      <w:pPr>
        <w:pStyle w:val="Heading2"/>
      </w:pPr>
      <w:r>
        <w:t>2. Program Length</w:t>
      </w:r>
    </w:p>
    <w:p>
      <w:pPr>
        <w:ind w:left="173"/>
      </w:pPr>
      <w:r>
        <w:rPr>
          <w:b/>
        </w:rPr>
        <w:t xml:space="preserve">☐ </w:t>
      </w:r>
      <w:r>
        <w:t>3 months</w:t>
      </w:r>
    </w:p>
    <w:p>
      <w:pPr>
        <w:ind w:left="173"/>
      </w:pPr>
      <w:r>
        <w:rPr>
          <w:b/>
        </w:rPr>
        <w:t xml:space="preserve">☐ </w:t>
      </w:r>
      <w:r>
        <w:t>6 months</w:t>
      </w:r>
    </w:p>
    <w:p>
      <w:pPr>
        <w:ind w:left="173"/>
      </w:pPr>
      <w:r>
        <w:rPr>
          <w:b/>
        </w:rPr>
        <w:t xml:space="preserve">☐ </w:t>
      </w:r>
      <w:r>
        <w:t>12 months or longer</w:t>
      </w:r>
    </w:p>
    <w:p>
      <w:r>
        <w:rPr>
          <w:b/>
          <w:color w:val="18233B"/>
        </w:rPr>
        <w:t>Why is this length realistic through the CLIENT'S lens?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3. Delivery + Support</w:t>
      </w:r>
    </w:p>
    <w:p>
      <w:pPr>
        <w:ind w:left="173"/>
      </w:pPr>
      <w:r>
        <w:rPr>
          <w:b/>
        </w:rPr>
        <w:t xml:space="preserve">☐ </w:t>
      </w:r>
      <w:r>
        <w:t>Pre-recorded curriculum</w:t>
      </w:r>
    </w:p>
    <w:p>
      <w:pPr>
        <w:ind w:left="173"/>
      </w:pPr>
      <w:r>
        <w:rPr>
          <w:b/>
        </w:rPr>
        <w:t xml:space="preserve">☐ </w:t>
      </w:r>
      <w:r>
        <w:t>Coaching calls</w:t>
      </w:r>
    </w:p>
    <w:p>
      <w:pPr>
        <w:ind w:left="173"/>
      </w:pPr>
      <w:r>
        <w:rPr>
          <w:b/>
        </w:rPr>
        <w:t xml:space="preserve">☐ </w:t>
      </w:r>
      <w:r>
        <w:t>Community</w:t>
      </w:r>
    </w:p>
    <w:p>
      <w:pPr>
        <w:ind w:left="173"/>
      </w:pPr>
      <w:r>
        <w:rPr>
          <w:b/>
        </w:rPr>
        <w:t xml:space="preserve">☐ </w:t>
      </w:r>
      <w:r>
        <w:t>Other support</w:t>
      </w:r>
    </w:p>
    <w:p>
      <w:r>
        <w:rPr>
          <w:b/>
          <w:color w:val="18233B"/>
        </w:rPr>
        <w:t>How will clients receive support and feedback?</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4. Founding Offer</w:t>
      </w:r>
    </w:p>
    <w:p>
      <w:r>
        <w:rPr>
          <w:b/>
          <w:color w:val="18233B"/>
        </w:rPr>
        <w:t>My founding price:</w:t>
      </w:r>
    </w:p>
    <w:p>
      <w:pPr>
        <w:spacing w:after="80"/>
      </w:pPr>
      <w:r>
        <w:rPr>
          <w:color w:val="B8BBC3"/>
        </w:rPr>
        <w:t>________________________________________________________________________________</w:t>
      </w:r>
    </w:p>
    <w:p>
      <w:r>
        <w:rPr>
          <w:b/>
          <w:color w:val="18233B"/>
        </w:rPr>
        <w:t>My target number of founding clients (aim for 5–10 where realistic):</w:t>
      </w:r>
    </w:p>
    <w:p>
      <w:pPr>
        <w:spacing w:after="80"/>
      </w:pPr>
      <w:r>
        <w:rPr>
          <w:color w:val="B8BBC3"/>
        </w:rPr>
        <w:t>________________________________________________________________________________</w:t>
      </w:r>
    </w:p>
    <w:p>
      <w:r>
        <w:rPr>
          <w:b/>
          <w:color w:val="18233B"/>
        </w:rPr>
        <w:t>When/how will I raise the price after validation and results?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SELL BEFORE YOU BUILD IT ALL</w:t>
              <w:br/>
            </w:r>
            <w:r>
              <w:rPr>
                <w:color w:val="202020"/>
              </w:rPr>
              <w:t>Sell it. Deliver live. Record one step ahead. Watch where people get stuck. Improve it.</w:t>
            </w:r>
          </w:p>
        </w:tc>
      </w:tr>
    </w:tbl>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READY TO GET YOUR FIRST CLIENT?</w:t>
              <w:br/>
            </w:r>
            <w:r>
              <w:rPr>
                <w:color w:val="202020"/>
                <w:sz w:val="20"/>
              </w:rPr>
              <w:t>You do not need to disappear for months building this. You need to validate it, sell it and learn from real clients. Design to Scale 10K Offer Accelerator is designed to help you move from this workbook into implementation: build the offer, get it in front of people and create a repeatable sales system. Speak with Andreea if you want support doing it.</w:t>
            </w:r>
          </w:p>
        </w:tc>
      </w:tr>
    </w:tbl>
    <w:p>
      <w:pPr>
        <w:pStyle w:val="Heading2"/>
      </w:pPr>
      <w:r>
        <w:t>5. Revenue Maths</w:t>
      </w:r>
    </w:p>
    <w:p>
      <w:r>
        <w:rPr>
          <w:b/>
          <w:color w:val="18233B"/>
        </w:rPr>
        <w:t>My offer price:</w:t>
      </w:r>
    </w:p>
    <w:p>
      <w:pPr>
        <w:spacing w:after="80"/>
      </w:pPr>
      <w:r>
        <w:rPr>
          <w:color w:val="B8BBC3"/>
        </w:rPr>
        <w:t>________________________________________________________________________________</w:t>
      </w:r>
    </w:p>
    <w:p>
      <w:r>
        <w:rPr>
          <w:b/>
          <w:color w:val="18233B"/>
        </w:rPr>
        <w:t>£/€10,000 ÷ my offer price = clients required for a 10K month:</w:t>
      </w:r>
    </w:p>
    <w:p>
      <w:pPr>
        <w:spacing w:after="80"/>
      </w:pPr>
      <w:r>
        <w:rPr>
          <w:color w:val="B8BBC3"/>
        </w:rPr>
        <w:t>________________________________________________________________________________</w:t>
      </w:r>
    </w:p>
    <w:p>
      <w:r>
        <w:rPr>
          <w:b/>
          <w:color w:val="18233B"/>
        </w:rPr>
        <w:t>£/€100,000 ÷ my offer price = clients required for a six-figure year:</w:t>
      </w:r>
    </w:p>
    <w:p>
      <w:pPr>
        <w:spacing w:after="80"/>
      </w:pPr>
      <w:r>
        <w:rPr>
          <w:color w:val="B8BBC3"/>
        </w:rPr>
        <w:t>________________________________________________________________________________</w:t>
      </w:r>
    </w:p>
    <w:p>
      <w:r>
        <w:rPr>
          <w:b/>
          <w:color w:val="18233B"/>
        </w:rPr>
        <w:t>Annual client target ÷ 12 = average clients required per month:</w:t>
      </w:r>
    </w:p>
    <w:p>
      <w:pPr>
        <w:spacing w:after="80"/>
      </w:pPr>
      <w:r>
        <w:rPr>
          <w:color w:val="B8BBC3"/>
        </w:rPr>
        <w:t>________________________________________________________________________________</w:t>
      </w:r>
    </w:p>
    <w:p>
      <w:pPr/>
      <w:r>
        <w:t>Note: calculate contracted sales, cash collected and payment-plan income separately.</w:t>
      </w:r>
    </w:p>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YOUR OFFER BLUEPRINT</w:t>
            </w:r>
          </w:p>
        </w:tc>
      </w:tr>
    </w:tbl>
    <w:p>
      <w:pPr>
        <w:pStyle w:val="Heading1"/>
      </w:pPr>
      <w:r>
        <w:t>Put It All Together</w:t>
      </w:r>
    </w:p>
    <w:p>
      <w:r>
        <w:rPr>
          <w:b/>
          <w:color w:val="18233B"/>
        </w:rPr>
        <w:t>My ONE scalable signature offer:</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specific client: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The ONE main problem:</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The result they want: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offer promise: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three-step method:</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three pillars: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six modules: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Program length:</w:t>
      </w:r>
    </w:p>
    <w:p>
      <w:pPr>
        <w:spacing w:after="80"/>
      </w:pPr>
      <w:r>
        <w:rPr>
          <w:color w:val="B8BBC3"/>
        </w:rPr>
        <w:t>________________________________________________________________________________</w:t>
      </w:r>
    </w:p>
    <w:p>
      <w:r>
        <w:rPr>
          <w:b/>
          <w:color w:val="18233B"/>
        </w:rPr>
        <w:t>Delivery and support: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Founding price:</w:t>
      </w:r>
    </w:p>
    <w:p>
      <w:pPr>
        <w:spacing w:after="80"/>
      </w:pPr>
      <w:r>
        <w:rPr>
          <w:color w:val="B8BBC3"/>
        </w:rPr>
        <w:t>________________________________________________________________________________</w:t>
      </w:r>
    </w:p>
    <w:p>
      <w:r>
        <w:rPr>
          <w:b/>
          <w:color w:val="18233B"/>
        </w:rPr>
        <w:t>Founding client target:</w:t>
      </w:r>
    </w:p>
    <w:p>
      <w:pPr>
        <w:spacing w:after="80"/>
      </w:pPr>
      <w:r>
        <w:rPr>
          <w:color w:val="B8BBC3"/>
        </w:rPr>
        <w:t>________________________________________________________________________________</w:t>
      </w:r>
    </w:p>
    <w:p>
      <w:r>
        <w:rPr>
          <w:b/>
          <w:color w:val="18233B"/>
        </w:rPr>
        <w:t>Clients required for a 10K month:</w:t>
      </w:r>
    </w:p>
    <w:p>
      <w:pPr>
        <w:spacing w:after="80"/>
      </w:pPr>
      <w:r>
        <w:rPr>
          <w:color w:val="B8BBC3"/>
        </w:rPr>
        <w:t>________________________________________________________________________________</w:t>
      </w:r>
    </w:p>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DAY 5</w:t>
            </w:r>
          </w:p>
        </w:tc>
      </w:tr>
    </w:tbl>
    <w:p>
      <w:pPr>
        <w:pStyle w:val="Heading1"/>
      </w:pPr>
      <w:r>
        <w:t>Your 90-Day Design to Scale Roadmap</w:t>
      </w:r>
    </w:p>
    <w:p>
      <w:r>
        <w:t>You do not need to wait until everything is perfect. You need a simple plan to validate, sell and grow.</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THE 90-DAY MODEL</w:t>
              <w:br/>
            </w:r>
            <w:r>
              <w:rPr>
                <w:color w:val="202020"/>
              </w:rPr>
              <w:t>Days 1–30: Design + Validate  |  Days 31–60: Sell + Deliver  |  Days 61–90: Refine + Grow</w:t>
            </w:r>
          </w:p>
        </w:tc>
      </w:tr>
    </w:tbl>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THE ROADMAP IS SIMPLE. IMPLEMENTATION IS THE WORK.</w:t>
              <w:br/>
            </w:r>
            <w:r>
              <w:rPr>
                <w:color w:val="202020"/>
                <w:sz w:val="20"/>
              </w:rPr>
              <w:t>If you want Andreea beside you through Design, Sell and Scale - helping you validate, get your first clients, refine the offer and build toward your first 10K - speak with her about Design to Scale 10K Offer Accelerator.</w:t>
            </w:r>
          </w:p>
        </w:tc>
      </w:tr>
    </w:tbl>
    <w:p>
      <w:pPr>
        <w:pStyle w:val="Heading2"/>
      </w:pPr>
      <w:r>
        <w:t>Days 1–30 — Design + Validate</w:t>
      </w:r>
    </w:p>
    <w:p>
      <w:pPr>
        <w:ind w:left="173"/>
      </w:pPr>
      <w:r>
        <w:rPr>
          <w:b/>
        </w:rPr>
        <w:t xml:space="preserve">☐ </w:t>
      </w:r>
      <w:r>
        <w:t>Finalise one client, one problem and one result.</w:t>
      </w:r>
    </w:p>
    <w:p>
      <w:pPr>
        <w:ind w:left="173"/>
      </w:pPr>
      <w:r>
        <w:rPr>
          <w:b/>
        </w:rPr>
        <w:t xml:space="preserve">☐ </w:t>
      </w:r>
      <w:r>
        <w:t>Create the offer promise.</w:t>
      </w:r>
    </w:p>
    <w:p>
      <w:pPr>
        <w:ind w:left="173"/>
      </w:pPr>
      <w:r>
        <w:rPr>
          <w:b/>
        </w:rPr>
        <w:t xml:space="preserve">☐ </w:t>
      </w:r>
      <w:r>
        <w:t>Create three pillars and a six-module outline.</w:t>
      </w:r>
    </w:p>
    <w:p>
      <w:pPr>
        <w:ind w:left="173"/>
      </w:pPr>
      <w:r>
        <w:rPr>
          <w:b/>
        </w:rPr>
        <w:t xml:space="preserve">☐ </w:t>
      </w:r>
      <w:r>
        <w:t>Start market-validation conversations.</w:t>
      </w:r>
    </w:p>
    <w:p>
      <w:pPr>
        <w:ind w:left="173"/>
      </w:pPr>
      <w:r>
        <w:rPr>
          <w:b/>
        </w:rPr>
        <w:t xml:space="preserve">☐ </w:t>
      </w:r>
      <w:r>
        <w:t>Build relationships with potential clients.</w:t>
      </w:r>
    </w:p>
    <w:p>
      <w:pPr>
        <w:ind w:left="173"/>
      </w:pPr>
      <w:r>
        <w:rPr>
          <w:b/>
        </w:rPr>
        <w:t xml:space="preserve">☐ </w:t>
      </w:r>
      <w:r>
        <w:t>Listen to the exact language the market uses.</w:t>
      </w:r>
    </w:p>
    <w:p>
      <w:pPr>
        <w:ind w:left="173"/>
      </w:pPr>
      <w:r>
        <w:rPr>
          <w:b/>
        </w:rPr>
        <w:t xml:space="preserve">☐ </w:t>
      </w:r>
      <w:r>
        <w:t>Refine the offer using what you learn.</w:t>
      </w:r>
    </w:p>
    <w:p>
      <w:r>
        <w:rPr>
          <w:b/>
          <w:color w:val="18233B"/>
        </w:rPr>
        <w:t>Who are the first people I can speak to for market validation?</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How many market conversations will I commit to?</w:t>
      </w:r>
    </w:p>
    <w:p>
      <w:pPr>
        <w:spacing w:after="80"/>
      </w:pPr>
      <w:r>
        <w:rPr>
          <w:color w:val="B8BBC3"/>
        </w:rPr>
        <w:t>________________________________________________________________________________</w:t>
      </w:r>
    </w:p>
    <w:p>
      <w:r>
        <w:rPr>
          <w:b/>
          <w:color w:val="18233B"/>
        </w:rPr>
        <w:t>What will I do this week to start building market relationships?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Days 31–60 — Sell + Deliver</w:t>
      </w:r>
    </w:p>
    <w:p>
      <w:pPr>
        <w:ind w:left="173"/>
      </w:pPr>
      <w:r>
        <w:rPr>
          <w:b/>
        </w:rPr>
        <w:t xml:space="preserve">☐ </w:t>
      </w:r>
      <w:r>
        <w:t>Reconnect with appropriate people from market validation.</w:t>
      </w:r>
    </w:p>
    <w:p>
      <w:pPr>
        <w:ind w:left="173"/>
      </w:pPr>
      <w:r>
        <w:rPr>
          <w:b/>
        </w:rPr>
        <w:t xml:space="preserve">☐ </w:t>
      </w:r>
      <w:r>
        <w:t>Tell them the offer is ready and invite them to hear about/join it.</w:t>
      </w:r>
    </w:p>
    <w:p>
      <w:pPr>
        <w:ind w:left="173"/>
      </w:pPr>
      <w:r>
        <w:rPr>
          <w:b/>
        </w:rPr>
        <w:t xml:space="preserve">☐ </w:t>
      </w:r>
      <w:r>
        <w:t>Sell the founding version before recording the entire curriculum.</w:t>
      </w:r>
    </w:p>
    <w:p>
      <w:pPr>
        <w:ind w:left="173"/>
      </w:pPr>
      <w:r>
        <w:rPr>
          <w:b/>
        </w:rPr>
        <w:t xml:space="preserve">☐ </w:t>
      </w:r>
      <w:r>
        <w:t>Aim for 5–10 founding clients where realistic.</w:t>
      </w:r>
    </w:p>
    <w:p>
      <w:pPr>
        <w:ind w:left="173"/>
      </w:pPr>
      <w:r>
        <w:rPr>
          <w:b/>
        </w:rPr>
        <w:t xml:space="preserve">☐ </w:t>
      </w:r>
      <w:r>
        <w:t>Deliver live and record one step ahead.</w:t>
      </w:r>
    </w:p>
    <w:p>
      <w:pPr>
        <w:ind w:left="173"/>
      </w:pPr>
      <w:r>
        <w:rPr>
          <w:b/>
        </w:rPr>
        <w:t xml:space="preserve">☐ </w:t>
      </w:r>
      <w:r>
        <w:t>Watch where clients get stuck.</w:t>
      </w:r>
    </w:p>
    <w:p>
      <w:pPr>
        <w:ind w:left="173"/>
      </w:pPr>
      <w:r>
        <w:rPr>
          <w:b/>
        </w:rPr>
        <w:t xml:space="preserve">☐ </w:t>
      </w:r>
      <w:r>
        <w:t>Collect feedback and improve.</w:t>
      </w:r>
    </w:p>
    <w:p>
      <w:pPr>
        <w:ind w:left="173"/>
      </w:pPr>
      <w:r>
        <w:rPr>
          <w:b/>
        </w:rPr>
        <w:t xml:space="preserve">☐ </w:t>
      </w:r>
      <w:r>
        <w:t>Continue selling while delivering.</w:t>
      </w:r>
    </w:p>
    <w:p>
      <w:r>
        <w:rPr>
          <w:b/>
          <w:color w:val="18233B"/>
        </w:rPr>
        <w:t>Who will I personally invite when the founding offer is ready?</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is my founding launch/sales action?</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Days 61–90 — Refine + Grow</w:t>
      </w:r>
    </w:p>
    <w:p>
      <w:pPr>
        <w:ind w:left="173"/>
      </w:pPr>
      <w:r>
        <w:rPr>
          <w:b/>
        </w:rPr>
        <w:t xml:space="preserve">☐ </w:t>
      </w:r>
      <w:r>
        <w:t>Strengthen the offer using client feedback and evidence.</w:t>
      </w:r>
    </w:p>
    <w:p>
      <w:pPr>
        <w:ind w:left="173"/>
      </w:pPr>
      <w:r>
        <w:rPr>
          <w:b/>
        </w:rPr>
        <w:t xml:space="preserve">☐ </w:t>
      </w:r>
      <w:r>
        <w:t>Refine the messaging.</w:t>
      </w:r>
    </w:p>
    <w:p>
      <w:pPr>
        <w:ind w:left="173"/>
      </w:pPr>
      <w:r>
        <w:rPr>
          <w:b/>
        </w:rPr>
        <w:t xml:space="preserve">☐ </w:t>
      </w:r>
      <w:r>
        <w:t>Continue selling.</w:t>
      </w:r>
    </w:p>
    <w:p>
      <w:pPr>
        <w:ind w:left="173"/>
      </w:pPr>
      <w:r>
        <w:rPr>
          <w:b/>
        </w:rPr>
        <w:t xml:space="preserve">☐ </w:t>
      </w:r>
      <w:r>
        <w:t>Run a Mini Money Event when appropriate.</w:t>
      </w:r>
    </w:p>
    <w:p>
      <w:pPr>
        <w:ind w:left="173"/>
      </w:pPr>
      <w:r>
        <w:rPr>
          <w:b/>
        </w:rPr>
        <w:t xml:space="preserve">☐ </w:t>
      </w:r>
      <w:r>
        <w:t>Go live / create visible content.</w:t>
      </w:r>
    </w:p>
    <w:p>
      <w:pPr>
        <w:ind w:left="173"/>
      </w:pPr>
      <w:r>
        <w:rPr>
          <w:b/>
        </w:rPr>
        <w:t xml:space="preserve">☐ </w:t>
      </w:r>
      <w:r>
        <w:t>Attend networking events.</w:t>
      </w:r>
    </w:p>
    <w:p>
      <w:pPr>
        <w:ind w:left="173"/>
      </w:pPr>
      <w:r>
        <w:rPr>
          <w:b/>
        </w:rPr>
        <w:t xml:space="preserve">☐ </w:t>
      </w:r>
      <w:r>
        <w:t>Build strategic relationships and coffee chats.</w:t>
      </w:r>
    </w:p>
    <w:p>
      <w:pPr>
        <w:ind w:left="173"/>
      </w:pPr>
      <w:r>
        <w:rPr>
          <w:b/>
        </w:rPr>
        <w:t xml:space="preserve">☐ </w:t>
      </w:r>
      <w:r>
        <w:t>Look for collaborations, podcasts and speaking opportunities.</w:t>
      </w:r>
    </w:p>
    <w:p>
      <w:pPr>
        <w:ind w:left="173"/>
      </w:pPr>
      <w:r>
        <w:rPr>
          <w:b/>
        </w:rPr>
        <w:t xml:space="preserve">☐ </w:t>
      </w:r>
      <w:r>
        <w:t>Bring NEW people into my world consistently.</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YOUR AUDIENCE IS A POOL</w:t>
              <w:br/>
            </w:r>
            <w:r>
              <w:rPr>
                <w:color w:val="202020"/>
              </w:rPr>
              <w:t>If you continually sell to the same small pool without bringing new people in, the pool eventually dries up. Visibility is part of the sales system.</w:t>
            </w:r>
          </w:p>
        </w:tc>
      </w:tr>
    </w:tbl>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DO YOU WANT TO BUILD THIS WITH ANDREEA?</w:t>
              <w:br/>
            </w:r>
            <w:r>
              <w:rPr>
                <w:color w:val="202020"/>
                <w:sz w:val="20"/>
              </w:rPr>
              <w:t>A great offer is not enough if nobody new is entering your world. Inside Design to Scale 10K Offer Accelerator, you work on the offer AND the system that helps you keep creating conversations, leads and sales. If you are ready to work toward predictable 10K months instead of starting from zero every launch, get in touch with Andreea.</w:t>
            </w:r>
          </w:p>
        </w:tc>
      </w:tr>
    </w:tbl>
    <w:p>
      <w:r>
        <w:rPr>
          <w:b/>
          <w:color w:val="18233B"/>
        </w:rPr>
        <w:t>My weekly visibility actions: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Networking events I will attend or host: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Collaborations / podcasts / speaking opportunities I will pursue: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How will I consistently bring new people into my world?</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MY 90-DAY ACTION PLAN</w:t>
            </w:r>
          </w:p>
        </w:tc>
      </w:tr>
    </w:tbl>
    <w:p>
      <w:pPr>
        <w:pStyle w:val="Heading1"/>
      </w:pPr>
      <w:r>
        <w:t>Make the Roadmap Real</w:t>
      </w:r>
    </w:p>
    <w:p>
      <w:pPr>
        <w:pStyle w:val="Heading2"/>
      </w:pPr>
      <w:r>
        <w:t>Days 1–30 — Design + Validate</w:t>
      </w:r>
    </w:p>
    <w:p>
      <w:r>
        <w:rPr>
          <w:b/>
          <w:color w:val="18233B"/>
        </w:rPr>
        <w:t>My #1 outcome for this stage: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three most important actions: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market-validation target: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deadline: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Days 31–60 — Sell + Deliver</w:t>
      </w:r>
    </w:p>
    <w:p>
      <w:r>
        <w:rPr>
          <w:b/>
          <w:color w:val="18233B"/>
        </w:rPr>
        <w:t>My #1 outcome for this stage: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three most important actions: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founding client target: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deadline: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pStyle w:val="Heading2"/>
      </w:pPr>
      <w:r>
        <w:t>Days 61–90 — Refine + Grow</w:t>
      </w:r>
    </w:p>
    <w:p>
      <w:r>
        <w:rPr>
          <w:b/>
          <w:color w:val="18233B"/>
        </w:rPr>
        <w:t>My #1 outcome for this stage: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three most important visibility/growth actions: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How I will replenish my audience pool:</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deadline: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ACCOUNTABILITY</w:t>
            </w:r>
          </w:p>
        </w:tc>
      </w:tr>
    </w:tbl>
    <w:p>
      <w:pPr>
        <w:pStyle w:val="Heading1"/>
      </w:pPr>
      <w:r>
        <w:t>Weekly Implementation Check-In</w:t>
      </w:r>
    </w:p>
    <w:p>
      <w:r>
        <w:t>Use this page every week during your 90-day implementation.</w:t>
      </w:r>
    </w:p>
    <w:p>
      <w:r>
        <w:rPr>
          <w:b/>
          <w:color w:val="18233B"/>
        </w:rPr>
        <w:t>What did I commit to completing this week?</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did I actually complete?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did I avoid or overcomplicate?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stopped me?</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What is the ONE action that matters most next?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When exactly will I complete it?</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My optional stretch move if I have capacity:</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REPORT BACK</w:t>
              <w:br/>
            </w:r>
            <w:r>
              <w:rPr>
                <w:color w:val="202020"/>
              </w:rPr>
              <w:t>When you use your Accountability Partner AI, finish the action and come back with one word: DONE.</w:t>
            </w:r>
          </w:p>
        </w:tc>
      </w:tr>
    </w:tbl>
    <w:p>
      <w:r>
        <w:br w:type="page"/>
      </w:r>
    </w:p>
    <w:tbl>
      <w:tblPr>
        <w:tblW w:type="auto" w:w="0"/>
        <w:jc w:val="center"/>
        <w:tblLayout w:type="autofit"/>
        <w:tblLook w:firstColumn="1" w:firstRow="1" w:lastColumn="0" w:lastRow="0" w:noHBand="0" w:noVBand="1" w:val="04A0"/>
      </w:tblPr>
      <w:tblGrid>
        <w:gridCol w:w="10080"/>
      </w:tblGrid>
      <w:tr>
        <w:tc>
          <w:tcPr>
            <w:tcW w:type="dxa" w:w="10080"/>
            <w:shd w:fill="18233B"/>
            <w:tcMar>
              <w:top w:w="90" w:type="dxa"/>
              <w:start w:w="140" w:type="dxa"/>
              <w:bottom w:w="90" w:type="dxa"/>
              <w:end w:w="140" w:type="dxa"/>
            </w:tcMar>
          </w:tcPr>
          <w:p>
            <w:pPr>
              <w:jc w:val="center"/>
            </w:pPr>
            <w:r>
              <w:rPr>
                <w:b/>
                <w:color w:val="FFFFFF"/>
                <w:sz w:val="18"/>
              </w:rPr>
              <w:t>YOUR COMMITMENT</w:t>
            </w:r>
          </w:p>
        </w:tc>
      </w:tr>
    </w:tbl>
    <w:p>
      <w:pPr>
        <w:pStyle w:val="Heading1"/>
      </w:pPr>
      <w:r>
        <w:t>You Have the Plan. Now Implement It.</w:t>
      </w:r>
    </w:p>
    <w:p>
      <w:r>
        <w:rPr>
          <w:b/>
          <w:color w:val="18233B"/>
        </w:rPr>
        <w:t>The ONE offer I am committing to for the next 90 days: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The result I want to create in the next 90 days: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The action I will take in the next 24 hours:</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pPr>
        <w:spacing w:after="80"/>
      </w:pPr>
      <w:r>
        <w:rPr>
          <w:color w:val="B8BBC3"/>
        </w:rPr>
        <w:t>________________________________________________________________________________</w:t>
      </w:r>
    </w:p>
    <w:p>
      <w:r>
        <w:rPr>
          <w:b/>
          <w:color w:val="18233B"/>
        </w:rPr>
        <w:t>The date I will complete it:</w:t>
      </w:r>
    </w:p>
    <w:p>
      <w:pPr>
        <w:spacing w:after="80"/>
      </w:pPr>
      <w:r>
        <w:rPr>
          <w:color w:val="B8BBC3"/>
        </w:rPr>
        <w:t>________________________________________________________________________________</w:t>
      </w:r>
    </w:p>
    <w:p>
      <w:r>
        <w:rPr>
          <w:b/>
          <w:color w:val="18233B"/>
        </w:rPr>
        <w:t>My signature:</w:t>
      </w:r>
    </w:p>
    <w:p>
      <w:pPr>
        <w:spacing w:after="80"/>
      </w:pPr>
      <w:r>
        <w:rPr>
          <w:color w:val="B8BBC3"/>
        </w:rPr>
        <w:t>________________________________________________________________________________</w:t>
      </w:r>
    </w:p>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KEEP MOVING</w:t>
              <w:br/>
            </w:r>
            <w:r>
              <w:rPr>
                <w:color w:val="202020"/>
              </w:rPr>
              <w:t>You do not need another notebook full of ideas. You need to implement the offer you have just designed.</w:t>
            </w:r>
          </w:p>
        </w:tc>
      </w:tr>
    </w:tbl>
    <w:tbl>
      <w:tblPr>
        <w:tblW w:type="auto" w:w="0"/>
        <w:jc w:val="center"/>
        <w:tblLook w:firstColumn="1" w:firstRow="1" w:lastColumn="0" w:lastRow="0" w:noHBand="0" w:noVBand="1" w:val="04A0"/>
      </w:tblPr>
      <w:tblGrid>
        <w:gridCol w:w="10080"/>
      </w:tblGrid>
      <w:tr>
        <w:tc>
          <w:tcPr>
            <w:tcW w:type="dxa" w:w="10080"/>
            <w:shd w:fill="F4F1EA"/>
            <w:tcMar>
              <w:top w:w="140" w:type="dxa"/>
              <w:start w:w="160" w:type="dxa"/>
              <w:bottom w:w="140" w:type="dxa"/>
              <w:end w:w="160" w:type="dxa"/>
            </w:tcMar>
          </w:tcPr>
          <w:p>
            <w:r>
              <w:rPr>
                <w:b/>
                <w:color w:val="D7A84B"/>
                <w:sz w:val="22"/>
              </w:rPr>
              <w:t>YOUR NEXT STEP CAN BE SUPPORTED</w:t>
              <w:br/>
            </w:r>
            <w:r>
              <w:rPr>
                <w:color w:val="202020"/>
                <w:sz w:val="20"/>
              </w:rPr>
              <w:t>You have the roadmap. Now comes the part that creates the result: implementation. If your goal is to get your first client, make your first 10K in sales and build a system you can repeat month after month, speak with Andreea about Design to Scale 10K Offer Accelerator. No link needed - simply get in touch with Andreea and tell her you are ready to talk about Design to Scale.</w:t>
            </w:r>
          </w:p>
        </w:tc>
      </w:tr>
    </w:tbl>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D7280"/>
        <w:sz w:val="16"/>
      </w:rPr>
      <w:t>Your £10K Scalable Group Offer • Event Workbook • Andreea Sandu</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8233B"/>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D7A84B"/>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8233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8233B"/>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