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054D" w14:textId="413CBC3F" w:rsidR="009307D1" w:rsidRPr="00616100" w:rsidRDefault="00000000" w:rsidP="00AE256A">
      <w:pPr>
        <w:pStyle w:val="Titre"/>
        <w:jc w:val="center"/>
        <w:rPr>
          <w:b/>
          <w:bCs/>
          <w:color w:val="00B0F0"/>
          <w:sz w:val="48"/>
          <w:szCs w:val="48"/>
          <w:lang w:val="fr-FR"/>
        </w:rPr>
      </w:pPr>
      <w:r w:rsidRPr="00616100">
        <w:rPr>
          <w:b/>
          <w:bCs/>
          <w:color w:val="00B0F0"/>
          <w:sz w:val="48"/>
          <w:szCs w:val="48"/>
          <w:lang w:val="fr-FR"/>
        </w:rPr>
        <w:t>Clarté sur ton activité d</w:t>
      </w:r>
      <w:r w:rsidR="00AE256A" w:rsidRPr="00616100">
        <w:rPr>
          <w:b/>
          <w:bCs/>
          <w:color w:val="00B0F0"/>
          <w:sz w:val="48"/>
          <w:szCs w:val="48"/>
          <w:lang w:val="fr-FR"/>
        </w:rPr>
        <w:t>’entre</w:t>
      </w:r>
      <w:r w:rsidRPr="00616100">
        <w:rPr>
          <w:b/>
          <w:bCs/>
          <w:color w:val="00B0F0"/>
          <w:sz w:val="48"/>
          <w:szCs w:val="48"/>
          <w:lang w:val="fr-FR"/>
        </w:rPr>
        <w:t>preneur</w:t>
      </w:r>
      <w:r w:rsidR="00AE256A" w:rsidRPr="00616100">
        <w:rPr>
          <w:b/>
          <w:bCs/>
          <w:color w:val="00B0F0"/>
          <w:sz w:val="48"/>
          <w:szCs w:val="48"/>
          <w:lang w:val="fr-FR"/>
        </w:rPr>
        <w:t>e</w:t>
      </w:r>
    </w:p>
    <w:p w14:paraId="62ED6F1C" w14:textId="20B6F158" w:rsidR="003A0735" w:rsidRPr="003A0735" w:rsidRDefault="003A0735" w:rsidP="00AE256A">
      <w:pPr>
        <w:pStyle w:val="Titre1"/>
        <w:rPr>
          <w:color w:val="000000" w:themeColor="text1"/>
          <w:lang w:val="fr-FR"/>
        </w:rPr>
      </w:pPr>
      <w:r w:rsidRPr="003A0735">
        <w:rPr>
          <w:b w:val="0"/>
          <w:bCs w:val="0"/>
          <w:color w:val="000000" w:themeColor="text1"/>
          <w:sz w:val="26"/>
          <w:szCs w:val="26"/>
          <w:lang w:val="fr-FR"/>
        </w:rPr>
        <w:t>Voici les éléments que j’ai abordés dans la vidéo.</w:t>
      </w:r>
      <w:r w:rsidRPr="003A0735">
        <w:rPr>
          <w:b w:val="0"/>
          <w:bCs w:val="0"/>
          <w:color w:val="000000" w:themeColor="text1"/>
          <w:sz w:val="26"/>
          <w:szCs w:val="26"/>
          <w:lang w:val="fr-FR"/>
        </w:rPr>
        <w:br/>
        <w:t>Je te propose de prendre un moment pour remplir ce tableau, en toute honnêteté avec toi-même, afin de faire le bilan et d’évaluer ce qui est clair pour toi à ce jour, et ce qui ne l’est pas encore suffisamment ou pas du tout.</w:t>
      </w:r>
    </w:p>
    <w:p w14:paraId="4165F7F6" w14:textId="19155869" w:rsidR="00AE256A" w:rsidRPr="00616100" w:rsidRDefault="00070920" w:rsidP="00AE256A">
      <w:pPr>
        <w:pStyle w:val="Titre1"/>
        <w:rPr>
          <w:rFonts w:cstheme="majorHAnsi"/>
          <w:color w:val="00B0F0"/>
          <w:lang w:val="fr-FR"/>
        </w:rPr>
      </w:pPr>
      <w:r w:rsidRPr="00616100">
        <w:rPr>
          <w:color w:val="000000" w:themeColor="text1"/>
          <w:lang w:val="fr-FR"/>
        </w:rPr>
        <w:t>🧭</w:t>
      </w:r>
      <w:r w:rsidRPr="00616100">
        <w:rPr>
          <w:rFonts w:cstheme="majorHAnsi"/>
          <w:color w:val="00B0F0"/>
          <w:lang w:val="fr-FR"/>
        </w:rPr>
        <w:t xml:space="preserve"> TA MISSION DE VIE</w:t>
      </w:r>
      <w:r w:rsidR="00AE256A" w:rsidRPr="00616100">
        <w:rPr>
          <w:rFonts w:cstheme="majorHAnsi"/>
          <w:color w:val="00B0F0"/>
          <w:lang w:val="fr-FR"/>
        </w:rPr>
        <w:t xml:space="preserve"> - qui tu es 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843"/>
        <w:gridCol w:w="2976"/>
        <w:gridCol w:w="2694"/>
      </w:tblGrid>
      <w:tr w:rsidR="00AE256A" w:rsidRPr="00616100" w14:paraId="0DD92ECA" w14:textId="77777777" w:rsidTr="00AE256A">
        <w:tc>
          <w:tcPr>
            <w:tcW w:w="2093" w:type="dxa"/>
          </w:tcPr>
          <w:p w14:paraId="0E606B03" w14:textId="66C74401" w:rsidR="00AE256A" w:rsidRPr="00616100" w:rsidRDefault="00AE256A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Éléments à clarifier</w:t>
            </w:r>
          </w:p>
        </w:tc>
        <w:tc>
          <w:tcPr>
            <w:tcW w:w="1843" w:type="dxa"/>
          </w:tcPr>
          <w:p w14:paraId="23F5F981" w14:textId="54A413F0" w:rsidR="00AE256A" w:rsidRPr="00616100" w:rsidRDefault="00AE256A" w:rsidP="00AE256A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Échelle 1 à 5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br/>
              <w:t>(Clarté actuelle)</w:t>
            </w:r>
          </w:p>
        </w:tc>
        <w:tc>
          <w:tcPr>
            <w:tcW w:w="2976" w:type="dxa"/>
          </w:tcPr>
          <w:p w14:paraId="2E71922C" w14:textId="77777777" w:rsidR="00AE256A" w:rsidRPr="00616100" w:rsidRDefault="00AE256A" w:rsidP="00AE256A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Quoi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br/>
              <w:t>(Ta réponse actuelle)</w:t>
            </w:r>
          </w:p>
        </w:tc>
        <w:tc>
          <w:tcPr>
            <w:tcW w:w="2694" w:type="dxa"/>
          </w:tcPr>
          <w:p w14:paraId="56016053" w14:textId="77777777" w:rsidR="00AE256A" w:rsidRPr="00616100" w:rsidRDefault="00AE256A" w:rsidP="00AE256A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Actions à poser / décisions à prendre</w:t>
            </w:r>
          </w:p>
        </w:tc>
      </w:tr>
      <w:tr w:rsidR="00AE256A" w:rsidRPr="00616100" w14:paraId="4C73172A" w14:textId="77777777" w:rsidTr="00AE256A">
        <w:tc>
          <w:tcPr>
            <w:tcW w:w="2093" w:type="dxa"/>
          </w:tcPr>
          <w:p w14:paraId="39A8D7CC" w14:textId="44A40A80" w:rsidR="003A0735" w:rsidRDefault="00AE256A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Ton pourquoi profond, ta raison d’être</w:t>
            </w:r>
          </w:p>
          <w:p w14:paraId="5FE4BEAB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843" w:type="dxa"/>
          </w:tcPr>
          <w:p w14:paraId="6573844E" w14:textId="005EA290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1BA78A8A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694" w:type="dxa"/>
          </w:tcPr>
          <w:p w14:paraId="057AA0AF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AE256A" w:rsidRPr="00616100" w14:paraId="7B3ABE47" w14:textId="77777777" w:rsidTr="00AE256A">
        <w:tc>
          <w:tcPr>
            <w:tcW w:w="2093" w:type="dxa"/>
          </w:tcPr>
          <w:p w14:paraId="24006FE1" w14:textId="6433B20E" w:rsidR="003A0735" w:rsidRDefault="00AE256A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Ta vision 1 à 3 ou 5 ans</w:t>
            </w:r>
          </w:p>
          <w:p w14:paraId="764C8BEF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843" w:type="dxa"/>
          </w:tcPr>
          <w:p w14:paraId="71A13C51" w14:textId="111BEA90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5193F03A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694" w:type="dxa"/>
          </w:tcPr>
          <w:p w14:paraId="3373C434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AE256A" w:rsidRPr="00616100" w14:paraId="2263FC5B" w14:textId="77777777" w:rsidTr="00AE256A">
        <w:tc>
          <w:tcPr>
            <w:tcW w:w="2093" w:type="dxa"/>
          </w:tcPr>
          <w:p w14:paraId="22144BEE" w14:textId="2E42BB6C" w:rsidR="003A0735" w:rsidRDefault="00AE256A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Tes valeurs principales</w:t>
            </w:r>
          </w:p>
          <w:p w14:paraId="17A29D43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843" w:type="dxa"/>
          </w:tcPr>
          <w:p w14:paraId="5477C35E" w14:textId="2E26186F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118ED78D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694" w:type="dxa"/>
          </w:tcPr>
          <w:p w14:paraId="2FEFED01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AE256A" w:rsidRPr="00616100" w14:paraId="2A16DB51" w14:textId="77777777" w:rsidTr="00AE256A">
        <w:tc>
          <w:tcPr>
            <w:tcW w:w="2093" w:type="dxa"/>
          </w:tcPr>
          <w:p w14:paraId="5F314E94" w14:textId="77777777" w:rsidR="00AE256A" w:rsidRDefault="00AE256A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Ce que tu adores faire + ce que tu détestes faire</w:t>
            </w:r>
          </w:p>
          <w:p w14:paraId="70D5035A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843" w:type="dxa"/>
          </w:tcPr>
          <w:p w14:paraId="36EE7ACC" w14:textId="18BB01F8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75E9BB8C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694" w:type="dxa"/>
          </w:tcPr>
          <w:p w14:paraId="22CCE917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AE256A" w:rsidRPr="00616100" w14:paraId="3B11A7B0" w14:textId="77777777" w:rsidTr="00AE256A">
        <w:tc>
          <w:tcPr>
            <w:tcW w:w="2093" w:type="dxa"/>
          </w:tcPr>
          <w:p w14:paraId="01A6E9E0" w14:textId="511CED22" w:rsidR="003A0735" w:rsidRDefault="00AE256A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Tes forces, talents naturels + tes points de progrès</w:t>
            </w:r>
          </w:p>
          <w:p w14:paraId="49E88299" w14:textId="0135AAB0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843" w:type="dxa"/>
          </w:tcPr>
          <w:p w14:paraId="77E70F0E" w14:textId="1BBE8ECD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7639865E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694" w:type="dxa"/>
          </w:tcPr>
          <w:p w14:paraId="17E4AEC6" w14:textId="77777777" w:rsidR="00AE256A" w:rsidRPr="00616100" w:rsidRDefault="00AE256A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</w:tbl>
    <w:p w14:paraId="285928B3" w14:textId="77777777" w:rsidR="003A0735" w:rsidRDefault="003A0735">
      <w:pPr>
        <w:rPr>
          <w:rFonts w:asciiTheme="majorHAnsi" w:hAnsiTheme="majorHAnsi" w:cstheme="majorHAnsi"/>
          <w:lang w:val="fr-FR"/>
        </w:rPr>
      </w:pPr>
      <w:r>
        <w:rPr>
          <w:rFonts w:asciiTheme="majorHAnsi" w:hAnsiTheme="majorHAnsi" w:cstheme="majorHAnsi"/>
          <w:lang w:val="fr-FR"/>
        </w:rPr>
        <w:br w:type="page"/>
      </w:r>
    </w:p>
    <w:p w14:paraId="00AAB479" w14:textId="603F94F6" w:rsidR="009307D1" w:rsidRPr="00616100" w:rsidRDefault="00070920">
      <w:pPr>
        <w:pStyle w:val="Titre1"/>
        <w:rPr>
          <w:rFonts w:cstheme="majorHAnsi"/>
          <w:color w:val="00B0F0"/>
          <w:lang w:val="fr-FR"/>
        </w:rPr>
      </w:pPr>
      <w:r w:rsidRPr="00616100">
        <w:rPr>
          <w:color w:val="000000" w:themeColor="text1"/>
          <w:lang w:val="fr-FR"/>
        </w:rPr>
        <w:lastRenderedPageBreak/>
        <w:t>🎁</w:t>
      </w:r>
      <w:r w:rsidRPr="00616100">
        <w:rPr>
          <w:rFonts w:cstheme="majorHAnsi"/>
          <w:color w:val="00B0F0"/>
          <w:lang w:val="fr-FR"/>
        </w:rPr>
        <w:t xml:space="preserve"> TON OFFRE</w:t>
      </w:r>
      <w:r w:rsidR="00AE256A" w:rsidRPr="00616100">
        <w:rPr>
          <w:rFonts w:cstheme="majorHAnsi"/>
          <w:color w:val="00B0F0"/>
          <w:lang w:val="fr-FR"/>
        </w:rPr>
        <w:t xml:space="preserve"> – ce que tu proposes 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76"/>
        <w:gridCol w:w="2976"/>
        <w:gridCol w:w="2552"/>
      </w:tblGrid>
      <w:tr w:rsidR="009307D1" w:rsidRPr="00616100" w14:paraId="66A1F617" w14:textId="77777777" w:rsidTr="00AE256A">
        <w:tc>
          <w:tcPr>
            <w:tcW w:w="2160" w:type="dxa"/>
          </w:tcPr>
          <w:p w14:paraId="2FDA37EF" w14:textId="0588C6A3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Élément</w:t>
            </w:r>
            <w:r w:rsidR="00AE256A" w:rsidRPr="00616100">
              <w:rPr>
                <w:rFonts w:asciiTheme="majorHAnsi" w:hAnsiTheme="majorHAnsi" w:cstheme="majorHAnsi"/>
                <w:b/>
                <w:bCs/>
                <w:lang w:val="fr-FR"/>
              </w:rPr>
              <w:t>s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 xml:space="preserve"> à clarifier</w:t>
            </w:r>
          </w:p>
        </w:tc>
        <w:tc>
          <w:tcPr>
            <w:tcW w:w="1776" w:type="dxa"/>
          </w:tcPr>
          <w:p w14:paraId="61A0AB95" w14:textId="77777777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Échelle 1 à 5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br/>
              <w:t>(Clarté actuelle)</w:t>
            </w:r>
          </w:p>
        </w:tc>
        <w:tc>
          <w:tcPr>
            <w:tcW w:w="2976" w:type="dxa"/>
          </w:tcPr>
          <w:p w14:paraId="6BE35DB6" w14:textId="77777777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Quoi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br/>
              <w:t>(Ta réponse actuelle)</w:t>
            </w:r>
          </w:p>
        </w:tc>
        <w:tc>
          <w:tcPr>
            <w:tcW w:w="2552" w:type="dxa"/>
          </w:tcPr>
          <w:p w14:paraId="0C8F0AE7" w14:textId="77777777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Actions à poser / décisions à prendre</w:t>
            </w:r>
          </w:p>
        </w:tc>
      </w:tr>
      <w:tr w:rsidR="009307D1" w:rsidRPr="00616100" w14:paraId="00564809" w14:textId="77777777" w:rsidTr="00AE256A">
        <w:tc>
          <w:tcPr>
            <w:tcW w:w="2160" w:type="dxa"/>
          </w:tcPr>
          <w:p w14:paraId="6E6AB6B4" w14:textId="77777777" w:rsidR="009307D1" w:rsidRPr="00616100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Ta cible : son profil, ses problématiques, ses blocages, ses désirs…</w:t>
            </w:r>
          </w:p>
        </w:tc>
        <w:tc>
          <w:tcPr>
            <w:tcW w:w="1776" w:type="dxa"/>
          </w:tcPr>
          <w:p w14:paraId="0EF01C3E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2C782BF3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193AD050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5B602929" w14:textId="77777777" w:rsidTr="00AE256A">
        <w:tc>
          <w:tcPr>
            <w:tcW w:w="2160" w:type="dxa"/>
          </w:tcPr>
          <w:p w14:paraId="091632E0" w14:textId="77777777" w:rsidR="009307D1" w:rsidRPr="00616100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Ta promesse : résultat ou transformation que tu proposes</w:t>
            </w:r>
          </w:p>
        </w:tc>
        <w:tc>
          <w:tcPr>
            <w:tcW w:w="1776" w:type="dxa"/>
          </w:tcPr>
          <w:p w14:paraId="33AA784B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2DD5B0F3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79F23174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52F91CBF" w14:textId="77777777" w:rsidTr="00AE256A">
        <w:tc>
          <w:tcPr>
            <w:tcW w:w="2160" w:type="dxa"/>
          </w:tcPr>
          <w:p w14:paraId="1317EF6D" w14:textId="7E25B6A3" w:rsidR="003A0735" w:rsidRPr="00616100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Ton offre : tes solutions, tes méthodes pour y arriver + les étapes + le format + la durée + le prix…</w:t>
            </w:r>
          </w:p>
        </w:tc>
        <w:tc>
          <w:tcPr>
            <w:tcW w:w="1776" w:type="dxa"/>
          </w:tcPr>
          <w:p w14:paraId="1848E0CC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3EE4AE6D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66046DE7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7C04C1A3" w14:textId="77777777" w:rsidTr="00AE256A">
        <w:tc>
          <w:tcPr>
            <w:tcW w:w="2160" w:type="dxa"/>
          </w:tcPr>
          <w:p w14:paraId="39D09F75" w14:textId="77777777" w:rsidR="009307D1" w:rsidRPr="00616100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Ton unicité (ce qui te rend unique ou rend ton offre unique vs tes concurrents)</w:t>
            </w:r>
          </w:p>
        </w:tc>
        <w:tc>
          <w:tcPr>
            <w:tcW w:w="1776" w:type="dxa"/>
          </w:tcPr>
          <w:p w14:paraId="13821DB4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01BA3FD6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612FA61E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63DD37AB" w14:textId="77777777" w:rsidTr="00AE256A">
        <w:tc>
          <w:tcPr>
            <w:tcW w:w="2160" w:type="dxa"/>
          </w:tcPr>
          <w:p w14:paraId="5D857AE8" w14:textId="77777777" w:rsidR="009307D1" w:rsidRPr="00616100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Tes moyens de te faire connaître : payant / non payant + canaux de communication</w:t>
            </w:r>
          </w:p>
        </w:tc>
        <w:tc>
          <w:tcPr>
            <w:tcW w:w="1776" w:type="dxa"/>
          </w:tcPr>
          <w:p w14:paraId="64C8F750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0CC49A86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6D68ADB7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39A3FC62" w14:textId="77777777" w:rsidTr="00AE256A">
        <w:tc>
          <w:tcPr>
            <w:tcW w:w="2160" w:type="dxa"/>
          </w:tcPr>
          <w:p w14:paraId="38AD946E" w14:textId="77777777" w:rsidR="009307D1" w:rsidRPr="00616100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Ton parcours d’acquisition client : quelles étapes + quels canaux + si pub ou pas…</w:t>
            </w:r>
          </w:p>
        </w:tc>
        <w:tc>
          <w:tcPr>
            <w:tcW w:w="1776" w:type="dxa"/>
          </w:tcPr>
          <w:p w14:paraId="76241CB8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626EBA19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4CE649A4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</w:tbl>
    <w:p w14:paraId="63161357" w14:textId="1473158A" w:rsidR="00AE256A" w:rsidRPr="00616100" w:rsidRDefault="00AE256A">
      <w:pPr>
        <w:rPr>
          <w:rFonts w:asciiTheme="majorHAnsi" w:hAnsiTheme="majorHAnsi" w:cstheme="majorHAnsi"/>
          <w:lang w:val="fr-FR"/>
        </w:rPr>
      </w:pPr>
    </w:p>
    <w:p w14:paraId="1E0E0B9A" w14:textId="77777777" w:rsidR="00AE256A" w:rsidRPr="00616100" w:rsidRDefault="00AE256A">
      <w:pPr>
        <w:rPr>
          <w:rFonts w:asciiTheme="majorHAnsi" w:hAnsiTheme="majorHAnsi" w:cstheme="majorHAnsi"/>
          <w:lang w:val="fr-FR"/>
        </w:rPr>
      </w:pPr>
      <w:r w:rsidRPr="00616100">
        <w:rPr>
          <w:rFonts w:asciiTheme="majorHAnsi" w:hAnsiTheme="majorHAnsi" w:cstheme="majorHAnsi"/>
          <w:lang w:val="fr-FR"/>
        </w:rPr>
        <w:br w:type="page"/>
      </w:r>
    </w:p>
    <w:p w14:paraId="60F0E558" w14:textId="3802B3B2" w:rsidR="009307D1" w:rsidRPr="00616100" w:rsidRDefault="00070920">
      <w:pPr>
        <w:pStyle w:val="Titre1"/>
        <w:rPr>
          <w:rFonts w:cstheme="majorHAnsi"/>
          <w:color w:val="00B0F0"/>
          <w:lang w:val="fr-FR"/>
        </w:rPr>
      </w:pPr>
      <w:r w:rsidRPr="00616100">
        <w:rPr>
          <w:rFonts w:ascii="Segoe UI Emoji" w:hAnsi="Segoe UI Emoji" w:cs="Segoe UI Emoji"/>
          <w:color w:val="000000" w:themeColor="text1"/>
          <w:lang w:val="fr-FR"/>
        </w:rPr>
        <w:lastRenderedPageBreak/>
        <w:t>🔨</w:t>
      </w:r>
      <w:r w:rsidRPr="00616100">
        <w:rPr>
          <w:rFonts w:cstheme="majorHAnsi"/>
          <w:color w:val="00B0F0"/>
          <w:lang w:val="fr-FR"/>
        </w:rPr>
        <w:t xml:space="preserve"> TES RESSOURCES</w:t>
      </w:r>
      <w:r w:rsidR="00AE256A" w:rsidRPr="00616100">
        <w:rPr>
          <w:rFonts w:cstheme="majorHAnsi"/>
          <w:color w:val="00B0F0"/>
          <w:lang w:val="fr-FR"/>
        </w:rPr>
        <w:t xml:space="preserve"> </w:t>
      </w:r>
      <w:r w:rsidR="00D37AC7" w:rsidRPr="00616100">
        <w:rPr>
          <w:rFonts w:cstheme="majorHAnsi"/>
          <w:color w:val="00B0F0"/>
          <w:lang w:val="fr-FR"/>
        </w:rPr>
        <w:t>–</w:t>
      </w:r>
      <w:r w:rsidR="00AE256A" w:rsidRPr="00616100">
        <w:rPr>
          <w:rFonts w:cstheme="majorHAnsi"/>
          <w:color w:val="00B0F0"/>
          <w:lang w:val="fr-FR"/>
        </w:rPr>
        <w:t xml:space="preserve"> </w:t>
      </w:r>
      <w:r w:rsidR="00D37AC7" w:rsidRPr="00616100">
        <w:rPr>
          <w:rFonts w:cstheme="majorHAnsi"/>
          <w:color w:val="00B0F0"/>
          <w:lang w:val="fr-FR"/>
        </w:rPr>
        <w:t xml:space="preserve">avec quoi tu le fais 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76"/>
        <w:gridCol w:w="2976"/>
        <w:gridCol w:w="2552"/>
      </w:tblGrid>
      <w:tr w:rsidR="009307D1" w:rsidRPr="00616100" w14:paraId="03D6EBF6" w14:textId="77777777" w:rsidTr="00AE256A">
        <w:tc>
          <w:tcPr>
            <w:tcW w:w="2160" w:type="dxa"/>
          </w:tcPr>
          <w:p w14:paraId="149B3AA9" w14:textId="2B14B07E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Élément</w:t>
            </w:r>
            <w:r w:rsidR="00AE256A" w:rsidRPr="00616100">
              <w:rPr>
                <w:rFonts w:asciiTheme="majorHAnsi" w:hAnsiTheme="majorHAnsi" w:cstheme="majorHAnsi"/>
                <w:b/>
                <w:bCs/>
                <w:lang w:val="fr-FR"/>
              </w:rPr>
              <w:t>s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 xml:space="preserve"> à clarifier</w:t>
            </w:r>
          </w:p>
        </w:tc>
        <w:tc>
          <w:tcPr>
            <w:tcW w:w="1776" w:type="dxa"/>
          </w:tcPr>
          <w:p w14:paraId="22262922" w14:textId="77777777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Échelle 1 à 5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br/>
              <w:t>(Clarté actuelle)</w:t>
            </w:r>
          </w:p>
        </w:tc>
        <w:tc>
          <w:tcPr>
            <w:tcW w:w="2976" w:type="dxa"/>
          </w:tcPr>
          <w:p w14:paraId="2D04B89F" w14:textId="77777777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Quoi</w:t>
            </w: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br/>
              <w:t>(Ta réponse actuelle)</w:t>
            </w:r>
          </w:p>
        </w:tc>
        <w:tc>
          <w:tcPr>
            <w:tcW w:w="2552" w:type="dxa"/>
          </w:tcPr>
          <w:p w14:paraId="292B793D" w14:textId="77777777" w:rsidR="009307D1" w:rsidRPr="00616100" w:rsidRDefault="00000000">
            <w:pPr>
              <w:rPr>
                <w:rFonts w:asciiTheme="majorHAnsi" w:hAnsiTheme="majorHAnsi" w:cstheme="majorHAnsi"/>
                <w:b/>
                <w:bCs/>
                <w:lang w:val="fr-FR"/>
              </w:rPr>
            </w:pPr>
            <w:r w:rsidRPr="00616100">
              <w:rPr>
                <w:rFonts w:asciiTheme="majorHAnsi" w:hAnsiTheme="majorHAnsi" w:cstheme="majorHAnsi"/>
                <w:b/>
                <w:bCs/>
                <w:lang w:val="fr-FR"/>
              </w:rPr>
              <w:t>Actions à poser / décisions à prendre</w:t>
            </w:r>
          </w:p>
        </w:tc>
      </w:tr>
      <w:tr w:rsidR="009307D1" w:rsidRPr="00616100" w14:paraId="5A425ACC" w14:textId="77777777" w:rsidTr="00AE256A">
        <w:tc>
          <w:tcPr>
            <w:tcW w:w="2160" w:type="dxa"/>
          </w:tcPr>
          <w:p w14:paraId="7B71A470" w14:textId="77777777" w:rsidR="009307D1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Tes outils pour mener à bien ton activité</w:t>
            </w:r>
          </w:p>
          <w:p w14:paraId="6726E4D4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776" w:type="dxa"/>
          </w:tcPr>
          <w:p w14:paraId="5A257626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6A32878A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2F869D03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5B9E2721" w14:textId="77777777" w:rsidTr="00AE256A">
        <w:tc>
          <w:tcPr>
            <w:tcW w:w="2160" w:type="dxa"/>
          </w:tcPr>
          <w:p w14:paraId="0C918483" w14:textId="77777777" w:rsidR="009307D1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Ton temps de travail, ton organisation, ton planning idéal…</w:t>
            </w:r>
          </w:p>
          <w:p w14:paraId="3EA234BA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776" w:type="dxa"/>
          </w:tcPr>
          <w:p w14:paraId="6FCD9DA2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3E25366E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34A5E710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6FD7CD01" w14:textId="77777777" w:rsidTr="00AE256A">
        <w:tc>
          <w:tcPr>
            <w:tcW w:w="2160" w:type="dxa"/>
          </w:tcPr>
          <w:p w14:paraId="0D45EA26" w14:textId="77777777" w:rsidR="009307D1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Les compétences à développer</w:t>
            </w:r>
          </w:p>
          <w:p w14:paraId="5D50006B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776" w:type="dxa"/>
          </w:tcPr>
          <w:p w14:paraId="612CE422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1238CF56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2876C7B2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1B585732" w14:textId="77777777" w:rsidTr="00AE256A">
        <w:tc>
          <w:tcPr>
            <w:tcW w:w="2160" w:type="dxa"/>
          </w:tcPr>
          <w:p w14:paraId="4E1FC7A9" w14:textId="77777777" w:rsidR="009307D1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Le budget que tu alloues à tes ressources / outils / formation…</w:t>
            </w:r>
          </w:p>
          <w:p w14:paraId="44E09B4B" w14:textId="77777777" w:rsidR="003A0735" w:rsidRPr="00616100" w:rsidRDefault="003A0735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1776" w:type="dxa"/>
          </w:tcPr>
          <w:p w14:paraId="77B276DE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14870EB3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1C4B99CF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  <w:tr w:rsidR="009307D1" w:rsidRPr="00616100" w14:paraId="2A781B49" w14:textId="77777777" w:rsidTr="00AE256A">
        <w:tc>
          <w:tcPr>
            <w:tcW w:w="2160" w:type="dxa"/>
          </w:tcPr>
          <w:p w14:paraId="2715C719" w14:textId="77777777" w:rsidR="009307D1" w:rsidRPr="00616100" w:rsidRDefault="00000000">
            <w:pPr>
              <w:rPr>
                <w:rFonts w:asciiTheme="majorHAnsi" w:hAnsiTheme="majorHAnsi" w:cstheme="majorHAnsi"/>
                <w:lang w:val="fr-FR"/>
              </w:rPr>
            </w:pPr>
            <w:r w:rsidRPr="00616100">
              <w:rPr>
                <w:rFonts w:asciiTheme="majorHAnsi" w:hAnsiTheme="majorHAnsi" w:cstheme="majorHAnsi"/>
                <w:lang w:val="fr-FR"/>
              </w:rPr>
              <w:t>Tes indicateurs de pilotage (KPI) : nb de prospects/clients par mois, coût d’acquisition clients, ton temps de travail… La fréquence de suivi.</w:t>
            </w:r>
          </w:p>
        </w:tc>
        <w:tc>
          <w:tcPr>
            <w:tcW w:w="1776" w:type="dxa"/>
          </w:tcPr>
          <w:p w14:paraId="0983CAD3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976" w:type="dxa"/>
          </w:tcPr>
          <w:p w14:paraId="2008B1BC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  <w:tc>
          <w:tcPr>
            <w:tcW w:w="2552" w:type="dxa"/>
          </w:tcPr>
          <w:p w14:paraId="08972BCD" w14:textId="77777777" w:rsidR="009307D1" w:rsidRPr="00616100" w:rsidRDefault="009307D1">
            <w:pPr>
              <w:rPr>
                <w:rFonts w:asciiTheme="majorHAnsi" w:hAnsiTheme="majorHAnsi" w:cstheme="majorHAnsi"/>
                <w:lang w:val="fr-FR"/>
              </w:rPr>
            </w:pPr>
          </w:p>
        </w:tc>
      </w:tr>
    </w:tbl>
    <w:p w14:paraId="5CBB81C1" w14:textId="77777777" w:rsidR="009307D1" w:rsidRPr="00616100" w:rsidRDefault="009307D1">
      <w:pPr>
        <w:rPr>
          <w:rFonts w:asciiTheme="majorHAnsi" w:hAnsiTheme="majorHAnsi" w:cstheme="majorHAnsi"/>
          <w:lang w:val="fr-FR"/>
        </w:rPr>
      </w:pPr>
    </w:p>
    <w:sectPr w:rsidR="009307D1" w:rsidRPr="00616100" w:rsidSect="00AE256A">
      <w:footerReference w:type="default" r:id="rId8"/>
      <w:pgSz w:w="12240" w:h="15840"/>
      <w:pgMar w:top="1418" w:right="1418" w:bottom="136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D6262" w14:textId="77777777" w:rsidR="00D25A04" w:rsidRDefault="00D25A04" w:rsidP="009F0B92">
      <w:pPr>
        <w:spacing w:after="0" w:line="240" w:lineRule="auto"/>
      </w:pPr>
      <w:r>
        <w:separator/>
      </w:r>
    </w:p>
  </w:endnote>
  <w:endnote w:type="continuationSeparator" w:id="0">
    <w:p w14:paraId="1EF3F955" w14:textId="77777777" w:rsidR="00D25A04" w:rsidRDefault="00D25A04" w:rsidP="009F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7ADE" w14:textId="4591BFB8" w:rsidR="009F0B92" w:rsidRDefault="009F0B92">
    <w:pPr>
      <w:pStyle w:val="Pieddepage"/>
    </w:pPr>
    <w:r w:rsidRPr="00725ABC">
      <w:rPr>
        <w:noProof/>
      </w:rPr>
      <w:drawing>
        <wp:inline distT="0" distB="0" distL="0" distR="0" wp14:anchorId="0374C87E" wp14:editId="3818DBFF">
          <wp:extent cx="5791835" cy="506433"/>
          <wp:effectExtent l="0" t="0" r="0" b="825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1835" cy="506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8DC1A" w14:textId="77777777" w:rsidR="00D25A04" w:rsidRDefault="00D25A04" w:rsidP="009F0B92">
      <w:pPr>
        <w:spacing w:after="0" w:line="240" w:lineRule="auto"/>
      </w:pPr>
      <w:r>
        <w:separator/>
      </w:r>
    </w:p>
  </w:footnote>
  <w:footnote w:type="continuationSeparator" w:id="0">
    <w:p w14:paraId="468E4492" w14:textId="77777777" w:rsidR="00D25A04" w:rsidRDefault="00D25A04" w:rsidP="009F0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3629939">
    <w:abstractNumId w:val="8"/>
  </w:num>
  <w:num w:numId="2" w16cid:durableId="253824221">
    <w:abstractNumId w:val="6"/>
  </w:num>
  <w:num w:numId="3" w16cid:durableId="2089617654">
    <w:abstractNumId w:val="5"/>
  </w:num>
  <w:num w:numId="4" w16cid:durableId="1971127588">
    <w:abstractNumId w:val="4"/>
  </w:num>
  <w:num w:numId="5" w16cid:durableId="1039235120">
    <w:abstractNumId w:val="7"/>
  </w:num>
  <w:num w:numId="6" w16cid:durableId="1197306007">
    <w:abstractNumId w:val="3"/>
  </w:num>
  <w:num w:numId="7" w16cid:durableId="1154837740">
    <w:abstractNumId w:val="2"/>
  </w:num>
  <w:num w:numId="8" w16cid:durableId="2072776517">
    <w:abstractNumId w:val="1"/>
  </w:num>
  <w:num w:numId="9" w16cid:durableId="967130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920"/>
    <w:rsid w:val="0015074B"/>
    <w:rsid w:val="0029639D"/>
    <w:rsid w:val="00326F90"/>
    <w:rsid w:val="00365A50"/>
    <w:rsid w:val="003A0735"/>
    <w:rsid w:val="00616100"/>
    <w:rsid w:val="00776DF2"/>
    <w:rsid w:val="008E785E"/>
    <w:rsid w:val="009307D1"/>
    <w:rsid w:val="009F0B92"/>
    <w:rsid w:val="00AA1D8D"/>
    <w:rsid w:val="00AE256A"/>
    <w:rsid w:val="00B47730"/>
    <w:rsid w:val="00CB0664"/>
    <w:rsid w:val="00D25A04"/>
    <w:rsid w:val="00D37AC7"/>
    <w:rsid w:val="00DA3487"/>
    <w:rsid w:val="00F940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78593"/>
  <w14:defaultImageDpi w14:val="300"/>
  <w15:docId w15:val="{9489D07D-DA11-4C8E-AE23-368F11AB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DELPHINE SANDRIN</cp:lastModifiedBy>
  <cp:revision>7</cp:revision>
  <dcterms:created xsi:type="dcterms:W3CDTF">2025-07-30T13:43:00Z</dcterms:created>
  <dcterms:modified xsi:type="dcterms:W3CDTF">2025-08-22T13:43:00Z</dcterms:modified>
  <cp:category/>
</cp:coreProperties>
</file>