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EB8FD4" w14:textId="73AEE13A" w:rsidR="00F37110" w:rsidRPr="002423BE" w:rsidRDefault="00F37110" w:rsidP="00F37110">
      <w:pPr>
        <w:jc w:val="center"/>
        <w:rPr>
          <w:rFonts w:ascii="Baskerville Old Face" w:hAnsi="Baskerville Old Face"/>
          <w:b/>
          <w:color w:val="B98F35"/>
          <w:sz w:val="32"/>
          <w:szCs w:val="32"/>
          <w:lang w:val="es-MX"/>
        </w:rPr>
      </w:pPr>
      <w:r w:rsidRPr="002423BE">
        <w:rPr>
          <w:rFonts w:ascii="Baskerville Old Face" w:hAnsi="Baskerville Old Face"/>
          <w:b/>
          <w:color w:val="B98F35"/>
          <w:sz w:val="32"/>
          <w:szCs w:val="32"/>
          <w:lang w:val="es-MX"/>
        </w:rPr>
        <w:t>CERTIFICACIÓN INTERNACIONAL EN TERAPIA</w:t>
      </w:r>
      <w:r w:rsidRPr="002423BE">
        <w:rPr>
          <w:rFonts w:ascii="Baskerville Old Face" w:hAnsi="Baskerville Old Face"/>
          <w:b/>
          <w:color w:val="B98F35"/>
          <w:sz w:val="32"/>
          <w:szCs w:val="32"/>
          <w:lang w:val="es-MX"/>
        </w:rPr>
        <w:t>S</w:t>
      </w:r>
      <w:r w:rsidRPr="002423BE">
        <w:rPr>
          <w:rFonts w:ascii="Baskerville Old Face" w:hAnsi="Baskerville Old Face"/>
          <w:b/>
          <w:color w:val="B98F35"/>
          <w:sz w:val="32"/>
          <w:szCs w:val="32"/>
          <w:lang w:val="es-MX"/>
        </w:rPr>
        <w:t xml:space="preserve"> Y COACHING ANGELICAL</w:t>
      </w:r>
    </w:p>
    <w:p w14:paraId="5F24FB94" w14:textId="77777777" w:rsidR="00F37110" w:rsidRPr="00F37110" w:rsidRDefault="00F37110" w:rsidP="00F37110">
      <w:pPr>
        <w:jc w:val="center"/>
        <w:rPr>
          <w:rFonts w:ascii="Baskerville Old Face" w:hAnsi="Baskerville Old Face"/>
          <w:color w:val="000000" w:themeColor="text1"/>
          <w:sz w:val="24"/>
          <w:szCs w:val="24"/>
          <w:lang w:val="es-MX"/>
        </w:rPr>
      </w:pPr>
      <w:r w:rsidRPr="00F37110">
        <w:rPr>
          <w:rFonts w:ascii="Baskerville Old Face" w:hAnsi="Baskerville Old Face"/>
          <w:color w:val="000000" w:themeColor="text1"/>
          <w:sz w:val="24"/>
          <w:szCs w:val="24"/>
          <w:lang w:val="es-MX"/>
        </w:rPr>
        <w:t>Universo Holístico MX</w:t>
      </w:r>
      <w:r w:rsidRPr="00F37110">
        <w:rPr>
          <w:rFonts w:ascii="Baskerville Old Face" w:hAnsi="Baskerville Old Face"/>
          <w:color w:val="000000" w:themeColor="text1"/>
          <w:sz w:val="24"/>
          <w:szCs w:val="24"/>
          <w:lang w:val="es-MX"/>
        </w:rPr>
        <w:br/>
        <w:t>Escuela Internacional de Desarrollo Humano</w:t>
      </w:r>
      <w:r w:rsidRPr="00F37110">
        <w:rPr>
          <w:rFonts w:ascii="Baskerville Old Face" w:hAnsi="Baskerville Old Face"/>
          <w:color w:val="B98F34"/>
          <w:sz w:val="24"/>
          <w:szCs w:val="24"/>
          <w:lang w:val="es-MX"/>
        </w:rPr>
        <w:t xml:space="preserve"> </w:t>
      </w:r>
      <w:r w:rsidRPr="00F37110">
        <w:rPr>
          <w:rFonts w:ascii="Baskerville Old Face" w:hAnsi="Baskerville Old Face"/>
          <w:color w:val="000000" w:themeColor="text1"/>
          <w:sz w:val="24"/>
          <w:szCs w:val="24"/>
          <w:lang w:val="es-MX"/>
        </w:rPr>
        <w:t>y Psicología</w:t>
      </w:r>
    </w:p>
    <w:p w14:paraId="40D3289C" w14:textId="77777777" w:rsidR="002423BE" w:rsidRDefault="00F37110" w:rsidP="002423BE">
      <w:pPr>
        <w:jc w:val="center"/>
        <w:rPr>
          <w:rFonts w:ascii="Baskerville Old Face" w:hAnsi="Baskerville Old Face"/>
          <w:color w:val="000000" w:themeColor="text1"/>
          <w:sz w:val="24"/>
          <w:szCs w:val="24"/>
          <w:lang w:val="es-MX"/>
        </w:rPr>
      </w:pPr>
      <w:hyperlink r:id="rId8" w:history="1">
        <w:r w:rsidRPr="00F37110">
          <w:rPr>
            <w:rStyle w:val="Hipervnculo"/>
            <w:rFonts w:ascii="Baskerville Old Face" w:hAnsi="Baskerville Old Face"/>
            <w:sz w:val="24"/>
            <w:szCs w:val="24"/>
            <w:lang w:val="es-MX"/>
          </w:rPr>
          <w:t>www.universoholistico</w:t>
        </w:r>
        <w:r w:rsidRPr="00F37110">
          <w:rPr>
            <w:rStyle w:val="Hipervnculo"/>
            <w:rFonts w:ascii="Baskerville Old Face" w:hAnsi="Baskerville Old Face"/>
            <w:b/>
            <w:bCs/>
            <w:sz w:val="24"/>
            <w:szCs w:val="24"/>
            <w:lang w:val="es-MX"/>
          </w:rPr>
          <w:t>mx</w:t>
        </w:r>
        <w:r w:rsidRPr="00F37110">
          <w:rPr>
            <w:rStyle w:val="Hipervnculo"/>
            <w:rFonts w:ascii="Baskerville Old Face" w:hAnsi="Baskerville Old Face"/>
            <w:sz w:val="24"/>
            <w:szCs w:val="24"/>
            <w:lang w:val="es-MX"/>
          </w:rPr>
          <w:t>.com</w:t>
        </w:r>
      </w:hyperlink>
      <w:r>
        <w:rPr>
          <w:rFonts w:ascii="Baskerville Old Face" w:hAnsi="Baskerville Old Face"/>
          <w:color w:val="B98F34"/>
          <w:sz w:val="24"/>
          <w:szCs w:val="24"/>
          <w:lang w:val="es-MX"/>
        </w:rPr>
        <w:t xml:space="preserve"> </w:t>
      </w:r>
      <w:r w:rsidRPr="00F37110">
        <w:rPr>
          <w:rFonts w:ascii="Baskerville Old Face" w:hAnsi="Baskerville Old Face"/>
          <w:color w:val="000000" w:themeColor="text1"/>
          <w:sz w:val="24"/>
          <w:szCs w:val="24"/>
          <w:lang w:val="es-MX"/>
        </w:rPr>
        <w:t>Whatsapp: +52-55-44-57-31-49</w:t>
      </w:r>
    </w:p>
    <w:p w14:paraId="7F1A293F" w14:textId="10379EC8" w:rsidR="00F37110" w:rsidRPr="002423BE" w:rsidRDefault="00F37110" w:rsidP="002423BE">
      <w:pPr>
        <w:jc w:val="center"/>
        <w:rPr>
          <w:rFonts w:ascii="Baskerville Old Face" w:hAnsi="Baskerville Old Face"/>
          <w:b/>
          <w:bCs/>
          <w:color w:val="B98F34"/>
          <w:sz w:val="24"/>
          <w:szCs w:val="24"/>
          <w:lang w:val="es-MX"/>
        </w:rPr>
      </w:pPr>
      <w:r w:rsidRPr="002423BE">
        <w:rPr>
          <w:rFonts w:ascii="Times New Roman" w:hAnsi="Times New Roman" w:cs="Times New Roman"/>
          <w:b/>
          <w:bCs/>
          <w:color w:val="000000" w:themeColor="text1"/>
          <w:u w:val="single"/>
          <w:lang w:val="es-MX"/>
        </w:rPr>
        <w:t>FORMATO DE INSCRIPCIÓN A LA CERTIFICACIÓN</w:t>
      </w:r>
    </w:p>
    <w:p w14:paraId="26559570" w14:textId="26F65086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 xml:space="preserve">Nombre del programa: </w:t>
      </w:r>
      <w:r w:rsidRPr="00F37110">
        <w:rPr>
          <w:rFonts w:ascii="Times New Roman" w:hAnsi="Times New Roman" w:cs="Times New Roman"/>
          <w:lang w:val="es-MX"/>
        </w:rPr>
        <w:t xml:space="preserve"> Certificación Internacional en </w:t>
      </w:r>
      <w:r w:rsidR="002423BE">
        <w:rPr>
          <w:rFonts w:ascii="Times New Roman" w:hAnsi="Times New Roman" w:cs="Times New Roman"/>
          <w:lang w:val="es-MX"/>
        </w:rPr>
        <w:t>T</w:t>
      </w:r>
      <w:r w:rsidRPr="00F37110">
        <w:rPr>
          <w:rFonts w:ascii="Times New Roman" w:hAnsi="Times New Roman" w:cs="Times New Roman"/>
          <w:lang w:val="es-MX"/>
        </w:rPr>
        <w:t xml:space="preserve">erapias y </w:t>
      </w:r>
      <w:r w:rsidR="002423BE">
        <w:rPr>
          <w:rFonts w:ascii="Times New Roman" w:hAnsi="Times New Roman" w:cs="Times New Roman"/>
          <w:lang w:val="es-MX"/>
        </w:rPr>
        <w:t>C</w:t>
      </w:r>
      <w:r w:rsidRPr="00F37110">
        <w:rPr>
          <w:rFonts w:ascii="Times New Roman" w:hAnsi="Times New Roman" w:cs="Times New Roman"/>
          <w:lang w:val="es-MX"/>
        </w:rPr>
        <w:t xml:space="preserve">oaching </w:t>
      </w:r>
      <w:r w:rsidR="002423BE">
        <w:rPr>
          <w:rFonts w:ascii="Times New Roman" w:hAnsi="Times New Roman" w:cs="Times New Roman"/>
          <w:lang w:val="es-MX"/>
        </w:rPr>
        <w:t>A</w:t>
      </w:r>
      <w:r w:rsidRPr="00F37110">
        <w:rPr>
          <w:rFonts w:ascii="Times New Roman" w:hAnsi="Times New Roman" w:cs="Times New Roman"/>
          <w:lang w:val="es-MX"/>
        </w:rPr>
        <w:t>ngelical.</w:t>
      </w:r>
    </w:p>
    <w:p w14:paraId="3C529E96" w14:textId="4C43FFD0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 xml:space="preserve">Facilitadora: </w:t>
      </w:r>
      <w:r w:rsidRPr="00F37110">
        <w:rPr>
          <w:rFonts w:ascii="Times New Roman" w:hAnsi="Times New Roman" w:cs="Times New Roman"/>
          <w:lang w:val="es-MX"/>
        </w:rPr>
        <w:t>Lic.</w:t>
      </w:r>
      <w:r w:rsidRPr="00F37110">
        <w:rPr>
          <w:rFonts w:ascii="Times New Roman" w:hAnsi="Times New Roman" w:cs="Times New Roman"/>
          <w:lang w:val="es-MX"/>
        </w:rPr>
        <w:t>Mariella Viazcán</w:t>
      </w:r>
    </w:p>
    <w:p w14:paraId="489AC379" w14:textId="437F3A88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 xml:space="preserve">Duración del programa: </w:t>
      </w:r>
      <w:r w:rsidRPr="00F37110">
        <w:rPr>
          <w:rFonts w:ascii="Times New Roman" w:hAnsi="Times New Roman" w:cs="Times New Roman"/>
          <w:lang w:val="es-MX"/>
        </w:rPr>
        <w:t>5 meses</w:t>
      </w:r>
    </w:p>
    <w:p w14:paraId="71A6E9B5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 xml:space="preserve">Fecha de inicio: </w:t>
      </w:r>
      <w:r w:rsidRPr="00F37110">
        <w:rPr>
          <w:rFonts w:ascii="Times New Roman" w:hAnsi="Times New Roman" w:cs="Times New Roman"/>
          <w:lang w:val="es-MX"/>
        </w:rPr>
        <w:t>Miércoles 19 de noviembre de 2025</w:t>
      </w:r>
    </w:p>
    <w:p w14:paraId="4EDB1146" w14:textId="54130758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Duración: 21 semanas</w:t>
      </w:r>
    </w:p>
    <w:p w14:paraId="5EDE27FD" w14:textId="64F2D141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Frecuencia: 1 clase semanal cada miércoles a las 20:00 hrs, hora de CDMX</w:t>
      </w:r>
    </w:p>
    <w:p w14:paraId="45328013" w14:textId="00DAA44F" w:rsidR="00F37110" w:rsidRPr="00F37110" w:rsidRDefault="00F37110" w:rsidP="00F37110">
      <w:pPr>
        <w:pStyle w:val="Ttulo2"/>
        <w:rPr>
          <w:rFonts w:ascii="Times New Roman" w:hAnsi="Times New Roman" w:cs="Times New Roman"/>
          <w:color w:val="000000" w:themeColor="text1"/>
          <w:lang w:val="es-MX"/>
        </w:rPr>
      </w:pPr>
      <w:r w:rsidRPr="00F37110">
        <w:rPr>
          <w:rFonts w:ascii="Times New Roman" w:hAnsi="Times New Roman" w:cs="Times New Roman"/>
          <w:color w:val="000000" w:themeColor="text1"/>
          <w:lang w:val="es-MX"/>
        </w:rPr>
        <w:t>DATOS PERSONALES DEL PARTICIPANTE</w:t>
      </w:r>
    </w:p>
    <w:p w14:paraId="3D6823FB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Nombre completo: ___________________________________________</w:t>
      </w:r>
    </w:p>
    <w:p w14:paraId="5F392E2C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Fecha de nacimiento: ___________________________________________</w:t>
      </w:r>
    </w:p>
    <w:p w14:paraId="2FAD2D98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Teléfono / WhatsApp: ___________________________________________</w:t>
      </w:r>
    </w:p>
    <w:p w14:paraId="21BAF15E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Correo electrónico: ___________________________________________</w:t>
      </w:r>
    </w:p>
    <w:p w14:paraId="1BCA7220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Ciudad y país de residencia: ___________________________________________</w:t>
      </w:r>
    </w:p>
    <w:p w14:paraId="4088FA56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Ocupación actual: ___________________________________________</w:t>
      </w:r>
    </w:p>
    <w:p w14:paraId="61F87E5F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Red social (opcional): ___________________________________________</w:t>
      </w:r>
    </w:p>
    <w:p w14:paraId="1514E725" w14:textId="77777777" w:rsidR="00F37110" w:rsidRPr="00F37110" w:rsidRDefault="00F37110" w:rsidP="00F37110">
      <w:pPr>
        <w:pStyle w:val="Ttulo2"/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DATOS ADMINISTRATIVOS</w:t>
      </w:r>
    </w:p>
    <w:p w14:paraId="5DF427BE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 xml:space="preserve">Modalidad: </w:t>
      </w:r>
      <w:r w:rsidRPr="00F37110">
        <w:rPr>
          <w:rFonts w:ascii="Segoe UI Symbol" w:hAnsi="Segoe UI Symbol" w:cs="Segoe UI Symbol"/>
          <w:lang w:val="es-MX"/>
        </w:rPr>
        <w:t>☐</w:t>
      </w:r>
      <w:r w:rsidRPr="00F37110">
        <w:rPr>
          <w:rFonts w:ascii="Times New Roman" w:hAnsi="Times New Roman" w:cs="Times New Roman"/>
          <w:lang w:val="es-MX"/>
        </w:rPr>
        <w:t xml:space="preserve"> Presencial    </w:t>
      </w:r>
      <w:r w:rsidRPr="00F37110">
        <w:rPr>
          <w:rFonts w:ascii="Segoe UI Symbol" w:hAnsi="Segoe UI Symbol" w:cs="Segoe UI Symbol"/>
          <w:highlight w:val="yellow"/>
          <w:lang w:val="es-MX"/>
        </w:rPr>
        <w:t>☐</w:t>
      </w:r>
      <w:r w:rsidRPr="00F37110">
        <w:rPr>
          <w:rFonts w:ascii="Times New Roman" w:hAnsi="Times New Roman" w:cs="Times New Roman"/>
          <w:lang w:val="es-MX"/>
        </w:rPr>
        <w:t xml:space="preserve"> En línea</w:t>
      </w:r>
    </w:p>
    <w:p w14:paraId="7AA591CA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 xml:space="preserve">Forma de pago: </w:t>
      </w:r>
      <w:r w:rsidRPr="00F37110">
        <w:rPr>
          <w:rFonts w:ascii="Segoe UI Symbol" w:hAnsi="Segoe UI Symbol" w:cs="Segoe UI Symbol"/>
          <w:lang w:val="es-MX"/>
        </w:rPr>
        <w:t>☐</w:t>
      </w:r>
      <w:r w:rsidRPr="00F37110">
        <w:rPr>
          <w:rFonts w:ascii="Times New Roman" w:hAnsi="Times New Roman" w:cs="Times New Roman"/>
          <w:lang w:val="es-MX"/>
        </w:rPr>
        <w:t xml:space="preserve"> Efectivo    </w:t>
      </w:r>
      <w:r w:rsidRPr="00F37110">
        <w:rPr>
          <w:rFonts w:ascii="Segoe UI Symbol" w:hAnsi="Segoe UI Symbol" w:cs="Segoe UI Symbol"/>
          <w:lang w:val="es-MX"/>
        </w:rPr>
        <w:t>☐</w:t>
      </w:r>
      <w:r w:rsidRPr="00F37110">
        <w:rPr>
          <w:rFonts w:ascii="Times New Roman" w:hAnsi="Times New Roman" w:cs="Times New Roman"/>
          <w:lang w:val="es-MX"/>
        </w:rPr>
        <w:t xml:space="preserve"> Transferencia    </w:t>
      </w:r>
      <w:r w:rsidRPr="00F37110">
        <w:rPr>
          <w:rFonts w:ascii="Segoe UI Symbol" w:hAnsi="Segoe UI Symbol" w:cs="Segoe UI Symbol"/>
          <w:lang w:val="es-MX"/>
        </w:rPr>
        <w:t>☐</w:t>
      </w:r>
      <w:r w:rsidRPr="00F37110">
        <w:rPr>
          <w:rFonts w:ascii="Times New Roman" w:hAnsi="Times New Roman" w:cs="Times New Roman"/>
          <w:lang w:val="es-MX"/>
        </w:rPr>
        <w:t xml:space="preserve"> Tarjeta    </w:t>
      </w:r>
      <w:r w:rsidRPr="00F37110">
        <w:rPr>
          <w:rFonts w:ascii="Segoe UI Symbol" w:hAnsi="Segoe UI Symbol" w:cs="Segoe UI Symbol"/>
          <w:lang w:val="es-MX"/>
        </w:rPr>
        <w:t>☐</w:t>
      </w:r>
      <w:r w:rsidRPr="00F37110">
        <w:rPr>
          <w:rFonts w:ascii="Times New Roman" w:hAnsi="Times New Roman" w:cs="Times New Roman"/>
          <w:lang w:val="es-MX"/>
        </w:rPr>
        <w:t xml:space="preserve"> Otro: _______________</w:t>
      </w:r>
    </w:p>
    <w:p w14:paraId="3CD6F68F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Monto total del programa: $_________________</w:t>
      </w:r>
    </w:p>
    <w:p w14:paraId="1DBD8F50" w14:textId="6FE448A3" w:rsidR="00F37110" w:rsidRDefault="002423BE" w:rsidP="00F37110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Inscripción</w:t>
      </w:r>
      <w:r w:rsidR="00F37110" w:rsidRPr="00F37110">
        <w:rPr>
          <w:rFonts w:ascii="Times New Roman" w:hAnsi="Times New Roman" w:cs="Times New Roman"/>
          <w:lang w:val="es-MX"/>
        </w:rPr>
        <w:t>: $_________________</w:t>
      </w:r>
    </w:p>
    <w:p w14:paraId="23C379C5" w14:textId="569B8E9C" w:rsidR="002423BE" w:rsidRPr="00F37110" w:rsidRDefault="002423BE" w:rsidP="00F37110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Anticipo: $ ________________</w:t>
      </w:r>
    </w:p>
    <w:p w14:paraId="0C2FAEDB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Fecha de pago: ___________________</w:t>
      </w:r>
    </w:p>
    <w:p w14:paraId="1C53C347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Plan de pagos (si aplica): __________________________________________</w:t>
      </w:r>
    </w:p>
    <w:p w14:paraId="54774BB7" w14:textId="77777777" w:rsidR="00F37110" w:rsidRPr="002423BE" w:rsidRDefault="00F37110" w:rsidP="00F37110">
      <w:pPr>
        <w:pStyle w:val="Ttulo2"/>
        <w:rPr>
          <w:rFonts w:ascii="Times New Roman" w:hAnsi="Times New Roman" w:cs="Times New Roman"/>
          <w:color w:val="000000" w:themeColor="text1"/>
          <w:lang w:val="es-MX"/>
        </w:rPr>
      </w:pPr>
      <w:r w:rsidRPr="002423BE">
        <w:rPr>
          <w:rFonts w:ascii="Times New Roman" w:hAnsi="Times New Roman" w:cs="Times New Roman"/>
          <w:color w:val="000000" w:themeColor="text1"/>
          <w:lang w:val="es-MX"/>
        </w:rPr>
        <w:lastRenderedPageBreak/>
        <w:t>COMPROMISO DEL PARTICIPANTE</w:t>
      </w:r>
    </w:p>
    <w:p w14:paraId="7FA08BE9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Declaro haber leído y comprendido la información referente al programa de certificación.</w:t>
      </w:r>
      <w:r w:rsidRPr="00F37110">
        <w:rPr>
          <w:rFonts w:ascii="Times New Roman" w:hAnsi="Times New Roman" w:cs="Times New Roman"/>
          <w:lang w:val="es-MX"/>
        </w:rPr>
        <w:br/>
        <w:t>Me comprometo a:</w:t>
      </w:r>
      <w:r w:rsidRPr="00F37110">
        <w:rPr>
          <w:rFonts w:ascii="Times New Roman" w:hAnsi="Times New Roman" w:cs="Times New Roman"/>
          <w:lang w:val="es-MX"/>
        </w:rPr>
        <w:br/>
        <w:t>1. Cumplir con las sesiones, tareas y prácticas requeridas.</w:t>
      </w:r>
      <w:r w:rsidRPr="00F37110">
        <w:rPr>
          <w:rFonts w:ascii="Times New Roman" w:hAnsi="Times New Roman" w:cs="Times New Roman"/>
          <w:lang w:val="es-MX"/>
        </w:rPr>
        <w:br/>
        <w:t>2. Mantener confidencialidad respecto a los procesos personales del grupo.</w:t>
      </w:r>
      <w:r w:rsidRPr="00F37110">
        <w:rPr>
          <w:rFonts w:ascii="Times New Roman" w:hAnsi="Times New Roman" w:cs="Times New Roman"/>
          <w:lang w:val="es-MX"/>
        </w:rPr>
        <w:br/>
        <w:t>3. Asumir la responsabilidad de mi propio proceso emocional y de aprendizaje.</w:t>
      </w:r>
    </w:p>
    <w:p w14:paraId="4D246114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Firma del participante: _______________________________</w:t>
      </w:r>
    </w:p>
    <w:p w14:paraId="07AD2ACA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Fecha: ______________________</w:t>
      </w:r>
    </w:p>
    <w:p w14:paraId="194F37CA" w14:textId="77777777" w:rsidR="00F37110" w:rsidRPr="002423BE" w:rsidRDefault="00F37110" w:rsidP="00F37110">
      <w:pPr>
        <w:pStyle w:val="Ttulo2"/>
        <w:rPr>
          <w:rFonts w:ascii="Times New Roman" w:hAnsi="Times New Roman" w:cs="Times New Roman"/>
          <w:color w:val="000000" w:themeColor="text1"/>
          <w:lang w:val="es-MX"/>
        </w:rPr>
      </w:pPr>
      <w:r w:rsidRPr="002423BE">
        <w:rPr>
          <w:rFonts w:ascii="Times New Roman" w:hAnsi="Times New Roman" w:cs="Times New Roman"/>
          <w:color w:val="000000" w:themeColor="text1"/>
          <w:lang w:val="es-MX"/>
        </w:rPr>
        <w:t>AUTORIZACIÓN DE USO DE IMAGEN Y TESTIMONIO (opcional)</w:t>
      </w:r>
    </w:p>
    <w:p w14:paraId="0F1C00E6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Autorizo a la facilitadora Mariella Viazcán a utilizar fotografías, videos y/o testimonios de mi participación con fines educativos o de difusión del programa, sin fines de lucro.</w:t>
      </w:r>
    </w:p>
    <w:p w14:paraId="405B3A17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Segoe UI Symbol" w:hAnsi="Segoe UI Symbol" w:cs="Segoe UI Symbol"/>
          <w:lang w:val="es-MX"/>
        </w:rPr>
        <w:t>☐</w:t>
      </w:r>
      <w:r w:rsidRPr="00F37110">
        <w:rPr>
          <w:rFonts w:ascii="Times New Roman" w:hAnsi="Times New Roman" w:cs="Times New Roman"/>
          <w:lang w:val="es-MX"/>
        </w:rPr>
        <w:t xml:space="preserve"> Sí autorizo    </w:t>
      </w:r>
      <w:r w:rsidRPr="00F37110">
        <w:rPr>
          <w:rFonts w:ascii="Segoe UI Symbol" w:hAnsi="Segoe UI Symbol" w:cs="Segoe UI Symbol"/>
          <w:lang w:val="es-MX"/>
        </w:rPr>
        <w:t>☐</w:t>
      </w:r>
      <w:r w:rsidRPr="00F37110">
        <w:rPr>
          <w:rFonts w:ascii="Times New Roman" w:hAnsi="Times New Roman" w:cs="Times New Roman"/>
          <w:lang w:val="es-MX"/>
        </w:rPr>
        <w:t xml:space="preserve"> No autorizo</w:t>
      </w:r>
    </w:p>
    <w:p w14:paraId="06D06996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Firma: _______________________________</w:t>
      </w:r>
    </w:p>
    <w:p w14:paraId="046F622F" w14:textId="77777777" w:rsidR="00F37110" w:rsidRPr="00F37110" w:rsidRDefault="00F37110" w:rsidP="00F37110">
      <w:pPr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Fecha: ______________________</w:t>
      </w:r>
    </w:p>
    <w:p w14:paraId="40164B83" w14:textId="77777777" w:rsidR="00F37110" w:rsidRPr="00F37110" w:rsidRDefault="00F37110" w:rsidP="00F37110">
      <w:pPr>
        <w:pStyle w:val="Ttulo2"/>
        <w:rPr>
          <w:rFonts w:ascii="Times New Roman" w:hAnsi="Times New Roman" w:cs="Times New Roman"/>
          <w:lang w:val="es-MX"/>
        </w:rPr>
      </w:pPr>
      <w:r w:rsidRPr="00F37110">
        <w:rPr>
          <w:rFonts w:ascii="Times New Roman" w:hAnsi="Times New Roman" w:cs="Times New Roman"/>
          <w:lang w:val="es-MX"/>
        </w:rPr>
        <w:t>OBSERVACIONES (uso interno)</w:t>
      </w:r>
    </w:p>
    <w:p w14:paraId="5057812E" w14:textId="77777777" w:rsidR="002423BE" w:rsidRDefault="002423BE" w:rsidP="00667DCD">
      <w:pPr>
        <w:rPr>
          <w:rFonts w:ascii="Times New Roman" w:hAnsi="Times New Roman" w:cs="Times New Roman"/>
          <w:lang w:val="es-MX"/>
        </w:rPr>
      </w:pPr>
    </w:p>
    <w:p w14:paraId="4E33D93B" w14:textId="77777777" w:rsidR="002423BE" w:rsidRDefault="002423BE" w:rsidP="00667DCD">
      <w:pPr>
        <w:rPr>
          <w:rFonts w:ascii="Times New Roman" w:hAnsi="Times New Roman" w:cs="Times New Roman"/>
          <w:lang w:val="es-MX"/>
        </w:rPr>
      </w:pPr>
    </w:p>
    <w:p w14:paraId="3DF56AF1" w14:textId="77777777" w:rsidR="002423BE" w:rsidRDefault="002423BE" w:rsidP="00667DCD">
      <w:pPr>
        <w:rPr>
          <w:rFonts w:ascii="Times New Roman" w:hAnsi="Times New Roman" w:cs="Times New Roman"/>
          <w:lang w:val="es-MX"/>
        </w:rPr>
      </w:pPr>
    </w:p>
    <w:p w14:paraId="6F51F1E8" w14:textId="36217E42" w:rsidR="00F37110" w:rsidRPr="00F37110" w:rsidRDefault="00F37110" w:rsidP="00667DCD">
      <w:pPr>
        <w:rPr>
          <w:rFonts w:ascii="Times New Roman" w:hAnsi="Times New Roman" w:cs="Times New Roman"/>
          <w:b/>
          <w:bCs/>
          <w:sz w:val="28"/>
          <w:szCs w:val="28"/>
          <w:lang w:val="es-MX"/>
        </w:rPr>
      </w:pPr>
      <w:r w:rsidRPr="00F37110">
        <w:rPr>
          <w:rFonts w:ascii="Times New Roman" w:hAnsi="Times New Roman" w:cs="Times New Roman"/>
          <w:b/>
          <w:bCs/>
          <w:sz w:val="28"/>
          <w:szCs w:val="28"/>
          <w:lang w:val="es-MX"/>
        </w:rPr>
        <w:t>DATOS BANCARIOS</w:t>
      </w:r>
    </w:p>
    <w:p w14:paraId="018D32FB" w14:textId="77777777" w:rsidR="00F37110" w:rsidRDefault="00F37110" w:rsidP="00667DCD">
      <w:pPr>
        <w:rPr>
          <w:rFonts w:ascii="Times New Roman" w:hAnsi="Times New Roman" w:cs="Times New Roman"/>
          <w:sz w:val="28"/>
          <w:szCs w:val="28"/>
          <w:lang w:val="es-MX"/>
        </w:rPr>
      </w:pPr>
      <w:r w:rsidRPr="002423BE">
        <w:rPr>
          <w:rFonts w:ascii="Times New Roman" w:hAnsi="Times New Roman" w:cs="Times New Roman"/>
          <w:b/>
          <w:bCs/>
          <w:sz w:val="28"/>
          <w:szCs w:val="28"/>
          <w:lang w:val="es-MX"/>
        </w:rPr>
        <w:t>HSBC:</w:t>
      </w:r>
      <w:r>
        <w:rPr>
          <w:rFonts w:ascii="Times New Roman" w:hAnsi="Times New Roman" w:cs="Times New Roman"/>
          <w:sz w:val="28"/>
          <w:szCs w:val="28"/>
          <w:lang w:val="es-MX"/>
        </w:rPr>
        <w:t xml:space="preserve"> DULCE MARIELLA VIAZCÁN CARBAJAL</w:t>
      </w:r>
    </w:p>
    <w:p w14:paraId="0724608B" w14:textId="07F62963" w:rsidR="00667DCD" w:rsidRDefault="002423BE" w:rsidP="00667DCD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Cuenta Clabe: 0211800406693325502</w:t>
      </w:r>
    </w:p>
    <w:p w14:paraId="099E7018" w14:textId="405E4936" w:rsidR="002423BE" w:rsidRPr="002423BE" w:rsidRDefault="002423BE" w:rsidP="00667DCD">
      <w:pPr>
        <w:rPr>
          <w:rFonts w:ascii="Times New Roman" w:hAnsi="Times New Roman" w:cs="Times New Roman"/>
          <w:b/>
          <w:bCs/>
          <w:sz w:val="28"/>
          <w:szCs w:val="28"/>
          <w:lang w:val="es-MX"/>
        </w:rPr>
      </w:pPr>
      <w:r w:rsidRPr="002423BE">
        <w:rPr>
          <w:rFonts w:ascii="Times New Roman" w:hAnsi="Times New Roman" w:cs="Times New Roman"/>
          <w:b/>
          <w:bCs/>
          <w:sz w:val="28"/>
          <w:szCs w:val="28"/>
          <w:lang w:val="es-MX"/>
        </w:rPr>
        <w:t>Para pagos del extranjero:</w:t>
      </w:r>
    </w:p>
    <w:p w14:paraId="7C2B8477" w14:textId="3EA9A637" w:rsidR="002423BE" w:rsidRDefault="002423BE" w:rsidP="00667DCD">
      <w:pPr>
        <w:rPr>
          <w:rFonts w:ascii="Times New Roman" w:hAnsi="Times New Roman" w:cs="Times New Roman"/>
          <w:sz w:val="28"/>
          <w:szCs w:val="28"/>
        </w:rPr>
      </w:pPr>
      <w:r w:rsidRPr="002423BE">
        <w:rPr>
          <w:rFonts w:ascii="Times New Roman" w:hAnsi="Times New Roman" w:cs="Times New Roman"/>
          <w:b/>
          <w:bCs/>
          <w:sz w:val="28"/>
          <w:szCs w:val="28"/>
        </w:rPr>
        <w:t xml:space="preserve">PAYPAL: </w:t>
      </w:r>
      <w:hyperlink r:id="rId9" w:history="1">
        <w:r w:rsidRPr="00481138">
          <w:rPr>
            <w:rStyle w:val="Hipervnculo"/>
            <w:rFonts w:ascii="Times New Roman" w:hAnsi="Times New Roman" w:cs="Times New Roman"/>
            <w:sz w:val="28"/>
            <w:szCs w:val="28"/>
          </w:rPr>
          <w:t>m.viazcan.c@gmail.com</w:t>
        </w:r>
      </w:hyperlink>
    </w:p>
    <w:p w14:paraId="6890278A" w14:textId="1930974F" w:rsidR="002423BE" w:rsidRDefault="002423BE" w:rsidP="00667DCD">
      <w:pPr>
        <w:rPr>
          <w:rFonts w:ascii="Times New Roman" w:hAnsi="Times New Roman" w:cs="Times New Roman"/>
          <w:sz w:val="28"/>
          <w:szCs w:val="28"/>
          <w:lang w:val="es-MX"/>
        </w:rPr>
      </w:pPr>
      <w:r w:rsidRPr="002423BE">
        <w:rPr>
          <w:rFonts w:ascii="Times New Roman" w:hAnsi="Times New Roman" w:cs="Times New Roman"/>
          <w:sz w:val="28"/>
          <w:szCs w:val="28"/>
          <w:lang w:val="es-MX"/>
        </w:rPr>
        <w:t>Pregunta antes el tipo de camb</w:t>
      </w:r>
      <w:r>
        <w:rPr>
          <w:rFonts w:ascii="Times New Roman" w:hAnsi="Times New Roman" w:cs="Times New Roman"/>
          <w:sz w:val="28"/>
          <w:szCs w:val="28"/>
          <w:lang w:val="es-MX"/>
        </w:rPr>
        <w:t>io y comisiones internacionales.</w:t>
      </w:r>
    </w:p>
    <w:p w14:paraId="7829713C" w14:textId="57D17ECF" w:rsidR="002423BE" w:rsidRDefault="002423BE" w:rsidP="00667DCD">
      <w:pPr>
        <w:rPr>
          <w:rFonts w:ascii="Times New Roman" w:hAnsi="Times New Roman" w:cs="Times New Roman"/>
          <w:b/>
          <w:bCs/>
          <w:sz w:val="28"/>
          <w:szCs w:val="28"/>
          <w:lang w:val="es-MX"/>
        </w:rPr>
      </w:pPr>
      <w:r w:rsidRPr="002423BE">
        <w:rPr>
          <w:rFonts w:ascii="Times New Roman" w:hAnsi="Times New Roman" w:cs="Times New Roman"/>
          <w:b/>
          <w:bCs/>
          <w:sz w:val="28"/>
          <w:szCs w:val="28"/>
          <w:lang w:val="es-MX"/>
        </w:rPr>
        <w:t>TARJETA DE CRÉDITO:</w:t>
      </w:r>
    </w:p>
    <w:p w14:paraId="1AFABC7E" w14:textId="0CCB286D" w:rsidR="002423BE" w:rsidRDefault="002423BE" w:rsidP="00667DCD">
      <w:pPr>
        <w:rPr>
          <w:rFonts w:ascii="Times New Roman" w:hAnsi="Times New Roman" w:cs="Times New Roman"/>
          <w:sz w:val="28"/>
          <w:szCs w:val="28"/>
          <w:lang w:val="es-MX"/>
        </w:rPr>
      </w:pPr>
      <w:r>
        <w:rPr>
          <w:rFonts w:ascii="Times New Roman" w:hAnsi="Times New Roman" w:cs="Times New Roman"/>
          <w:sz w:val="28"/>
          <w:szCs w:val="28"/>
          <w:lang w:val="es-MX"/>
        </w:rPr>
        <w:t xml:space="preserve">Bienvenidas: Visa y Mastercard. </w:t>
      </w:r>
    </w:p>
    <w:p w14:paraId="68DA908C" w14:textId="767B864E" w:rsidR="002423BE" w:rsidRPr="002423BE" w:rsidRDefault="002423BE" w:rsidP="00667DCD">
      <w:pPr>
        <w:rPr>
          <w:rFonts w:ascii="Times New Roman" w:hAnsi="Times New Roman" w:cs="Times New Roman"/>
          <w:sz w:val="28"/>
          <w:szCs w:val="28"/>
          <w:lang w:val="es-MX"/>
        </w:rPr>
      </w:pPr>
      <w:r>
        <w:rPr>
          <w:rFonts w:ascii="Times New Roman" w:hAnsi="Times New Roman" w:cs="Times New Roman"/>
          <w:sz w:val="28"/>
          <w:szCs w:val="28"/>
          <w:lang w:val="es-MX"/>
        </w:rPr>
        <w:t>Solicita el link para realizar el pago.</w:t>
      </w:r>
    </w:p>
    <w:sectPr w:rsidR="002423BE" w:rsidRPr="002423BE" w:rsidSect="00A621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7B6CF" w14:textId="77777777" w:rsidR="0039401A" w:rsidRDefault="0039401A" w:rsidP="00FD2758">
      <w:pPr>
        <w:spacing w:after="0" w:line="240" w:lineRule="auto"/>
      </w:pPr>
      <w:r>
        <w:separator/>
      </w:r>
    </w:p>
  </w:endnote>
  <w:endnote w:type="continuationSeparator" w:id="0">
    <w:p w14:paraId="457DD493" w14:textId="77777777" w:rsidR="0039401A" w:rsidRDefault="0039401A" w:rsidP="00FD2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23E50" w14:textId="77777777" w:rsidR="00FD2758" w:rsidRDefault="00FD275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E3F06" w14:textId="77777777" w:rsidR="00FD2758" w:rsidRDefault="00FD275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2FE93" w14:textId="77777777" w:rsidR="00FD2758" w:rsidRDefault="00FD27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3C67BF" w14:textId="77777777" w:rsidR="0039401A" w:rsidRDefault="0039401A" w:rsidP="00FD2758">
      <w:pPr>
        <w:spacing w:after="0" w:line="240" w:lineRule="auto"/>
      </w:pPr>
      <w:r>
        <w:separator/>
      </w:r>
    </w:p>
  </w:footnote>
  <w:footnote w:type="continuationSeparator" w:id="0">
    <w:p w14:paraId="52C4182C" w14:textId="77777777" w:rsidR="0039401A" w:rsidRDefault="0039401A" w:rsidP="00FD2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9557F" w14:textId="21F37EFC" w:rsidR="00FD2758" w:rsidRDefault="0039401A">
    <w:pPr>
      <w:pStyle w:val="Encabezado"/>
    </w:pPr>
    <w:r>
      <w:rPr>
        <w:noProof/>
      </w:rPr>
      <w:pict w14:anchorId="155B5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767932" o:spid="_x0000_s2051" type="#_x0000_t75" alt="" style="position:absolute;margin-left:0;margin-top:0;width:1000pt;height:100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7DD94" w14:textId="332FE451" w:rsidR="00FD2758" w:rsidRDefault="0039401A">
    <w:pPr>
      <w:pStyle w:val="Encabezado"/>
    </w:pPr>
    <w:r>
      <w:rPr>
        <w:noProof/>
      </w:rPr>
      <w:pict w14:anchorId="4F56BA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767933" o:spid="_x0000_s2050" type="#_x0000_t75" alt="" style="position:absolute;margin-left:0;margin-top:0;width:1000pt;height:100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BAC8D" w14:textId="6CAB68A6" w:rsidR="00FD2758" w:rsidRDefault="0039401A">
    <w:pPr>
      <w:pStyle w:val="Encabezado"/>
    </w:pPr>
    <w:r>
      <w:rPr>
        <w:noProof/>
      </w:rPr>
      <w:pict w14:anchorId="06DA8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767931" o:spid="_x0000_s2049" type="#_x0000_t75" alt="" style="position:absolute;margin-left:0;margin-top:0;width:1000pt;height:100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03F67A2"/>
    <w:multiLevelType w:val="multilevel"/>
    <w:tmpl w:val="EC94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5D30B3"/>
    <w:multiLevelType w:val="multilevel"/>
    <w:tmpl w:val="1FD2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3107A4"/>
    <w:multiLevelType w:val="multilevel"/>
    <w:tmpl w:val="B392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432C5B"/>
    <w:multiLevelType w:val="multilevel"/>
    <w:tmpl w:val="903CB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0641FC"/>
    <w:multiLevelType w:val="multilevel"/>
    <w:tmpl w:val="3D04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99747A"/>
    <w:multiLevelType w:val="hybridMultilevel"/>
    <w:tmpl w:val="69765436"/>
    <w:lvl w:ilvl="0" w:tplc="36443BD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AEB69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4A1D4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74E103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D43A7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10F38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E28B7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42B69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3698A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FDB41E5"/>
    <w:multiLevelType w:val="multilevel"/>
    <w:tmpl w:val="51581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6611D9"/>
    <w:multiLevelType w:val="multilevel"/>
    <w:tmpl w:val="B5089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DB09BC"/>
    <w:multiLevelType w:val="multilevel"/>
    <w:tmpl w:val="64F44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6674F5"/>
    <w:multiLevelType w:val="multilevel"/>
    <w:tmpl w:val="4DE23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A15752"/>
    <w:multiLevelType w:val="multilevel"/>
    <w:tmpl w:val="6E344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FF4BBC"/>
    <w:multiLevelType w:val="multilevel"/>
    <w:tmpl w:val="7A20B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924187"/>
    <w:multiLevelType w:val="multilevel"/>
    <w:tmpl w:val="4508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376ADE"/>
    <w:multiLevelType w:val="multilevel"/>
    <w:tmpl w:val="12024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26668A"/>
    <w:multiLevelType w:val="multilevel"/>
    <w:tmpl w:val="FD881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2127D2"/>
    <w:multiLevelType w:val="multilevel"/>
    <w:tmpl w:val="BD0E5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C85931"/>
    <w:multiLevelType w:val="multilevel"/>
    <w:tmpl w:val="CA42F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C1630C"/>
    <w:multiLevelType w:val="multilevel"/>
    <w:tmpl w:val="20B0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1"/>
  </w:num>
  <w:num w:numId="11">
    <w:abstractNumId w:val="9"/>
  </w:num>
  <w:num w:numId="12">
    <w:abstractNumId w:val="16"/>
  </w:num>
  <w:num w:numId="13">
    <w:abstractNumId w:val="19"/>
  </w:num>
  <w:num w:numId="14">
    <w:abstractNumId w:val="18"/>
  </w:num>
  <w:num w:numId="15">
    <w:abstractNumId w:val="11"/>
  </w:num>
  <w:num w:numId="16">
    <w:abstractNumId w:val="25"/>
  </w:num>
  <w:num w:numId="17">
    <w:abstractNumId w:val="15"/>
  </w:num>
  <w:num w:numId="18">
    <w:abstractNumId w:val="20"/>
  </w:num>
  <w:num w:numId="19">
    <w:abstractNumId w:val="24"/>
  </w:num>
  <w:num w:numId="20">
    <w:abstractNumId w:val="17"/>
  </w:num>
  <w:num w:numId="21">
    <w:abstractNumId w:val="13"/>
  </w:num>
  <w:num w:numId="22">
    <w:abstractNumId w:val="26"/>
  </w:num>
  <w:num w:numId="23">
    <w:abstractNumId w:val="23"/>
  </w:num>
  <w:num w:numId="24">
    <w:abstractNumId w:val="22"/>
  </w:num>
  <w:num w:numId="25">
    <w:abstractNumId w:val="10"/>
  </w:num>
  <w:num w:numId="26">
    <w:abstractNumId w:val="12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activeWritingStyle w:appName="MSWord" w:lang="en-US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33A8"/>
    <w:rsid w:val="0015074B"/>
    <w:rsid w:val="0021048F"/>
    <w:rsid w:val="002423BE"/>
    <w:rsid w:val="0029639D"/>
    <w:rsid w:val="00326F90"/>
    <w:rsid w:val="0039401A"/>
    <w:rsid w:val="004941E4"/>
    <w:rsid w:val="00667DCD"/>
    <w:rsid w:val="00673B55"/>
    <w:rsid w:val="006E0D33"/>
    <w:rsid w:val="00742B50"/>
    <w:rsid w:val="00905525"/>
    <w:rsid w:val="009B71A1"/>
    <w:rsid w:val="00A621A9"/>
    <w:rsid w:val="00AA1D8D"/>
    <w:rsid w:val="00B23F7C"/>
    <w:rsid w:val="00B47730"/>
    <w:rsid w:val="00BE5334"/>
    <w:rsid w:val="00BF2C9E"/>
    <w:rsid w:val="00C15D5A"/>
    <w:rsid w:val="00CB0664"/>
    <w:rsid w:val="00D04015"/>
    <w:rsid w:val="00DD5A94"/>
    <w:rsid w:val="00DE4ECF"/>
    <w:rsid w:val="00E07349"/>
    <w:rsid w:val="00E9326A"/>
    <w:rsid w:val="00ED588B"/>
    <w:rsid w:val="00F37110"/>
    <w:rsid w:val="00F74277"/>
    <w:rsid w:val="00F91C40"/>
    <w:rsid w:val="00FB3CAF"/>
    <w:rsid w:val="00FC693F"/>
    <w:rsid w:val="00FD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6334EEB"/>
  <w14:defaultImageDpi w14:val="300"/>
  <w15:docId w15:val="{EDE2793C-ACA7-0F46-97F2-8EC252FF2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DD5A9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D5A9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6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Revisin">
    <w:name w:val="Revision"/>
    <w:hidden/>
    <w:uiPriority w:val="99"/>
    <w:semiHidden/>
    <w:rsid w:val="00F742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ersoholisticomx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.viazcan.c@gmail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2179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Microsoft Office User</cp:lastModifiedBy>
  <cp:revision>2</cp:revision>
  <cp:lastPrinted>2025-10-28T22:21:00Z</cp:lastPrinted>
  <dcterms:created xsi:type="dcterms:W3CDTF">2025-11-04T16:53:00Z</dcterms:created>
  <dcterms:modified xsi:type="dcterms:W3CDTF">2025-11-04T16:53:00Z</dcterms:modified>
  <cp:category/>
</cp:coreProperties>
</file>